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54822" w14:textId="50032CA0" w:rsidR="00452AAF" w:rsidRPr="002D4DCC" w:rsidRDefault="002138ED">
      <w:pPr>
        <w:jc w:val="right"/>
        <w:rPr>
          <w:lang w:val="ru-RU"/>
        </w:rPr>
      </w:pPr>
      <w:r w:rsidRPr="00632D01">
        <w:rPr>
          <w:lang w:val="ru-RU"/>
        </w:rPr>
        <w:t>УТВЕРЖДЕН</w:t>
      </w:r>
      <w:r w:rsidR="00E25B32">
        <w:rPr>
          <w:lang w:val="ru-RU"/>
        </w:rPr>
        <w:t>О</w:t>
      </w:r>
    </w:p>
    <w:p w14:paraId="23BD1BC4" w14:textId="77777777" w:rsidR="00452AAF" w:rsidRPr="00632D01" w:rsidRDefault="002138ED">
      <w:pPr>
        <w:jc w:val="right"/>
        <w:rPr>
          <w:lang w:val="ru-RU"/>
        </w:rPr>
      </w:pPr>
      <w:r w:rsidRPr="00632D01">
        <w:rPr>
          <w:lang w:val="ru-RU"/>
        </w:rPr>
        <w:t>приказом</w:t>
      </w:r>
    </w:p>
    <w:p w14:paraId="28DEF8C2" w14:textId="77777777" w:rsidR="00452AAF" w:rsidRPr="00632D01" w:rsidRDefault="002138ED">
      <w:pPr>
        <w:jc w:val="right"/>
        <w:rPr>
          <w:lang w:val="ru-RU"/>
        </w:rPr>
      </w:pPr>
      <w:r w:rsidRPr="00632D01">
        <w:rPr>
          <w:lang w:val="ru-RU"/>
        </w:rPr>
        <w:t xml:space="preserve">МБУ ДО "ЦЕНТР ДОПОЛНИТЕЛЬНОГО ОБРАЗОВАНИЯ ДЕТЕЙ </w:t>
      </w:r>
      <w:bookmarkStart w:id="0" w:name="_GoBack"/>
      <w:r w:rsidRPr="00632D01">
        <w:rPr>
          <w:lang w:val="ru-RU"/>
        </w:rPr>
        <w:t>КАРАБУДАХКЕНТСКОГО РАЙОНА"</w:t>
      </w:r>
    </w:p>
    <w:bookmarkEnd w:id="0"/>
    <w:p w14:paraId="0CF9FA0E" w14:textId="76C2A5A5" w:rsidR="00452AAF" w:rsidRPr="00632D01" w:rsidRDefault="002138ED">
      <w:pPr>
        <w:jc w:val="right"/>
        <w:rPr>
          <w:lang w:val="ru-RU"/>
        </w:rPr>
      </w:pPr>
      <w:r w:rsidRPr="00632D01">
        <w:rPr>
          <w:lang w:val="ru-RU"/>
        </w:rPr>
        <w:t>от «12» мая 2026 г. №</w:t>
      </w:r>
      <w:r w:rsidRPr="002D4DCC">
        <w:rPr>
          <w:u w:val="single"/>
          <w:lang w:val="ru-RU"/>
        </w:rPr>
        <w:t xml:space="preserve"> </w:t>
      </w:r>
      <w:r w:rsidR="002D4DCC" w:rsidRPr="002D4DCC">
        <w:rPr>
          <w:u w:val="single"/>
          <w:lang w:val="ru-RU"/>
        </w:rPr>
        <w:t>149</w:t>
      </w:r>
    </w:p>
    <w:p w14:paraId="6CFA9AD0" w14:textId="77777777" w:rsidR="00452AAF" w:rsidRPr="00632D01" w:rsidRDefault="00452AAF">
      <w:pPr>
        <w:rPr>
          <w:lang w:val="ru-RU"/>
        </w:rPr>
      </w:pPr>
    </w:p>
    <w:p w14:paraId="65121273" w14:textId="77777777" w:rsidR="00452AAF" w:rsidRPr="00632D01" w:rsidRDefault="00452AAF">
      <w:pPr>
        <w:rPr>
          <w:lang w:val="ru-RU"/>
        </w:rPr>
      </w:pPr>
    </w:p>
    <w:p w14:paraId="015AAD68" w14:textId="77777777" w:rsidR="00452AAF" w:rsidRPr="00632D01" w:rsidRDefault="002138ED">
      <w:pPr>
        <w:jc w:val="center"/>
        <w:rPr>
          <w:lang w:val="ru-RU"/>
        </w:rPr>
      </w:pPr>
      <w:r w:rsidRPr="00632D01">
        <w:rPr>
          <w:b/>
          <w:lang w:val="ru-RU"/>
        </w:rPr>
        <w:t>ПОЛИТИКА</w:t>
      </w:r>
    </w:p>
    <w:p w14:paraId="0EBB2A47" w14:textId="77777777" w:rsidR="00452AAF" w:rsidRPr="00632D01" w:rsidRDefault="002138ED">
      <w:pPr>
        <w:jc w:val="center"/>
        <w:rPr>
          <w:lang w:val="ru-RU"/>
        </w:rPr>
      </w:pPr>
      <w:r w:rsidRPr="00632D01">
        <w:rPr>
          <w:b/>
          <w:lang w:val="ru-RU"/>
        </w:rPr>
        <w:t>в отношении обработки персональных данных</w:t>
      </w:r>
    </w:p>
    <w:p w14:paraId="3D51A1D0" w14:textId="77777777" w:rsidR="00452AAF" w:rsidRPr="00632D01" w:rsidRDefault="00452AAF">
      <w:pPr>
        <w:rPr>
          <w:lang w:val="ru-RU"/>
        </w:rPr>
      </w:pPr>
    </w:p>
    <w:p w14:paraId="7FB97A7E" w14:textId="77777777" w:rsidR="00452AAF" w:rsidRPr="00632D01" w:rsidRDefault="002138ED">
      <w:pPr>
        <w:jc w:val="center"/>
        <w:rPr>
          <w:lang w:val="ru-RU"/>
        </w:rPr>
      </w:pPr>
      <w:r w:rsidRPr="00632D01">
        <w:rPr>
          <w:b/>
          <w:lang w:val="ru-RU"/>
        </w:rPr>
        <w:t>1. ОБЩИЕ ПОЛОЖЕНИЯ</w:t>
      </w:r>
    </w:p>
    <w:p w14:paraId="099D38B3" w14:textId="77777777" w:rsidR="00452AAF" w:rsidRPr="00632D01" w:rsidRDefault="00452AAF">
      <w:pPr>
        <w:rPr>
          <w:lang w:val="ru-RU"/>
        </w:rPr>
      </w:pPr>
    </w:p>
    <w:p w14:paraId="6F94E77E" w14:textId="77777777" w:rsidR="00452AAF" w:rsidRPr="00632D01" w:rsidRDefault="002138ED">
      <w:pPr>
        <w:ind w:firstLine="709"/>
        <w:jc w:val="both"/>
        <w:rPr>
          <w:lang w:val="ru-RU"/>
        </w:rPr>
      </w:pPr>
      <w:r w:rsidRPr="00632D01">
        <w:rPr>
          <w:lang w:val="ru-RU"/>
        </w:rPr>
        <w:t xml:space="preserve">1.1. Настоящий документ определяет Политику МУНИЦИПАЛЬНОЕ БЮДЖЕТНОЕ УЧРЕЖДЕНИЕ ДОПОЛНИТЕЛЬНОГО ОБРАЗОВАНИЯ "ЦЕНТР ДОПОЛНИТЕЛЬНОГО ОБРАЗОВАНИЯ ДЕТЕЙ КАРАБУДАХКЕНТСКОГО РАЙОНА", 368530, </w:t>
      </w:r>
      <w:proofErr w:type="spellStart"/>
      <w:r w:rsidRPr="00632D01">
        <w:rPr>
          <w:lang w:val="ru-RU"/>
        </w:rPr>
        <w:t>Респ</w:t>
      </w:r>
      <w:proofErr w:type="spellEnd"/>
      <w:r w:rsidRPr="00632D01">
        <w:rPr>
          <w:lang w:val="ru-RU"/>
        </w:rPr>
        <w:t xml:space="preserve"> Дагестан, </w:t>
      </w:r>
      <w:proofErr w:type="spellStart"/>
      <w:r w:rsidRPr="00632D01">
        <w:rPr>
          <w:lang w:val="ru-RU"/>
        </w:rPr>
        <w:t>Карабудахкентский</w:t>
      </w:r>
      <w:proofErr w:type="spellEnd"/>
      <w:r w:rsidRPr="00632D01">
        <w:rPr>
          <w:lang w:val="ru-RU"/>
        </w:rPr>
        <w:t xml:space="preserve"> р-н, село Карабудахкент, </w:t>
      </w:r>
      <w:proofErr w:type="spellStart"/>
      <w:r w:rsidRPr="00632D01">
        <w:rPr>
          <w:lang w:val="ru-RU"/>
        </w:rPr>
        <w:t>ул</w:t>
      </w:r>
      <w:proofErr w:type="spellEnd"/>
      <w:r w:rsidRPr="00632D01">
        <w:rPr>
          <w:lang w:val="ru-RU"/>
        </w:rPr>
        <w:t xml:space="preserve"> </w:t>
      </w:r>
      <w:proofErr w:type="spellStart"/>
      <w:r w:rsidRPr="00632D01">
        <w:rPr>
          <w:lang w:val="ru-RU"/>
        </w:rPr>
        <w:t>Ирчи</w:t>
      </w:r>
      <w:proofErr w:type="spellEnd"/>
      <w:r w:rsidRPr="00632D01">
        <w:rPr>
          <w:lang w:val="ru-RU"/>
        </w:rPr>
        <w:t xml:space="preserve"> Казака, д 8, ИНН 0522023120, ОГРН 1190571015513 (далее – Оператор), в отношении обработки персональных данных и раскрывает сведения о реализованных мерах по обеспечению безопасности персональных данных Оператором с целью защиты прав и свобод человека и гражданина при обработке его персональных данных.</w:t>
      </w:r>
    </w:p>
    <w:p w14:paraId="3E81BD04" w14:textId="77777777" w:rsidR="00452AAF" w:rsidRPr="00632D01" w:rsidRDefault="002138ED">
      <w:pPr>
        <w:ind w:firstLine="709"/>
        <w:jc w:val="both"/>
        <w:rPr>
          <w:lang w:val="ru-RU"/>
        </w:rPr>
      </w:pPr>
      <w:r w:rsidRPr="00632D01">
        <w:rPr>
          <w:lang w:val="ru-RU"/>
        </w:rPr>
        <w:t>Положения настоящей Политики являются основой для организации работы по обработке персональных данных у Оператора, в том числе для разработки внутренних нормативных документов, регламентирующих обработку и защиту персональных данных.</w:t>
      </w:r>
    </w:p>
    <w:p w14:paraId="123D2031" w14:textId="77777777" w:rsidR="00452AAF" w:rsidRPr="00632D01" w:rsidRDefault="002138ED">
      <w:pPr>
        <w:ind w:firstLine="709"/>
        <w:jc w:val="both"/>
        <w:rPr>
          <w:lang w:val="ru-RU"/>
        </w:rPr>
      </w:pPr>
      <w:r w:rsidRPr="00632D01">
        <w:rPr>
          <w:lang w:val="ru-RU"/>
        </w:rPr>
        <w:t>Настоящая Политика является документом, к которому обеспечивается неограниченный доступ.</w:t>
      </w:r>
    </w:p>
    <w:p w14:paraId="4E08B431" w14:textId="77777777" w:rsidR="00452AAF" w:rsidRPr="00632D01" w:rsidRDefault="002138ED">
      <w:pPr>
        <w:ind w:firstLine="709"/>
        <w:jc w:val="both"/>
        <w:rPr>
          <w:lang w:val="ru-RU"/>
        </w:rPr>
      </w:pPr>
      <w:r w:rsidRPr="00632D01">
        <w:rPr>
          <w:lang w:val="ru-RU"/>
        </w:rPr>
        <w:t>1.2. В настоящей Политике используются термины и определения, приведённые в таблице 1. Иные термины, применяемые в Политике, используются в значениях, определённых законодательством Российской Федерации, иными нормативными правовыми актами и национальными стандартами в области обработки и защиты персональных данных.</w:t>
      </w:r>
    </w:p>
    <w:p w14:paraId="3EF5A513" w14:textId="77777777" w:rsidR="00452AAF" w:rsidRPr="00632D01" w:rsidRDefault="00452AAF">
      <w:pPr>
        <w:rPr>
          <w:lang w:val="ru-RU"/>
        </w:rPr>
      </w:pPr>
    </w:p>
    <w:p w14:paraId="70CAAB9B" w14:textId="77777777" w:rsidR="00452AAF" w:rsidRPr="00632D01" w:rsidRDefault="002138ED">
      <w:pPr>
        <w:ind w:firstLine="709"/>
        <w:jc w:val="both"/>
        <w:rPr>
          <w:lang w:val="ru-RU"/>
        </w:rPr>
      </w:pPr>
      <w:r w:rsidRPr="00632D01">
        <w:rPr>
          <w:b/>
          <w:lang w:val="ru-RU"/>
        </w:rPr>
        <w:t>Таблица 1 – Перечень основных терминов и определений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9"/>
        <w:gridCol w:w="4454"/>
        <w:gridCol w:w="2618"/>
      </w:tblGrid>
      <w:tr w:rsidR="00452AAF" w14:paraId="0AA42E74" w14:textId="77777777">
        <w:trPr>
          <w:jc w:val="center"/>
        </w:trPr>
        <w:tc>
          <w:tcPr>
            <w:tcW w:w="2500" w:type="dxa"/>
          </w:tcPr>
          <w:p w14:paraId="2A26541E" w14:textId="77777777" w:rsidR="00452AAF" w:rsidRDefault="002138ED">
            <w:pPr>
              <w:jc w:val="center"/>
            </w:pPr>
            <w:proofErr w:type="spellStart"/>
            <w:r>
              <w:rPr>
                <w:b/>
              </w:rPr>
              <w:t>Термин</w:t>
            </w:r>
            <w:proofErr w:type="spellEnd"/>
          </w:p>
        </w:tc>
        <w:tc>
          <w:tcPr>
            <w:tcW w:w="4500" w:type="dxa"/>
          </w:tcPr>
          <w:p w14:paraId="1B75D1A7" w14:textId="77777777" w:rsidR="00452AAF" w:rsidRDefault="002138ED">
            <w:pPr>
              <w:jc w:val="center"/>
            </w:pPr>
            <w:proofErr w:type="spellStart"/>
            <w:r>
              <w:rPr>
                <w:b/>
              </w:rPr>
              <w:t>Определение</w:t>
            </w:r>
            <w:proofErr w:type="spellEnd"/>
          </w:p>
        </w:tc>
        <w:tc>
          <w:tcPr>
            <w:tcW w:w="2638" w:type="dxa"/>
          </w:tcPr>
          <w:p w14:paraId="11F8A37A" w14:textId="77777777" w:rsidR="00452AAF" w:rsidRDefault="002138ED">
            <w:pPr>
              <w:jc w:val="center"/>
            </w:pPr>
            <w:proofErr w:type="spellStart"/>
            <w:r>
              <w:rPr>
                <w:b/>
              </w:rPr>
              <w:t>Источник</w:t>
            </w:r>
            <w:proofErr w:type="spellEnd"/>
          </w:p>
        </w:tc>
      </w:tr>
      <w:tr w:rsidR="00452AAF" w14:paraId="3FE10FD8" w14:textId="77777777">
        <w:trPr>
          <w:jc w:val="center"/>
        </w:trPr>
        <w:tc>
          <w:tcPr>
            <w:tcW w:w="2500" w:type="dxa"/>
          </w:tcPr>
          <w:p w14:paraId="5796D548" w14:textId="77777777" w:rsidR="00452AAF" w:rsidRDefault="002138ED">
            <w:pPr>
              <w:jc w:val="both"/>
            </w:pPr>
            <w:proofErr w:type="spellStart"/>
            <w:r>
              <w:t>Автоматизированная</w:t>
            </w:r>
            <w:proofErr w:type="spellEnd"/>
            <w:r>
              <w:t xml:space="preserve"> </w:t>
            </w:r>
            <w:proofErr w:type="spellStart"/>
            <w:r>
              <w:t>обработка</w:t>
            </w:r>
            <w:proofErr w:type="spellEnd"/>
            <w:r>
              <w:t xml:space="preserve"> </w:t>
            </w:r>
            <w:proofErr w:type="spellStart"/>
            <w:r>
              <w:t>персональных</w:t>
            </w:r>
            <w:proofErr w:type="spellEnd"/>
            <w:r>
              <w:t xml:space="preserve"> </w:t>
            </w:r>
            <w:proofErr w:type="spellStart"/>
            <w:r>
              <w:t>данных</w:t>
            </w:r>
            <w:proofErr w:type="spellEnd"/>
          </w:p>
        </w:tc>
        <w:tc>
          <w:tcPr>
            <w:tcW w:w="4500" w:type="dxa"/>
          </w:tcPr>
          <w:p w14:paraId="50810D63" w14:textId="77777777" w:rsidR="00452AAF" w:rsidRPr="00632D01" w:rsidRDefault="002138ED">
            <w:pPr>
              <w:jc w:val="both"/>
              <w:rPr>
                <w:lang w:val="ru-RU"/>
              </w:rPr>
            </w:pPr>
            <w:r w:rsidRPr="00632D01">
              <w:rPr>
                <w:lang w:val="ru-RU"/>
              </w:rPr>
              <w:t>Обработка персональных данных с помощью средств вычислительной техники</w:t>
            </w:r>
          </w:p>
        </w:tc>
        <w:tc>
          <w:tcPr>
            <w:tcW w:w="2638" w:type="dxa"/>
          </w:tcPr>
          <w:p w14:paraId="01EB6DD4" w14:textId="77777777" w:rsidR="00452AAF" w:rsidRDefault="002138ED">
            <w:pPr>
              <w:jc w:val="both"/>
            </w:pPr>
            <w:proofErr w:type="spellStart"/>
            <w:r>
              <w:t>Федеральный</w:t>
            </w:r>
            <w:proofErr w:type="spellEnd"/>
            <w:r>
              <w:t xml:space="preserve"> </w:t>
            </w:r>
            <w:proofErr w:type="spellStart"/>
            <w:r>
              <w:t>закон</w:t>
            </w:r>
            <w:proofErr w:type="spellEnd"/>
            <w:r>
              <w:t xml:space="preserve"> </w:t>
            </w:r>
            <w:proofErr w:type="spellStart"/>
            <w:r>
              <w:t>от</w:t>
            </w:r>
            <w:proofErr w:type="spellEnd"/>
            <w:r>
              <w:t xml:space="preserve"> 27.07.2006 № 152-ФЗ</w:t>
            </w:r>
          </w:p>
        </w:tc>
      </w:tr>
      <w:tr w:rsidR="00452AAF" w14:paraId="407BC2E2" w14:textId="77777777">
        <w:trPr>
          <w:jc w:val="center"/>
        </w:trPr>
        <w:tc>
          <w:tcPr>
            <w:tcW w:w="2500" w:type="dxa"/>
          </w:tcPr>
          <w:p w14:paraId="3829A34B" w14:textId="77777777" w:rsidR="00452AAF" w:rsidRDefault="002138ED">
            <w:pPr>
              <w:jc w:val="both"/>
            </w:pPr>
            <w:proofErr w:type="spellStart"/>
            <w:r>
              <w:t>Блокирование</w:t>
            </w:r>
            <w:proofErr w:type="spellEnd"/>
            <w:r>
              <w:t xml:space="preserve"> </w:t>
            </w:r>
            <w:proofErr w:type="spellStart"/>
            <w:r>
              <w:t>персональных</w:t>
            </w:r>
            <w:proofErr w:type="spellEnd"/>
            <w:r>
              <w:t xml:space="preserve"> </w:t>
            </w:r>
            <w:proofErr w:type="spellStart"/>
            <w:r>
              <w:t>данных</w:t>
            </w:r>
            <w:proofErr w:type="spellEnd"/>
          </w:p>
        </w:tc>
        <w:tc>
          <w:tcPr>
            <w:tcW w:w="4500" w:type="dxa"/>
          </w:tcPr>
          <w:p w14:paraId="306A4C37" w14:textId="77777777" w:rsidR="00452AAF" w:rsidRPr="00632D01" w:rsidRDefault="002138ED">
            <w:pPr>
              <w:jc w:val="both"/>
              <w:rPr>
                <w:lang w:val="ru-RU"/>
              </w:rPr>
            </w:pPr>
            <w:r w:rsidRPr="00632D01">
              <w:rPr>
                <w:lang w:val="ru-RU"/>
              </w:rPr>
              <w:t>Временное прекращение обработки персональных данных (за исключением случаев, если обработка необходима для уточнения персональных данных)</w:t>
            </w:r>
          </w:p>
        </w:tc>
        <w:tc>
          <w:tcPr>
            <w:tcW w:w="2638" w:type="dxa"/>
          </w:tcPr>
          <w:p w14:paraId="78FA96E5" w14:textId="77777777" w:rsidR="00452AAF" w:rsidRDefault="002138ED">
            <w:pPr>
              <w:jc w:val="both"/>
            </w:pPr>
            <w:proofErr w:type="spellStart"/>
            <w:r>
              <w:t>Федеральный</w:t>
            </w:r>
            <w:proofErr w:type="spellEnd"/>
            <w:r>
              <w:t xml:space="preserve"> </w:t>
            </w:r>
            <w:proofErr w:type="spellStart"/>
            <w:r>
              <w:t>закон</w:t>
            </w:r>
            <w:proofErr w:type="spellEnd"/>
            <w:r>
              <w:t xml:space="preserve"> </w:t>
            </w:r>
            <w:proofErr w:type="spellStart"/>
            <w:r>
              <w:t>от</w:t>
            </w:r>
            <w:proofErr w:type="spellEnd"/>
            <w:r>
              <w:t xml:space="preserve"> 27.07.2006 № 152-ФЗ</w:t>
            </w:r>
          </w:p>
        </w:tc>
      </w:tr>
      <w:tr w:rsidR="00452AAF" w14:paraId="5A0DC488" w14:textId="77777777">
        <w:trPr>
          <w:jc w:val="center"/>
        </w:trPr>
        <w:tc>
          <w:tcPr>
            <w:tcW w:w="2500" w:type="dxa"/>
          </w:tcPr>
          <w:p w14:paraId="66F01CF5" w14:textId="77777777" w:rsidR="00452AAF" w:rsidRPr="00632D01" w:rsidRDefault="002138ED">
            <w:pPr>
              <w:jc w:val="both"/>
              <w:rPr>
                <w:lang w:val="ru-RU"/>
              </w:rPr>
            </w:pPr>
            <w:r w:rsidRPr="00632D01">
              <w:rPr>
                <w:lang w:val="ru-RU"/>
              </w:rPr>
              <w:t xml:space="preserve">Информационная система </w:t>
            </w:r>
            <w:r w:rsidRPr="00632D01">
              <w:rPr>
                <w:lang w:val="ru-RU"/>
              </w:rPr>
              <w:lastRenderedPageBreak/>
              <w:t>персональных данных (</w:t>
            </w:r>
            <w:proofErr w:type="spellStart"/>
            <w:r w:rsidRPr="00632D01">
              <w:rPr>
                <w:lang w:val="ru-RU"/>
              </w:rPr>
              <w:t>ИСПДн</w:t>
            </w:r>
            <w:proofErr w:type="spellEnd"/>
            <w:r w:rsidRPr="00632D01">
              <w:rPr>
                <w:lang w:val="ru-RU"/>
              </w:rPr>
              <w:t>)</w:t>
            </w:r>
          </w:p>
        </w:tc>
        <w:tc>
          <w:tcPr>
            <w:tcW w:w="4500" w:type="dxa"/>
          </w:tcPr>
          <w:p w14:paraId="2493E070" w14:textId="77777777" w:rsidR="00452AAF" w:rsidRPr="00632D01" w:rsidRDefault="002138ED">
            <w:pPr>
              <w:jc w:val="both"/>
              <w:rPr>
                <w:lang w:val="ru-RU"/>
              </w:rPr>
            </w:pPr>
            <w:r w:rsidRPr="00632D01">
              <w:rPr>
                <w:lang w:val="ru-RU"/>
              </w:rPr>
              <w:lastRenderedPageBreak/>
              <w:t xml:space="preserve">Совокупность содержащихся в базах данных персональных данных и </w:t>
            </w:r>
            <w:r w:rsidRPr="00632D01">
              <w:rPr>
                <w:lang w:val="ru-RU"/>
              </w:rPr>
              <w:lastRenderedPageBreak/>
              <w:t>обеспечивающих их обработку информационных технологий и технических средств</w:t>
            </w:r>
          </w:p>
        </w:tc>
        <w:tc>
          <w:tcPr>
            <w:tcW w:w="2638" w:type="dxa"/>
          </w:tcPr>
          <w:p w14:paraId="5815DEB6" w14:textId="77777777" w:rsidR="00452AAF" w:rsidRDefault="002138ED">
            <w:pPr>
              <w:jc w:val="both"/>
            </w:pPr>
            <w:proofErr w:type="spellStart"/>
            <w:r>
              <w:lastRenderedPageBreak/>
              <w:t>Федеральный</w:t>
            </w:r>
            <w:proofErr w:type="spellEnd"/>
            <w:r>
              <w:t xml:space="preserve"> </w:t>
            </w:r>
            <w:proofErr w:type="spellStart"/>
            <w:r>
              <w:t>закон</w:t>
            </w:r>
            <w:proofErr w:type="spellEnd"/>
            <w:r>
              <w:t xml:space="preserve"> </w:t>
            </w:r>
            <w:proofErr w:type="spellStart"/>
            <w:r>
              <w:t>от</w:t>
            </w:r>
            <w:proofErr w:type="spellEnd"/>
            <w:r>
              <w:t xml:space="preserve"> 27.07.2006 № 152-ФЗ</w:t>
            </w:r>
          </w:p>
        </w:tc>
      </w:tr>
      <w:tr w:rsidR="00452AAF" w14:paraId="636882B5" w14:textId="77777777">
        <w:trPr>
          <w:jc w:val="center"/>
        </w:trPr>
        <w:tc>
          <w:tcPr>
            <w:tcW w:w="2500" w:type="dxa"/>
          </w:tcPr>
          <w:p w14:paraId="5D397C22" w14:textId="77777777" w:rsidR="00452AAF" w:rsidRDefault="002138ED">
            <w:pPr>
              <w:jc w:val="both"/>
            </w:pPr>
            <w:proofErr w:type="spellStart"/>
            <w:r>
              <w:t>Конфиденциальность</w:t>
            </w:r>
            <w:proofErr w:type="spellEnd"/>
            <w:r>
              <w:t xml:space="preserve"> </w:t>
            </w:r>
            <w:proofErr w:type="spellStart"/>
            <w:r>
              <w:t>персональных</w:t>
            </w:r>
            <w:proofErr w:type="spellEnd"/>
            <w:r>
              <w:t xml:space="preserve"> </w:t>
            </w:r>
            <w:proofErr w:type="spellStart"/>
            <w:r>
              <w:t>данных</w:t>
            </w:r>
            <w:proofErr w:type="spellEnd"/>
          </w:p>
        </w:tc>
        <w:tc>
          <w:tcPr>
            <w:tcW w:w="4500" w:type="dxa"/>
          </w:tcPr>
          <w:p w14:paraId="015BFF52" w14:textId="77777777" w:rsidR="00452AAF" w:rsidRPr="00632D01" w:rsidRDefault="002138ED">
            <w:pPr>
              <w:jc w:val="both"/>
              <w:rPr>
                <w:lang w:val="ru-RU"/>
              </w:rPr>
            </w:pPr>
            <w:r w:rsidRPr="00632D01">
              <w:rPr>
                <w:lang w:val="ru-RU"/>
              </w:rPr>
              <w:t>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tc>
        <w:tc>
          <w:tcPr>
            <w:tcW w:w="2638" w:type="dxa"/>
          </w:tcPr>
          <w:p w14:paraId="415E8D88" w14:textId="77777777" w:rsidR="00452AAF" w:rsidRDefault="002138ED">
            <w:pPr>
              <w:jc w:val="both"/>
            </w:pPr>
            <w:proofErr w:type="spellStart"/>
            <w:r>
              <w:t>Федеральный</w:t>
            </w:r>
            <w:proofErr w:type="spellEnd"/>
            <w:r>
              <w:t xml:space="preserve"> </w:t>
            </w:r>
            <w:proofErr w:type="spellStart"/>
            <w:r>
              <w:t>закон</w:t>
            </w:r>
            <w:proofErr w:type="spellEnd"/>
            <w:r>
              <w:t xml:space="preserve"> </w:t>
            </w:r>
            <w:proofErr w:type="spellStart"/>
            <w:r>
              <w:t>от</w:t>
            </w:r>
            <w:proofErr w:type="spellEnd"/>
            <w:r>
              <w:t xml:space="preserve"> 27.07.2006 № 152-ФЗ</w:t>
            </w:r>
          </w:p>
        </w:tc>
      </w:tr>
      <w:tr w:rsidR="00452AAF" w14:paraId="569EDC5F" w14:textId="77777777">
        <w:trPr>
          <w:jc w:val="center"/>
        </w:trPr>
        <w:tc>
          <w:tcPr>
            <w:tcW w:w="2500" w:type="dxa"/>
          </w:tcPr>
          <w:p w14:paraId="3B6B3910" w14:textId="77777777" w:rsidR="00452AAF" w:rsidRDefault="002138ED">
            <w:pPr>
              <w:jc w:val="both"/>
            </w:pPr>
            <w:proofErr w:type="spellStart"/>
            <w:r>
              <w:t>Обработка</w:t>
            </w:r>
            <w:proofErr w:type="spellEnd"/>
            <w:r>
              <w:t xml:space="preserve"> </w:t>
            </w:r>
            <w:proofErr w:type="spellStart"/>
            <w:r>
              <w:t>персональных</w:t>
            </w:r>
            <w:proofErr w:type="spellEnd"/>
            <w:r>
              <w:t xml:space="preserve"> </w:t>
            </w:r>
            <w:proofErr w:type="spellStart"/>
            <w:r>
              <w:t>данных</w:t>
            </w:r>
            <w:proofErr w:type="spellEnd"/>
          </w:p>
        </w:tc>
        <w:tc>
          <w:tcPr>
            <w:tcW w:w="4500" w:type="dxa"/>
          </w:tcPr>
          <w:p w14:paraId="1B78F674" w14:textId="77777777" w:rsidR="00452AAF" w:rsidRPr="00632D01" w:rsidRDefault="002138ED">
            <w:pPr>
              <w:jc w:val="both"/>
              <w:rPr>
                <w:lang w:val="ru-RU"/>
              </w:rPr>
            </w:pPr>
            <w:r w:rsidRPr="00632D01">
              <w:rPr>
                <w:lang w:val="ru-RU"/>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tc>
        <w:tc>
          <w:tcPr>
            <w:tcW w:w="2638" w:type="dxa"/>
          </w:tcPr>
          <w:p w14:paraId="0A93793D" w14:textId="77777777" w:rsidR="00452AAF" w:rsidRDefault="002138ED">
            <w:pPr>
              <w:jc w:val="both"/>
            </w:pPr>
            <w:proofErr w:type="spellStart"/>
            <w:r>
              <w:t>Федеральный</w:t>
            </w:r>
            <w:proofErr w:type="spellEnd"/>
            <w:r>
              <w:t xml:space="preserve"> </w:t>
            </w:r>
            <w:proofErr w:type="spellStart"/>
            <w:r>
              <w:t>закон</w:t>
            </w:r>
            <w:proofErr w:type="spellEnd"/>
            <w:r>
              <w:t xml:space="preserve"> </w:t>
            </w:r>
            <w:proofErr w:type="spellStart"/>
            <w:r>
              <w:t>от</w:t>
            </w:r>
            <w:proofErr w:type="spellEnd"/>
            <w:r>
              <w:t xml:space="preserve"> 27.07.2006 № 152-ФЗ</w:t>
            </w:r>
          </w:p>
        </w:tc>
      </w:tr>
      <w:tr w:rsidR="00452AAF" w14:paraId="5A1FA043" w14:textId="77777777">
        <w:trPr>
          <w:jc w:val="center"/>
        </w:trPr>
        <w:tc>
          <w:tcPr>
            <w:tcW w:w="2500" w:type="dxa"/>
          </w:tcPr>
          <w:p w14:paraId="2778FFBB" w14:textId="77777777" w:rsidR="00452AAF" w:rsidRDefault="002138ED">
            <w:pPr>
              <w:jc w:val="both"/>
            </w:pPr>
            <w:proofErr w:type="spellStart"/>
            <w:r>
              <w:t>Оператор</w:t>
            </w:r>
            <w:proofErr w:type="spellEnd"/>
          </w:p>
        </w:tc>
        <w:tc>
          <w:tcPr>
            <w:tcW w:w="4500" w:type="dxa"/>
          </w:tcPr>
          <w:p w14:paraId="67F76CE4" w14:textId="77777777" w:rsidR="00452AAF" w:rsidRPr="00632D01" w:rsidRDefault="002138ED">
            <w:pPr>
              <w:jc w:val="both"/>
              <w:rPr>
                <w:lang w:val="ru-RU"/>
              </w:rPr>
            </w:pPr>
            <w:r w:rsidRPr="00632D01">
              <w:rPr>
                <w:lang w:val="ru-RU"/>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tc>
        <w:tc>
          <w:tcPr>
            <w:tcW w:w="2638" w:type="dxa"/>
          </w:tcPr>
          <w:p w14:paraId="1A195D5E" w14:textId="77777777" w:rsidR="00452AAF" w:rsidRDefault="002138ED">
            <w:pPr>
              <w:jc w:val="both"/>
            </w:pPr>
            <w:proofErr w:type="spellStart"/>
            <w:r>
              <w:t>Федеральный</w:t>
            </w:r>
            <w:proofErr w:type="spellEnd"/>
            <w:r>
              <w:t xml:space="preserve"> </w:t>
            </w:r>
            <w:proofErr w:type="spellStart"/>
            <w:r>
              <w:t>закон</w:t>
            </w:r>
            <w:proofErr w:type="spellEnd"/>
            <w:r>
              <w:t xml:space="preserve"> </w:t>
            </w:r>
            <w:proofErr w:type="spellStart"/>
            <w:r>
              <w:t>от</w:t>
            </w:r>
            <w:proofErr w:type="spellEnd"/>
            <w:r>
              <w:t xml:space="preserve"> 27.07.2006 № 152-ФЗ</w:t>
            </w:r>
          </w:p>
        </w:tc>
      </w:tr>
      <w:tr w:rsidR="00452AAF" w14:paraId="4272807B" w14:textId="77777777">
        <w:trPr>
          <w:jc w:val="center"/>
        </w:trPr>
        <w:tc>
          <w:tcPr>
            <w:tcW w:w="2500" w:type="dxa"/>
          </w:tcPr>
          <w:p w14:paraId="0A53FE43" w14:textId="77777777" w:rsidR="00452AAF" w:rsidRDefault="002138ED">
            <w:pPr>
              <w:jc w:val="both"/>
            </w:pPr>
            <w:proofErr w:type="spellStart"/>
            <w:r>
              <w:t>Персональные</w:t>
            </w:r>
            <w:proofErr w:type="spellEnd"/>
            <w:r>
              <w:t xml:space="preserve"> </w:t>
            </w:r>
            <w:proofErr w:type="spellStart"/>
            <w:r>
              <w:t>данные</w:t>
            </w:r>
            <w:proofErr w:type="spellEnd"/>
          </w:p>
        </w:tc>
        <w:tc>
          <w:tcPr>
            <w:tcW w:w="4500" w:type="dxa"/>
          </w:tcPr>
          <w:p w14:paraId="534E1499" w14:textId="77777777" w:rsidR="00452AAF" w:rsidRPr="00632D01" w:rsidRDefault="002138ED">
            <w:pPr>
              <w:jc w:val="both"/>
              <w:rPr>
                <w:lang w:val="ru-RU"/>
              </w:rPr>
            </w:pPr>
            <w:r w:rsidRPr="00632D01">
              <w:rPr>
                <w:lang w:val="ru-RU"/>
              </w:rPr>
              <w:t>Любая информация, относящаяся к прямо или косвенно определённому или определяемому физическому лицу (субъекту персональных данных)</w:t>
            </w:r>
          </w:p>
        </w:tc>
        <w:tc>
          <w:tcPr>
            <w:tcW w:w="2638" w:type="dxa"/>
          </w:tcPr>
          <w:p w14:paraId="75791DA0" w14:textId="77777777" w:rsidR="00452AAF" w:rsidRDefault="002138ED">
            <w:pPr>
              <w:jc w:val="both"/>
            </w:pPr>
            <w:proofErr w:type="spellStart"/>
            <w:r>
              <w:t>Федеральный</w:t>
            </w:r>
            <w:proofErr w:type="spellEnd"/>
            <w:r>
              <w:t xml:space="preserve"> </w:t>
            </w:r>
            <w:proofErr w:type="spellStart"/>
            <w:r>
              <w:t>закон</w:t>
            </w:r>
            <w:proofErr w:type="spellEnd"/>
            <w:r>
              <w:t xml:space="preserve"> </w:t>
            </w:r>
            <w:proofErr w:type="spellStart"/>
            <w:r>
              <w:t>от</w:t>
            </w:r>
            <w:proofErr w:type="spellEnd"/>
            <w:r>
              <w:t xml:space="preserve"> 27.07.2006 № 152-ФЗ</w:t>
            </w:r>
          </w:p>
        </w:tc>
      </w:tr>
      <w:tr w:rsidR="00452AAF" w14:paraId="6E94AA74" w14:textId="77777777">
        <w:trPr>
          <w:jc w:val="center"/>
        </w:trPr>
        <w:tc>
          <w:tcPr>
            <w:tcW w:w="2500" w:type="dxa"/>
          </w:tcPr>
          <w:p w14:paraId="3DB7C42D" w14:textId="77777777" w:rsidR="00452AAF" w:rsidRDefault="002138ED">
            <w:pPr>
              <w:jc w:val="both"/>
            </w:pPr>
            <w:proofErr w:type="spellStart"/>
            <w:r>
              <w:t>Предоставление</w:t>
            </w:r>
            <w:proofErr w:type="spellEnd"/>
            <w:r>
              <w:t xml:space="preserve"> </w:t>
            </w:r>
            <w:proofErr w:type="spellStart"/>
            <w:r>
              <w:t>персональных</w:t>
            </w:r>
            <w:proofErr w:type="spellEnd"/>
            <w:r>
              <w:t xml:space="preserve"> </w:t>
            </w:r>
            <w:proofErr w:type="spellStart"/>
            <w:r>
              <w:t>данных</w:t>
            </w:r>
            <w:proofErr w:type="spellEnd"/>
          </w:p>
        </w:tc>
        <w:tc>
          <w:tcPr>
            <w:tcW w:w="4500" w:type="dxa"/>
          </w:tcPr>
          <w:p w14:paraId="4DEDD5DA" w14:textId="77777777" w:rsidR="00452AAF" w:rsidRPr="00632D01" w:rsidRDefault="002138ED">
            <w:pPr>
              <w:jc w:val="both"/>
              <w:rPr>
                <w:lang w:val="ru-RU"/>
              </w:rPr>
            </w:pPr>
            <w:r w:rsidRPr="00632D01">
              <w:rPr>
                <w:lang w:val="ru-RU"/>
              </w:rPr>
              <w:t>Действия, направленные на раскрытие персональных данных определённому лицу или определённому кругу лиц</w:t>
            </w:r>
          </w:p>
        </w:tc>
        <w:tc>
          <w:tcPr>
            <w:tcW w:w="2638" w:type="dxa"/>
          </w:tcPr>
          <w:p w14:paraId="3831EE6D" w14:textId="77777777" w:rsidR="00452AAF" w:rsidRDefault="002138ED">
            <w:pPr>
              <w:jc w:val="both"/>
            </w:pPr>
            <w:proofErr w:type="spellStart"/>
            <w:r>
              <w:t>Федеральный</w:t>
            </w:r>
            <w:proofErr w:type="spellEnd"/>
            <w:r>
              <w:t xml:space="preserve"> </w:t>
            </w:r>
            <w:proofErr w:type="spellStart"/>
            <w:r>
              <w:t>закон</w:t>
            </w:r>
            <w:proofErr w:type="spellEnd"/>
            <w:r>
              <w:t xml:space="preserve"> </w:t>
            </w:r>
            <w:proofErr w:type="spellStart"/>
            <w:r>
              <w:t>от</w:t>
            </w:r>
            <w:proofErr w:type="spellEnd"/>
            <w:r>
              <w:t xml:space="preserve"> 27.07.2006 № 152-ФЗ</w:t>
            </w:r>
          </w:p>
        </w:tc>
      </w:tr>
      <w:tr w:rsidR="00452AAF" w14:paraId="469E36C0" w14:textId="77777777">
        <w:trPr>
          <w:jc w:val="center"/>
        </w:trPr>
        <w:tc>
          <w:tcPr>
            <w:tcW w:w="2500" w:type="dxa"/>
          </w:tcPr>
          <w:p w14:paraId="585C22B1" w14:textId="77777777" w:rsidR="00452AAF" w:rsidRDefault="002138ED">
            <w:pPr>
              <w:jc w:val="both"/>
            </w:pPr>
            <w:proofErr w:type="spellStart"/>
            <w:r>
              <w:t>Распространение</w:t>
            </w:r>
            <w:proofErr w:type="spellEnd"/>
            <w:r>
              <w:t xml:space="preserve"> </w:t>
            </w:r>
            <w:proofErr w:type="spellStart"/>
            <w:r>
              <w:lastRenderedPageBreak/>
              <w:t>персональных</w:t>
            </w:r>
            <w:proofErr w:type="spellEnd"/>
            <w:r>
              <w:t xml:space="preserve"> </w:t>
            </w:r>
            <w:proofErr w:type="spellStart"/>
            <w:r>
              <w:t>данных</w:t>
            </w:r>
            <w:proofErr w:type="spellEnd"/>
          </w:p>
        </w:tc>
        <w:tc>
          <w:tcPr>
            <w:tcW w:w="4500" w:type="dxa"/>
          </w:tcPr>
          <w:p w14:paraId="61ABD88F" w14:textId="77777777" w:rsidR="00452AAF" w:rsidRPr="00632D01" w:rsidRDefault="002138ED">
            <w:pPr>
              <w:jc w:val="both"/>
              <w:rPr>
                <w:lang w:val="ru-RU"/>
              </w:rPr>
            </w:pPr>
            <w:r w:rsidRPr="00632D01">
              <w:rPr>
                <w:lang w:val="ru-RU"/>
              </w:rPr>
              <w:lastRenderedPageBreak/>
              <w:t xml:space="preserve">Действия, направленные на раскрытие </w:t>
            </w:r>
            <w:r w:rsidRPr="00632D01">
              <w:rPr>
                <w:lang w:val="ru-RU"/>
              </w:rPr>
              <w:lastRenderedPageBreak/>
              <w:t>персональных данных неопределённому кругу лиц</w:t>
            </w:r>
          </w:p>
        </w:tc>
        <w:tc>
          <w:tcPr>
            <w:tcW w:w="2638" w:type="dxa"/>
          </w:tcPr>
          <w:p w14:paraId="189FD43F" w14:textId="77777777" w:rsidR="00452AAF" w:rsidRDefault="002138ED">
            <w:pPr>
              <w:jc w:val="both"/>
            </w:pPr>
            <w:proofErr w:type="spellStart"/>
            <w:r>
              <w:lastRenderedPageBreak/>
              <w:t>Федеральный</w:t>
            </w:r>
            <w:proofErr w:type="spellEnd"/>
            <w:r>
              <w:t xml:space="preserve"> </w:t>
            </w:r>
            <w:proofErr w:type="spellStart"/>
            <w:r>
              <w:t>закон</w:t>
            </w:r>
            <w:proofErr w:type="spellEnd"/>
            <w:r>
              <w:t xml:space="preserve"> </w:t>
            </w:r>
            <w:proofErr w:type="spellStart"/>
            <w:r>
              <w:t>от</w:t>
            </w:r>
            <w:proofErr w:type="spellEnd"/>
            <w:r>
              <w:t xml:space="preserve"> </w:t>
            </w:r>
            <w:r>
              <w:lastRenderedPageBreak/>
              <w:t>27.07.2006 № 152-ФЗ</w:t>
            </w:r>
          </w:p>
        </w:tc>
      </w:tr>
      <w:tr w:rsidR="00452AAF" w14:paraId="54723478" w14:textId="77777777">
        <w:trPr>
          <w:jc w:val="center"/>
        </w:trPr>
        <w:tc>
          <w:tcPr>
            <w:tcW w:w="2500" w:type="dxa"/>
          </w:tcPr>
          <w:p w14:paraId="3EA730A0" w14:textId="77777777" w:rsidR="00452AAF" w:rsidRDefault="002138ED">
            <w:pPr>
              <w:jc w:val="both"/>
            </w:pPr>
            <w:proofErr w:type="spellStart"/>
            <w:r>
              <w:lastRenderedPageBreak/>
              <w:t>Уничтожение</w:t>
            </w:r>
            <w:proofErr w:type="spellEnd"/>
            <w:r>
              <w:t xml:space="preserve"> </w:t>
            </w:r>
            <w:proofErr w:type="spellStart"/>
            <w:r>
              <w:t>персональных</w:t>
            </w:r>
            <w:proofErr w:type="spellEnd"/>
            <w:r>
              <w:t xml:space="preserve"> </w:t>
            </w:r>
            <w:proofErr w:type="spellStart"/>
            <w:r>
              <w:t>данных</w:t>
            </w:r>
            <w:proofErr w:type="spellEnd"/>
          </w:p>
        </w:tc>
        <w:tc>
          <w:tcPr>
            <w:tcW w:w="4500" w:type="dxa"/>
          </w:tcPr>
          <w:p w14:paraId="2F0151E7" w14:textId="77777777" w:rsidR="00452AAF" w:rsidRPr="00632D01" w:rsidRDefault="002138ED">
            <w:pPr>
              <w:jc w:val="both"/>
              <w:rPr>
                <w:lang w:val="ru-RU"/>
              </w:rPr>
            </w:pPr>
            <w:r w:rsidRPr="00632D01">
              <w:rPr>
                <w:lang w:val="ru-RU"/>
              </w:rPr>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tc>
        <w:tc>
          <w:tcPr>
            <w:tcW w:w="2638" w:type="dxa"/>
          </w:tcPr>
          <w:p w14:paraId="60AFD459" w14:textId="77777777" w:rsidR="00452AAF" w:rsidRDefault="002138ED">
            <w:pPr>
              <w:jc w:val="both"/>
            </w:pPr>
            <w:proofErr w:type="spellStart"/>
            <w:r>
              <w:t>Федеральный</w:t>
            </w:r>
            <w:proofErr w:type="spellEnd"/>
            <w:r>
              <w:t xml:space="preserve"> </w:t>
            </w:r>
            <w:proofErr w:type="spellStart"/>
            <w:r>
              <w:t>закон</w:t>
            </w:r>
            <w:proofErr w:type="spellEnd"/>
            <w:r>
              <w:t xml:space="preserve"> </w:t>
            </w:r>
            <w:proofErr w:type="spellStart"/>
            <w:r>
              <w:t>от</w:t>
            </w:r>
            <w:proofErr w:type="spellEnd"/>
            <w:r>
              <w:t xml:space="preserve"> 27.07.2006 № 152-ФЗ</w:t>
            </w:r>
          </w:p>
        </w:tc>
      </w:tr>
    </w:tbl>
    <w:p w14:paraId="3C53CD24" w14:textId="77777777" w:rsidR="00452AAF" w:rsidRDefault="00452AAF"/>
    <w:p w14:paraId="75F1A6FB" w14:textId="77777777" w:rsidR="00452AAF" w:rsidRPr="00632D01" w:rsidRDefault="002138ED">
      <w:pPr>
        <w:ind w:firstLine="709"/>
        <w:jc w:val="both"/>
        <w:rPr>
          <w:lang w:val="ru-RU"/>
        </w:rPr>
      </w:pPr>
      <w:r w:rsidRPr="00632D01">
        <w:rPr>
          <w:lang w:val="ru-RU"/>
        </w:rPr>
        <w:t>1.3. Настоящая Политика разработана на основании требований Федерального закона от 27.07.2006 № 152-ФЗ «О персональных данных» и иных нормативных правовых актов Российской Федерации в области обработки и защиты персональных данных.</w:t>
      </w:r>
    </w:p>
    <w:p w14:paraId="529FE145" w14:textId="77777777" w:rsidR="00452AAF" w:rsidRPr="00632D01" w:rsidRDefault="002138ED">
      <w:pPr>
        <w:ind w:firstLine="709"/>
        <w:jc w:val="both"/>
        <w:rPr>
          <w:lang w:val="ru-RU"/>
        </w:rPr>
      </w:pPr>
      <w:r w:rsidRPr="00632D01">
        <w:rPr>
          <w:lang w:val="ru-RU"/>
        </w:rPr>
        <w:t>Политика, все дополнения и изменения к ней утверждаются приказом МБУ ДО "ЦЕНТР ДОПОЛНИТЕЛЬНОГО ОБРАЗОВАНИЯ ДЕТЕЙ КАРАБУДАХКЕНТСКОГО РАЙОНА". Положения Политики распространяются на все отношения, связанные с обработкой персональных данных Оператором, как с использованием средств автоматизации, так и без использования таких средств.</w:t>
      </w:r>
    </w:p>
    <w:p w14:paraId="5A91F818" w14:textId="77777777" w:rsidR="00452AAF" w:rsidRPr="00632D01" w:rsidRDefault="002138ED">
      <w:pPr>
        <w:ind w:firstLine="709"/>
        <w:jc w:val="both"/>
        <w:rPr>
          <w:lang w:val="ru-RU"/>
        </w:rPr>
      </w:pPr>
      <w:r w:rsidRPr="00632D01">
        <w:rPr>
          <w:lang w:val="ru-RU"/>
        </w:rPr>
        <w:t xml:space="preserve">1.4. Оператор ведёт свою деятельность по адресу: 368530, </w:t>
      </w:r>
      <w:proofErr w:type="spellStart"/>
      <w:r w:rsidRPr="00632D01">
        <w:rPr>
          <w:lang w:val="ru-RU"/>
        </w:rPr>
        <w:t>Респ</w:t>
      </w:r>
      <w:proofErr w:type="spellEnd"/>
      <w:r w:rsidRPr="00632D01">
        <w:rPr>
          <w:lang w:val="ru-RU"/>
        </w:rPr>
        <w:t xml:space="preserve"> Дагестан, </w:t>
      </w:r>
      <w:proofErr w:type="spellStart"/>
      <w:r w:rsidRPr="00632D01">
        <w:rPr>
          <w:lang w:val="ru-RU"/>
        </w:rPr>
        <w:t>Карабудахкентский</w:t>
      </w:r>
      <w:proofErr w:type="spellEnd"/>
      <w:r w:rsidRPr="00632D01">
        <w:rPr>
          <w:lang w:val="ru-RU"/>
        </w:rPr>
        <w:t xml:space="preserve"> р-н, село Карабудахкент, </w:t>
      </w:r>
      <w:proofErr w:type="spellStart"/>
      <w:r w:rsidRPr="00632D01">
        <w:rPr>
          <w:lang w:val="ru-RU"/>
        </w:rPr>
        <w:t>ул</w:t>
      </w:r>
      <w:proofErr w:type="spellEnd"/>
      <w:r w:rsidRPr="00632D01">
        <w:rPr>
          <w:lang w:val="ru-RU"/>
        </w:rPr>
        <w:t xml:space="preserve"> </w:t>
      </w:r>
      <w:proofErr w:type="spellStart"/>
      <w:r w:rsidRPr="00632D01">
        <w:rPr>
          <w:lang w:val="ru-RU"/>
        </w:rPr>
        <w:t>Ирчи</w:t>
      </w:r>
      <w:proofErr w:type="spellEnd"/>
      <w:r w:rsidRPr="00632D01">
        <w:rPr>
          <w:lang w:val="ru-RU"/>
        </w:rPr>
        <w:t xml:space="preserve"> Казака, д 8. Политика применяется ко всем работникам МБУ ДО "ЦЕНТР ДОПОЛНИТЕЛЬНОГО ОБРАЗОВАНИЯ ДЕТЕЙ КАРАБУДАХКЕНТСКОГО РАЙОНА" и иным лицам, допущенным к обработке персональных данных Оператора. Директор Абакаров </w:t>
      </w:r>
      <w:proofErr w:type="spellStart"/>
      <w:r w:rsidRPr="00632D01">
        <w:rPr>
          <w:lang w:val="ru-RU"/>
        </w:rPr>
        <w:t>Бадрутдин</w:t>
      </w:r>
      <w:proofErr w:type="spellEnd"/>
      <w:r w:rsidRPr="00632D01">
        <w:rPr>
          <w:lang w:val="ru-RU"/>
        </w:rPr>
        <w:t xml:space="preserve"> </w:t>
      </w:r>
      <w:proofErr w:type="spellStart"/>
      <w:r w:rsidRPr="00632D01">
        <w:rPr>
          <w:lang w:val="ru-RU"/>
        </w:rPr>
        <w:t>Абакаргаджиевич</w:t>
      </w:r>
      <w:proofErr w:type="spellEnd"/>
      <w:r w:rsidRPr="00632D01">
        <w:rPr>
          <w:lang w:val="ru-RU"/>
        </w:rPr>
        <w:t xml:space="preserve"> назначен(а) ответственным(ой) за организацию обработки персональных данных в МБУ ДО "ЦЕНТР ДОПОЛНИТЕЛЬНОГО ОБРАЗОВАНИЯ ДЕТЕЙ КАРАБУДАХКЕНТСКОГО РАЙОНА". База данных, содержащая персональные данные граждан Российской Федерации, находится по адресу: 368530, </w:t>
      </w:r>
      <w:proofErr w:type="spellStart"/>
      <w:r w:rsidRPr="00632D01">
        <w:rPr>
          <w:lang w:val="ru-RU"/>
        </w:rPr>
        <w:t>Респ</w:t>
      </w:r>
      <w:proofErr w:type="spellEnd"/>
      <w:r w:rsidRPr="00632D01">
        <w:rPr>
          <w:lang w:val="ru-RU"/>
        </w:rPr>
        <w:t xml:space="preserve"> Дагестан, </w:t>
      </w:r>
      <w:proofErr w:type="spellStart"/>
      <w:r w:rsidRPr="00632D01">
        <w:rPr>
          <w:lang w:val="ru-RU"/>
        </w:rPr>
        <w:t>Карабудахкентский</w:t>
      </w:r>
      <w:proofErr w:type="spellEnd"/>
      <w:r w:rsidRPr="00632D01">
        <w:rPr>
          <w:lang w:val="ru-RU"/>
        </w:rPr>
        <w:t xml:space="preserve"> р-н, село Карабудахкент, </w:t>
      </w:r>
      <w:proofErr w:type="spellStart"/>
      <w:r w:rsidRPr="00632D01">
        <w:rPr>
          <w:lang w:val="ru-RU"/>
        </w:rPr>
        <w:t>ул</w:t>
      </w:r>
      <w:proofErr w:type="spellEnd"/>
      <w:r w:rsidRPr="00632D01">
        <w:rPr>
          <w:lang w:val="ru-RU"/>
        </w:rPr>
        <w:t xml:space="preserve"> </w:t>
      </w:r>
      <w:proofErr w:type="spellStart"/>
      <w:r w:rsidRPr="00632D01">
        <w:rPr>
          <w:lang w:val="ru-RU"/>
        </w:rPr>
        <w:t>Ирчи</w:t>
      </w:r>
      <w:proofErr w:type="spellEnd"/>
      <w:r w:rsidRPr="00632D01">
        <w:rPr>
          <w:lang w:val="ru-RU"/>
        </w:rPr>
        <w:t xml:space="preserve"> Казака, д 8.</w:t>
      </w:r>
    </w:p>
    <w:p w14:paraId="2CE79D5E" w14:textId="77777777" w:rsidR="00452AAF" w:rsidRPr="00632D01" w:rsidRDefault="002138ED">
      <w:pPr>
        <w:ind w:firstLine="709"/>
        <w:jc w:val="both"/>
        <w:rPr>
          <w:lang w:val="ru-RU"/>
        </w:rPr>
      </w:pPr>
      <w:r w:rsidRPr="00632D01">
        <w:rPr>
          <w:lang w:val="ru-RU"/>
        </w:rPr>
        <w:t xml:space="preserve">Для направления обращений субъектов персональных данных используются следующие контакты: </w:t>
      </w:r>
      <w:r>
        <w:t>email</w:t>
      </w:r>
      <w:r w:rsidRPr="00632D01">
        <w:rPr>
          <w:lang w:val="ru-RU"/>
        </w:rPr>
        <w:t xml:space="preserve">: cdodkarab@mail.ru; телефон: +7 (961) 834-14-04; почтовый адрес: 368530, </w:t>
      </w:r>
      <w:proofErr w:type="spellStart"/>
      <w:r w:rsidRPr="00632D01">
        <w:rPr>
          <w:lang w:val="ru-RU"/>
        </w:rPr>
        <w:t>Респ</w:t>
      </w:r>
      <w:proofErr w:type="spellEnd"/>
      <w:r w:rsidRPr="00632D01">
        <w:rPr>
          <w:lang w:val="ru-RU"/>
        </w:rPr>
        <w:t xml:space="preserve"> Дагестан, </w:t>
      </w:r>
      <w:proofErr w:type="spellStart"/>
      <w:r w:rsidRPr="00632D01">
        <w:rPr>
          <w:lang w:val="ru-RU"/>
        </w:rPr>
        <w:t>Карабудахкентский</w:t>
      </w:r>
      <w:proofErr w:type="spellEnd"/>
      <w:r w:rsidRPr="00632D01">
        <w:rPr>
          <w:lang w:val="ru-RU"/>
        </w:rPr>
        <w:t xml:space="preserve"> р-н, село Карабудахкент, </w:t>
      </w:r>
      <w:proofErr w:type="spellStart"/>
      <w:r w:rsidRPr="00632D01">
        <w:rPr>
          <w:lang w:val="ru-RU"/>
        </w:rPr>
        <w:t>ул</w:t>
      </w:r>
      <w:proofErr w:type="spellEnd"/>
      <w:r w:rsidRPr="00632D01">
        <w:rPr>
          <w:lang w:val="ru-RU"/>
        </w:rPr>
        <w:t xml:space="preserve"> </w:t>
      </w:r>
      <w:proofErr w:type="spellStart"/>
      <w:r w:rsidRPr="00632D01">
        <w:rPr>
          <w:lang w:val="ru-RU"/>
        </w:rPr>
        <w:t>Ирчи</w:t>
      </w:r>
      <w:proofErr w:type="spellEnd"/>
      <w:r w:rsidRPr="00632D01">
        <w:rPr>
          <w:lang w:val="ru-RU"/>
        </w:rPr>
        <w:t xml:space="preserve"> Казака, д 8.</w:t>
      </w:r>
    </w:p>
    <w:p w14:paraId="4C8CE129" w14:textId="77777777" w:rsidR="00452AAF" w:rsidRPr="00632D01" w:rsidRDefault="00452AAF">
      <w:pPr>
        <w:rPr>
          <w:lang w:val="ru-RU"/>
        </w:rPr>
      </w:pPr>
    </w:p>
    <w:p w14:paraId="53A6BCB5" w14:textId="77777777" w:rsidR="00452AAF" w:rsidRPr="00632D01" w:rsidRDefault="002138ED">
      <w:pPr>
        <w:jc w:val="center"/>
        <w:rPr>
          <w:lang w:val="ru-RU"/>
        </w:rPr>
      </w:pPr>
      <w:r w:rsidRPr="00632D01">
        <w:rPr>
          <w:b/>
          <w:lang w:val="ru-RU"/>
        </w:rPr>
        <w:t>2. ЦЕЛИ ОБРАБОТКИ ПЕРСОНАЛЬНЫХ ДАННЫХ</w:t>
      </w:r>
    </w:p>
    <w:p w14:paraId="3EA24B4A" w14:textId="77777777" w:rsidR="00452AAF" w:rsidRPr="00632D01" w:rsidRDefault="00452AAF">
      <w:pPr>
        <w:rPr>
          <w:lang w:val="ru-RU"/>
        </w:rPr>
      </w:pPr>
    </w:p>
    <w:p w14:paraId="732F200F" w14:textId="77777777" w:rsidR="00452AAF" w:rsidRPr="00632D01" w:rsidRDefault="002138ED">
      <w:pPr>
        <w:ind w:firstLine="709"/>
        <w:jc w:val="both"/>
        <w:rPr>
          <w:lang w:val="ru-RU"/>
        </w:rPr>
      </w:pPr>
      <w:r w:rsidRPr="00632D01">
        <w:rPr>
          <w:lang w:val="ru-RU"/>
        </w:rPr>
        <w:t>2.1. Целями обработки персональных данных в МБУ ДО "ЦЕНТР ДОПОЛНИТЕЛЬНОГО ОБРАЗОВАНИЯ ДЕТЕЙ КАРАБУДАХКЕНТСКОГО РАЙОНА" являются выполнение функций, полномочий и обязанностей, возложенных законодательством на Оператора; осуществление прав и законных интересов Оператора, его сотрудников и третьих лиц в рамках видов деятельности, осуществляемых Оператором. В частности, персональные данные обрабатываются для следующих целей (в скобках указаны номера целей, соответствующие таблице 2 раздела 4 Политики):</w:t>
      </w:r>
    </w:p>
    <w:p w14:paraId="71EDD8E8" w14:textId="77777777" w:rsidR="00452AAF" w:rsidRPr="002D4DCC" w:rsidRDefault="002138ED">
      <w:pPr>
        <w:ind w:left="709" w:hanging="283"/>
        <w:jc w:val="both"/>
        <w:rPr>
          <w:lang w:val="ru-RU"/>
        </w:rPr>
      </w:pPr>
      <w:r w:rsidRPr="002D4DCC">
        <w:rPr>
          <w:lang w:val="ru-RU"/>
        </w:rPr>
        <w:lastRenderedPageBreak/>
        <w:t xml:space="preserve">– Обеспечение реализации прав субъектов персональных данных (право на доступ, уточнение, удаление, отзыв согласия) (цель № 1);– Обработка запросов Роскомнадзора, прокуратуры, суда и иных уполномоченных государственных органов (цель № 2);– Обеспечение хранения документов, содержащих персональные данные, в соответствии с требованиями архивного законодательства (цель № 3);– Осуществление кадрового учёта, обеспечение соблюдения трудового законодательства, принятие кадровых и управленческих решений в отношении работников (цель № 4);– Ведение бухгалтерского учёта, исчисление и уплата налогов, расчёт и выплата заработной платы, предоставление налоговой и статистической отчётности (цель № 5);– Обеспечение безопасных условий труда, проведение инструктажей, специальной оценки условий труда, расследование несчастных случаев (цель № 6);– Ведение воинского учёта военнообязанных работников, предоставление сведений в военный комиссариат (цель № 7);– Поиск и оценка кандидатов на замещение вакантных должностей (цель № 8);– Формирование и ведение кадрового резерва для замещения вакантных должностей (цель № 9);– Предоставление социальных льгот, гарантий и компенсаций работникам и членам их семей, оформление налоговых вычетов (цель № 10);– Исполнение судебных решений и постановлений, удержание из заработной платы по исполнительным документам (цель № 11);– Передача персональных данных работников в кредитную организацию для выпуска зарплатных банковских карт (цель № 12);– Размещение персональных данных работников на официальном сайте организации в информационно-телекоммуникационной сети Интернет (справочник сотрудников) (цель № 13);– Размещение на официальном сайте организации сведений о доходах, расходах, об имуществе и обязательствах имущественного характера государственных (муниципальных) служащих и членов их семей в целях противодействия коррупции (цель № 14);– Передача персональных данных в удостоверяющий центр для выпуска сертификата ключа электронной подписи, оформление доверенностей (цель № 15);– Проведение аттестации работников, оценка соответствия квалификации занимаемой должности (цель № 16);– Оформление корпоративных сим-карт, передача персональных данных работников оператору связи (цель № 17);– Хранение контактных данных лиц для связи в чрезвычайных и экстренных ситуациях (цель № 18);– Заключение и исполнение договоров с организациями-контрагентами, ведение деловой переписки (цель № 19);– Проверка деловой репутации и благонадёжности контрагентов в целях снижения налоговых и правовых рисков (цель № 20);– Приём и рассмотрение обращений, жалоб и претензий клиентов, досудебное урегулирование споров (цель № 21);– Обеспечение функционирования интернет-сайта и онлайн-сервисов организации, обработка файлов </w:t>
      </w:r>
      <w:r>
        <w:t>cookie</w:t>
      </w:r>
      <w:r w:rsidRPr="002D4DCC">
        <w:rPr>
          <w:lang w:val="ru-RU"/>
        </w:rPr>
        <w:t xml:space="preserve">, ведение статистики посещаемости (цель № 22);– Обеспечение пропускного и внутриобъектового режима на территории и в помещениях оператора, контроль доступа (цель № 23);– Выявление, предотвращение и расследование инцидентов информационной безопасности, уведомление Роскомнадзора об утечках (цель № </w:t>
      </w:r>
      <w:r w:rsidRPr="002D4DCC">
        <w:rPr>
          <w:lang w:val="ru-RU"/>
        </w:rPr>
        <w:lastRenderedPageBreak/>
        <w:t>24);– Обеспечение проведения внешних и внутренних аудиторских проверок, предоставление документов аудиторам (цель № 25);– Регистрация участников мероприятий (конференции, семинары, выставки, конкурсы), выдача сертификатов (цель № 26);– Предоставление государственных и муниципальных услуг, приём и регистрация заявлений, выдача документов (цель № 27);– Осуществление закупочной деятельности, рассмотрение заявок участников, заключение контрактов (цель № 28);– Организация и осуществление образовательной деятельности, зачисление, ведение учёта успеваемости, выдача документов об образовании (цель № 29);</w:t>
      </w:r>
    </w:p>
    <w:p w14:paraId="4CA7270E" w14:textId="77777777" w:rsidR="00452AAF" w:rsidRPr="002D4DCC" w:rsidRDefault="00452AAF">
      <w:pPr>
        <w:rPr>
          <w:lang w:val="ru-RU"/>
        </w:rPr>
      </w:pPr>
    </w:p>
    <w:p w14:paraId="439217C8" w14:textId="77777777" w:rsidR="00452AAF" w:rsidRPr="00632D01" w:rsidRDefault="002138ED">
      <w:pPr>
        <w:jc w:val="center"/>
        <w:rPr>
          <w:lang w:val="ru-RU"/>
        </w:rPr>
      </w:pPr>
      <w:r w:rsidRPr="00632D01">
        <w:rPr>
          <w:b/>
          <w:lang w:val="ru-RU"/>
        </w:rPr>
        <w:t>3. ПРАВОВЫЕ ОСНОВАНИЯ ОБРАБОТКИ ПЕРСОНАЛЬНЫХ ДАННЫХ</w:t>
      </w:r>
    </w:p>
    <w:p w14:paraId="56A72960" w14:textId="77777777" w:rsidR="00452AAF" w:rsidRPr="00632D01" w:rsidRDefault="00452AAF">
      <w:pPr>
        <w:rPr>
          <w:lang w:val="ru-RU"/>
        </w:rPr>
      </w:pPr>
    </w:p>
    <w:p w14:paraId="65EB19EB" w14:textId="77777777" w:rsidR="00452AAF" w:rsidRPr="00632D01" w:rsidRDefault="002138ED">
      <w:pPr>
        <w:ind w:firstLine="709"/>
        <w:jc w:val="both"/>
        <w:rPr>
          <w:lang w:val="ru-RU"/>
        </w:rPr>
      </w:pPr>
      <w:r w:rsidRPr="00632D01">
        <w:rPr>
          <w:lang w:val="ru-RU"/>
        </w:rPr>
        <w:t>3.1. Оператор осуществляет обработку персональных данных на законной и справедливой основе, руководствуясь при этом Конституцией РФ, Трудовым кодексом РФ, иными федеральными законами и подзаконными актами. Правовым основанием обработки персональных данных является совокупность правовых актов и юридически значимых документов, во исполнение которых и в соответствии с которыми Оператор осуществляет обработку персональных данных, в том числе:</w:t>
      </w:r>
    </w:p>
    <w:p w14:paraId="074E489B" w14:textId="77777777" w:rsidR="00452AAF" w:rsidRPr="002D4DCC" w:rsidRDefault="002138ED">
      <w:pPr>
        <w:ind w:left="709" w:hanging="283"/>
        <w:jc w:val="both"/>
        <w:rPr>
          <w:lang w:val="ru-RU"/>
        </w:rPr>
      </w:pPr>
      <w:r w:rsidRPr="002D4DCC">
        <w:rPr>
          <w:lang w:val="ru-RU"/>
        </w:rPr>
        <w:t xml:space="preserve">– Федеральный закон от 27.07.2006 № 152-ФЗ «О персональных данных» (ст. 14–17, 23, 9, 10.1, 7 ч. 1 ст. 6, 21.1);– Федеральный закон от 22.10.2004 № 125-ФЗ «Об архивном деле в Российской Федерации» (ст. 17, 22.1);– Приказ Федерального архивного агентства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(п. 434–445);– Трудовой кодекс Российской Федерации от 30.12.2001 № 197-ФЗ (ст. 65, 66, 66.1, 86–90, 214–220, 86, 183, 255–257, 3 ч. 1 ст. 81);– Налоговый кодекс Российской Федерации (часть вторая) от 05.08.2000 № 117-ФЗ (ст. 24, 226, 230);– Федеральный закон от 06.12.2011 № 402-ФЗ «О бухгалтерском учёте» (ст. 9, 29);– Федеральный закон от 01.04.1996 № 27-ФЗ «Об индивидуальном (персонифицированном) учёте в системах обязательного пенсионного страхования и обязательного социального страхования» (ст. 8, 11);– Федеральный закон от 28.12.2013 № 426-ФЗ «О специальной оценке условий труда» (ст. 3, 8, 15);– Федеральный закон от 28.03.1998 № 53-ФЗ «О воинской обязанности и военной службе» (ст. 8);– Постановление Правительства Российской Федерации от 27.11.2006 № 719 «Об утверждении Положения о воинском учёте» (п. 27–34);– Федеральный закон от 27.07.2004 № 79-ФЗ «О государственной гражданской службе Российской Федерации» (ст. 64);– Федеральный закон от 02.03.2007 № 25-ФЗ «О муниципальной службе в Российской Федерации» (ст. 33);– Указ Президента Российской Федерации от 01.03.2017 № 96 «Об утверждении Положения о кадровом резерве федерального государственного органа»;– Федеральный закон от 02.10.2007 № 229-ФЗ «Об исполнительном производстве» (гл. 11);– Семейный кодекс Российской Федерации от 29.12.1995 № 223-ФЗ (гл. </w:t>
      </w:r>
      <w:r w:rsidRPr="002D4DCC">
        <w:rPr>
          <w:lang w:val="ru-RU"/>
        </w:rPr>
        <w:lastRenderedPageBreak/>
        <w:t xml:space="preserve">17);– Федеральный закон от 25.12.2008 № 273-ФЗ «О противодействии коррупции» (ст. 8, 8.1);– Указ Президента Российской Федерации от 08.07.2013 № 613 «Вопросы противодействия коррупции» (п. 2, 8);– Федеральный закон от 06.04.2011 № 63-ФЗ «Об электронной подписи» (ст. 14, 18);– Гражданский кодекс Российской Федерации (гл. 27–29);– Налоговый кодекс Российской Федерации (часть первая) от 31.07.1998 № 146-ФЗ (ст. 54.1);– Письмо Федеральной налоговой службы от 10.03.2021 № БВ-4-7/3060@;– Закон Российской Федерации от 07.02.1992 № 2300-1 «О защите прав потребителей» (ст. 18–26);– Федеральный закон от 02.05.2006 № 59-ФЗ «О порядке рассмотрения обращений граждан Российской Федерации» (для государственных и муниципальных организаций, ст. 5, 10, 12);– Федеральный закон от 30.12.2008 № 307-ФЗ «Об аудиторской деятельности» (ст. 9, 13);– Федеральный закон от 27.07.2010 № 210-ФЗ «Об организации предоставления государственных и муниципальных услуг» (ст. 5, 6, 7);– Федеральный закон от 05.04.2013 № 44-ФЗ «О контрактной системе в сфере закупок товаров, работ, услуг для обеспечения государственных и муниципальных нужд» (ст. 42, 51, 69);– Федеральный закон от 18.07.2011 № 223-ФЗ «О закупках товаров, работ, услуг отдельными видами юридических лиц» (ст. 3, 4);– Федеральный закон от 29.12.2012 № 273-ФЗ «Об образовании в Российской Федерации» (ст. 13, 28, 34, 44);– договор с субъектом </w:t>
      </w:r>
      <w:proofErr w:type="spellStart"/>
      <w:r w:rsidRPr="002D4DCC">
        <w:rPr>
          <w:lang w:val="ru-RU"/>
        </w:rPr>
        <w:t>ПДн</w:t>
      </w:r>
      <w:proofErr w:type="spellEnd"/>
      <w:r w:rsidRPr="002D4DCC">
        <w:rPr>
          <w:lang w:val="ru-RU"/>
        </w:rPr>
        <w:t xml:space="preserve">;– согласие на обработку </w:t>
      </w:r>
      <w:proofErr w:type="spellStart"/>
      <w:r w:rsidRPr="002D4DCC">
        <w:rPr>
          <w:lang w:val="ru-RU"/>
        </w:rPr>
        <w:t>ПДн</w:t>
      </w:r>
      <w:proofErr w:type="spellEnd"/>
      <w:r w:rsidRPr="002D4DCC">
        <w:rPr>
          <w:lang w:val="ru-RU"/>
        </w:rPr>
        <w:t>;</w:t>
      </w:r>
    </w:p>
    <w:p w14:paraId="61441BED" w14:textId="77777777" w:rsidR="00452AAF" w:rsidRPr="002D4DCC" w:rsidRDefault="00452AAF">
      <w:pPr>
        <w:rPr>
          <w:lang w:val="ru-RU"/>
        </w:rPr>
      </w:pPr>
    </w:p>
    <w:p w14:paraId="0CF04717" w14:textId="77777777" w:rsidR="00452AAF" w:rsidRPr="00632D01" w:rsidRDefault="002138ED">
      <w:pPr>
        <w:ind w:firstLine="709"/>
        <w:jc w:val="both"/>
        <w:rPr>
          <w:lang w:val="ru-RU"/>
        </w:rPr>
      </w:pPr>
      <w:r w:rsidRPr="00632D01">
        <w:rPr>
          <w:lang w:val="ru-RU"/>
        </w:rPr>
        <w:t>3.2. Оператор обрабатывает персональные данные в случаях и пределах, предусмотренных законодательством, либо с согласия субъектов персональных данных. Для каждой цели обработки персональных данных правовое основание определяется отдельно. Если для достижения конкретной цели требуется согласие субъекта, обработка осуществляется на основании добровольно данного субъектом согласия.</w:t>
      </w:r>
    </w:p>
    <w:p w14:paraId="78E3F7B9" w14:textId="77777777" w:rsidR="00452AAF" w:rsidRPr="00632D01" w:rsidRDefault="00452AAF">
      <w:pPr>
        <w:rPr>
          <w:lang w:val="ru-RU"/>
        </w:rPr>
      </w:pPr>
    </w:p>
    <w:p w14:paraId="5CA36127" w14:textId="77777777" w:rsidR="00452AAF" w:rsidRPr="00632D01" w:rsidRDefault="002138ED">
      <w:pPr>
        <w:jc w:val="center"/>
        <w:rPr>
          <w:lang w:val="ru-RU"/>
        </w:rPr>
      </w:pPr>
      <w:r w:rsidRPr="00632D01">
        <w:rPr>
          <w:b/>
          <w:lang w:val="ru-RU"/>
        </w:rPr>
        <w:t>4. ОБЪЁМ И КАТЕГОРИИ ОБРАБАТЫВАЕМЫХ ПЕРСОНАЛЬНЫХ ДАННЫХ,</w:t>
      </w:r>
    </w:p>
    <w:p w14:paraId="02D2F335" w14:textId="77777777" w:rsidR="00452AAF" w:rsidRPr="00632D01" w:rsidRDefault="002138ED">
      <w:pPr>
        <w:jc w:val="center"/>
        <w:rPr>
          <w:lang w:val="ru-RU"/>
        </w:rPr>
      </w:pPr>
      <w:r w:rsidRPr="00632D01">
        <w:rPr>
          <w:b/>
          <w:lang w:val="ru-RU"/>
        </w:rPr>
        <w:t>КАТЕГОРИИ СУБЪЕКТОВ ПЕРСОНАЛЬНЫХ ДАННЫХ</w:t>
      </w:r>
    </w:p>
    <w:p w14:paraId="71C8EA27" w14:textId="77777777" w:rsidR="00452AAF" w:rsidRPr="00632D01" w:rsidRDefault="00452AAF">
      <w:pPr>
        <w:rPr>
          <w:lang w:val="ru-RU"/>
        </w:rPr>
      </w:pPr>
    </w:p>
    <w:p w14:paraId="43CBD953" w14:textId="77777777" w:rsidR="00452AAF" w:rsidRPr="00632D01" w:rsidRDefault="002138ED">
      <w:pPr>
        <w:ind w:firstLine="709"/>
        <w:jc w:val="both"/>
        <w:rPr>
          <w:lang w:val="ru-RU"/>
        </w:rPr>
      </w:pPr>
      <w:r w:rsidRPr="00632D01">
        <w:rPr>
          <w:lang w:val="ru-RU"/>
        </w:rPr>
        <w:t>4.1. В соответствии с заявленными целями (разд. 2 Политики) Оператор осуществляет обработку персональных данных следующих категорий субъектов: Действующие работники организации; Уволенные работники организации; Соискатели вакантных должностей; Родственники работников; Законные представители клиентов; Представители организаций-контрагентов; Участники закупок (44-ФЗ, 223-ФЗ); Индивидуальные предприниматели и самозанятые; Посетители сайта; Зарегистрированные пользователи; Подписчики рассылок; Посетители помещений (пропускной режим); Обучающиеся; Заявители (авторы обращений).</w:t>
      </w:r>
    </w:p>
    <w:p w14:paraId="7E5D18FE" w14:textId="77777777" w:rsidR="00452AAF" w:rsidRPr="00632D01" w:rsidRDefault="002138ED">
      <w:pPr>
        <w:ind w:firstLine="709"/>
        <w:jc w:val="both"/>
        <w:rPr>
          <w:lang w:val="ru-RU"/>
        </w:rPr>
      </w:pPr>
      <w:r w:rsidRPr="00632D01">
        <w:rPr>
          <w:lang w:val="ru-RU"/>
        </w:rPr>
        <w:t xml:space="preserve">4.2. Матрица обработки персональных данных. В таблице 2 приведены цели, основания и условия обработки персональных данных, реализуемой в МБУ ДО "ЦЕНТР ДОПОЛНИТЕЛЬНОГО ОБРАЗОВАНИЯ ДЕТЕЙ КАРАБУДАХКЕНТСКОГО РАЙОНА", с указанием объёма обрабатываемых данных, категорий субъектов, операций с данными, </w:t>
      </w:r>
      <w:r w:rsidRPr="00632D01">
        <w:rPr>
          <w:lang w:val="ru-RU"/>
        </w:rPr>
        <w:lastRenderedPageBreak/>
        <w:t>получателей, сроков хранения, а также используемых информационных систем и мер защиты.</w:t>
      </w:r>
    </w:p>
    <w:p w14:paraId="5494D24A" w14:textId="77777777" w:rsidR="00452AAF" w:rsidRPr="00632D01" w:rsidRDefault="00452AAF">
      <w:pPr>
        <w:rPr>
          <w:lang w:val="ru-RU"/>
        </w:rPr>
      </w:pPr>
    </w:p>
    <w:p w14:paraId="6C545133" w14:textId="77777777" w:rsidR="00452AAF" w:rsidRPr="00632D01" w:rsidRDefault="002138ED">
      <w:pPr>
        <w:ind w:firstLine="709"/>
        <w:jc w:val="both"/>
        <w:rPr>
          <w:lang w:val="ru-RU"/>
        </w:rPr>
      </w:pPr>
      <w:r w:rsidRPr="00632D01">
        <w:rPr>
          <w:b/>
          <w:lang w:val="ru-RU"/>
        </w:rPr>
        <w:t>Таблица 2 – Цели, основания, состав и условия обработки персональных данных в МБУ ДО "ЦЕНТР ДОПОЛНИТЕЛЬНОГО ОБРАЗОВАНИЯ ДЕТЕЙ КАРАБУДАХКЕНТСКОГО РАЙОНА"</w:t>
      </w:r>
    </w:p>
    <w:p w14:paraId="79BBF614" w14:textId="77777777" w:rsidR="00452AAF" w:rsidRPr="00632D01" w:rsidRDefault="00452AAF">
      <w:pPr>
        <w:rPr>
          <w:lang w:val="ru-RU"/>
        </w:rPr>
      </w:pPr>
    </w:p>
    <w:p w14:paraId="31A1A5DC" w14:textId="77777777" w:rsidR="00452AAF" w:rsidRPr="00632D01" w:rsidRDefault="002138ED">
      <w:pPr>
        <w:ind w:firstLine="709"/>
        <w:jc w:val="both"/>
        <w:rPr>
          <w:lang w:val="ru-RU"/>
        </w:rPr>
      </w:pPr>
      <w:r w:rsidRPr="00632D01">
        <w:rPr>
          <w:b/>
          <w:lang w:val="ru-RU"/>
        </w:rPr>
        <w:t xml:space="preserve">Цель обработки № 1. Реализация прав субъектов </w:t>
      </w:r>
      <w:proofErr w:type="spellStart"/>
      <w:r w:rsidRPr="00632D01">
        <w:rPr>
          <w:b/>
          <w:lang w:val="ru-RU"/>
        </w:rPr>
        <w:t>ПДн</w:t>
      </w:r>
      <w:proofErr w:type="spellEnd"/>
    </w:p>
    <w:p w14:paraId="2164C516" w14:textId="77777777" w:rsidR="00452AAF" w:rsidRPr="002D4DCC" w:rsidRDefault="002138ED">
      <w:pPr>
        <w:ind w:firstLine="709"/>
        <w:jc w:val="both"/>
        <w:rPr>
          <w:lang w:val="ru-RU"/>
        </w:rPr>
      </w:pPr>
      <w:r w:rsidRPr="002D4DCC">
        <w:rPr>
          <w:lang w:val="ru-RU"/>
        </w:rPr>
        <w:t>Обеспечение реализации прав субъектов персональных данных (право на доступ, уточнение, удаление, отзыв согласия)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464417B2" w14:textId="77777777">
        <w:trPr>
          <w:jc w:val="center"/>
        </w:trPr>
        <w:tc>
          <w:tcPr>
            <w:tcW w:w="2700" w:type="dxa"/>
          </w:tcPr>
          <w:p w14:paraId="31E9A081"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6ABF4196" w14:textId="77777777" w:rsidR="00452AAF" w:rsidRPr="002D4DCC" w:rsidRDefault="002138ED">
            <w:pPr>
              <w:jc w:val="both"/>
              <w:rPr>
                <w:lang w:val="ru-RU"/>
              </w:rPr>
            </w:pPr>
            <w:r w:rsidRPr="002D4DCC">
              <w:rPr>
                <w:lang w:val="ru-RU"/>
              </w:rPr>
              <w:t>Действующие работники организации; Уволенные работники организации; Соискатели вакантных должностей; Родственники работников; Законные представители клиентов; Представители организаций-контрагентов; Участники закупок (44-ФЗ, 223-ФЗ); Индивидуальные предприниматели и самозанятые; Посетители сайта; Зарегистрированные пользователи; Подписчики рассылок; Посетители помещений (пропускной режим); Обучающиеся; Заявители (авторы обращений)</w:t>
            </w:r>
          </w:p>
        </w:tc>
      </w:tr>
      <w:tr w:rsidR="00452AAF" w:rsidRPr="002D4DCC" w14:paraId="47BAC214" w14:textId="77777777">
        <w:trPr>
          <w:jc w:val="center"/>
        </w:trPr>
        <w:tc>
          <w:tcPr>
            <w:tcW w:w="2700" w:type="dxa"/>
          </w:tcPr>
          <w:p w14:paraId="3D4DD956"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6E9791A1"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w:t>
            </w:r>
          </w:p>
        </w:tc>
      </w:tr>
      <w:tr w:rsidR="00452AAF" w:rsidRPr="002D4DCC" w14:paraId="0333F8A2" w14:textId="77777777">
        <w:trPr>
          <w:jc w:val="center"/>
        </w:trPr>
        <w:tc>
          <w:tcPr>
            <w:tcW w:w="2700" w:type="dxa"/>
          </w:tcPr>
          <w:p w14:paraId="62B44504"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38C89CCB" w14:textId="77777777" w:rsidR="00452AAF" w:rsidRPr="002D4DCC" w:rsidRDefault="002138ED">
            <w:pPr>
              <w:jc w:val="both"/>
              <w:rPr>
                <w:lang w:val="ru-RU"/>
              </w:rPr>
            </w:pPr>
            <w:r w:rsidRPr="002D4DCC">
              <w:rPr>
                <w:lang w:val="ru-RU"/>
              </w:rPr>
              <w:t>Федеральный закон от 27.07.2006 № 152-ФЗ «О персональных данных» (ст. 14–17)</w:t>
            </w:r>
          </w:p>
        </w:tc>
      </w:tr>
      <w:tr w:rsidR="00452AAF" w:rsidRPr="002D4DCC" w14:paraId="5795AD97" w14:textId="77777777">
        <w:trPr>
          <w:jc w:val="center"/>
        </w:trPr>
        <w:tc>
          <w:tcPr>
            <w:tcW w:w="2700" w:type="dxa"/>
          </w:tcPr>
          <w:p w14:paraId="7BD60D01"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5DBDDB5F" w14:textId="77777777" w:rsidR="00452AAF" w:rsidRPr="002D4DCC" w:rsidRDefault="002138ED">
            <w:pPr>
              <w:jc w:val="both"/>
              <w:rPr>
                <w:lang w:val="ru-RU"/>
              </w:rPr>
            </w:pPr>
            <w:r w:rsidRPr="002D4DCC">
              <w:rPr>
                <w:lang w:val="ru-RU"/>
              </w:rPr>
              <w:t>Сбор, запись, систематизация, хранение, извлечение, использование, удаление, уничтожение</w:t>
            </w:r>
          </w:p>
        </w:tc>
      </w:tr>
      <w:tr w:rsidR="00452AAF" w14:paraId="61403CA9" w14:textId="77777777">
        <w:trPr>
          <w:jc w:val="center"/>
        </w:trPr>
        <w:tc>
          <w:tcPr>
            <w:tcW w:w="2700" w:type="dxa"/>
          </w:tcPr>
          <w:p w14:paraId="24317125"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17CE5283"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5275DF06" w14:textId="77777777">
        <w:trPr>
          <w:jc w:val="center"/>
        </w:trPr>
        <w:tc>
          <w:tcPr>
            <w:tcW w:w="2700" w:type="dxa"/>
          </w:tcPr>
          <w:p w14:paraId="78640DC3"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3170E109" w14:textId="77777777" w:rsidR="00452AAF" w:rsidRPr="002D4DCC" w:rsidRDefault="002138ED">
            <w:pPr>
              <w:jc w:val="both"/>
              <w:rPr>
                <w:lang w:val="ru-RU"/>
              </w:rPr>
            </w:pPr>
            <w:r w:rsidRPr="002D4DCC">
              <w:rPr>
                <w:lang w:val="ru-RU"/>
              </w:rPr>
              <w:t xml:space="preserve">Запрос (обращение) субъекта </w:t>
            </w:r>
            <w:proofErr w:type="spellStart"/>
            <w:r w:rsidRPr="002D4DCC">
              <w:rPr>
                <w:lang w:val="ru-RU"/>
              </w:rPr>
              <w:t>ПДн</w:t>
            </w:r>
            <w:proofErr w:type="spellEnd"/>
            <w:r w:rsidRPr="002D4DCC">
              <w:rPr>
                <w:lang w:val="ru-RU"/>
              </w:rPr>
              <w:t xml:space="preserve">; Ответ на запрос субъекта; Журнал учёта обращений субъектов </w:t>
            </w:r>
            <w:proofErr w:type="spellStart"/>
            <w:r w:rsidRPr="002D4DCC">
              <w:rPr>
                <w:lang w:val="ru-RU"/>
              </w:rPr>
              <w:t>ПДн</w:t>
            </w:r>
            <w:proofErr w:type="spellEnd"/>
            <w:r w:rsidRPr="002D4DCC">
              <w:rPr>
                <w:lang w:val="ru-RU"/>
              </w:rPr>
              <w:t xml:space="preserve">; Акт об уничтожении </w:t>
            </w:r>
            <w:proofErr w:type="spellStart"/>
            <w:r w:rsidRPr="002D4DCC">
              <w:rPr>
                <w:lang w:val="ru-RU"/>
              </w:rPr>
              <w:t>ПДн</w:t>
            </w:r>
            <w:proofErr w:type="spellEnd"/>
            <w:r w:rsidRPr="002D4DCC">
              <w:rPr>
                <w:lang w:val="ru-RU"/>
              </w:rPr>
              <w:t xml:space="preserve">; Согласие на обработку </w:t>
            </w:r>
            <w:proofErr w:type="spellStart"/>
            <w:r w:rsidRPr="002D4DCC">
              <w:rPr>
                <w:lang w:val="ru-RU"/>
              </w:rPr>
              <w:t>ПДн</w:t>
            </w:r>
            <w:proofErr w:type="spellEnd"/>
            <w:r w:rsidRPr="002D4DCC">
              <w:rPr>
                <w:lang w:val="ru-RU"/>
              </w:rPr>
              <w:t>; Заявление об отзыве согласия</w:t>
            </w:r>
          </w:p>
        </w:tc>
      </w:tr>
      <w:tr w:rsidR="00452AAF" w:rsidRPr="002D4DCC" w14:paraId="5D2D5DEA" w14:textId="77777777">
        <w:trPr>
          <w:jc w:val="center"/>
        </w:trPr>
        <w:tc>
          <w:tcPr>
            <w:tcW w:w="2700" w:type="dxa"/>
          </w:tcPr>
          <w:p w14:paraId="0EF9D155"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20E06FCA"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7C7F17C3" w14:textId="77777777">
        <w:trPr>
          <w:jc w:val="center"/>
        </w:trPr>
        <w:tc>
          <w:tcPr>
            <w:tcW w:w="2700" w:type="dxa"/>
          </w:tcPr>
          <w:p w14:paraId="3078C96D" w14:textId="77777777" w:rsidR="00452AAF" w:rsidRDefault="002138ED">
            <w:proofErr w:type="spellStart"/>
            <w:r>
              <w:rPr>
                <w:b/>
              </w:rPr>
              <w:t>Получатели</w:t>
            </w:r>
            <w:proofErr w:type="spellEnd"/>
            <w:r>
              <w:rPr>
                <w:b/>
              </w:rPr>
              <w:t>:</w:t>
            </w:r>
          </w:p>
        </w:tc>
        <w:tc>
          <w:tcPr>
            <w:tcW w:w="6938" w:type="dxa"/>
          </w:tcPr>
          <w:p w14:paraId="24D43843" w14:textId="77777777" w:rsidR="00452AAF" w:rsidRDefault="002138ED">
            <w:pPr>
              <w:jc w:val="both"/>
            </w:pPr>
            <w:proofErr w:type="spellStart"/>
            <w:r>
              <w:t>Заявитель</w:t>
            </w:r>
            <w:proofErr w:type="spellEnd"/>
            <w:r>
              <w:t xml:space="preserve"> (</w:t>
            </w:r>
            <w:proofErr w:type="spellStart"/>
            <w:r>
              <w:t>субъект</w:t>
            </w:r>
            <w:proofErr w:type="spellEnd"/>
            <w:r>
              <w:t xml:space="preserve"> </w:t>
            </w:r>
            <w:proofErr w:type="spellStart"/>
            <w:r>
              <w:t>персональных</w:t>
            </w:r>
            <w:proofErr w:type="spellEnd"/>
            <w:r>
              <w:t xml:space="preserve"> </w:t>
            </w:r>
            <w:proofErr w:type="spellStart"/>
            <w:r>
              <w:t>данных</w:t>
            </w:r>
            <w:proofErr w:type="spellEnd"/>
            <w:r>
              <w:t>)</w:t>
            </w:r>
          </w:p>
        </w:tc>
      </w:tr>
      <w:tr w:rsidR="00452AAF" w:rsidRPr="002D4DCC" w14:paraId="2AB715F5" w14:textId="77777777">
        <w:trPr>
          <w:jc w:val="center"/>
        </w:trPr>
        <w:tc>
          <w:tcPr>
            <w:tcW w:w="2700" w:type="dxa"/>
          </w:tcPr>
          <w:p w14:paraId="32BF813C"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77CDBC20" w14:textId="77777777" w:rsidR="00452AAF" w:rsidRPr="002D4DCC" w:rsidRDefault="002138ED">
            <w:pPr>
              <w:jc w:val="both"/>
              <w:rPr>
                <w:lang w:val="ru-RU"/>
              </w:rPr>
            </w:pPr>
            <w:r w:rsidRPr="002D4DCC">
              <w:rPr>
                <w:lang w:val="ru-RU"/>
              </w:rPr>
              <w:t>3 года (ФЗ-152 (ч. 4 ст. 20); ГК РФ (ст. 196))</w:t>
            </w:r>
          </w:p>
        </w:tc>
      </w:tr>
      <w:tr w:rsidR="00452AAF" w14:paraId="54335174" w14:textId="77777777">
        <w:trPr>
          <w:jc w:val="center"/>
        </w:trPr>
        <w:tc>
          <w:tcPr>
            <w:tcW w:w="2700" w:type="dxa"/>
          </w:tcPr>
          <w:p w14:paraId="4CD21512"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327F2ECE"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77FA5DE6" w14:textId="77777777">
        <w:trPr>
          <w:jc w:val="center"/>
        </w:trPr>
        <w:tc>
          <w:tcPr>
            <w:tcW w:w="2700" w:type="dxa"/>
          </w:tcPr>
          <w:p w14:paraId="4FC8A6F5"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5FB9DA58"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5AF12B07" w14:textId="77777777" w:rsidR="00452AAF" w:rsidRDefault="00452AAF"/>
    <w:p w14:paraId="093116D7" w14:textId="77777777" w:rsidR="00452AAF" w:rsidRPr="00632D01" w:rsidRDefault="002138ED">
      <w:pPr>
        <w:ind w:firstLine="709"/>
        <w:jc w:val="both"/>
        <w:rPr>
          <w:lang w:val="ru-RU"/>
        </w:rPr>
      </w:pPr>
      <w:r w:rsidRPr="00632D01">
        <w:rPr>
          <w:b/>
          <w:lang w:val="ru-RU"/>
        </w:rPr>
        <w:lastRenderedPageBreak/>
        <w:t>Цель обработки № 2. Взаимодействие с контролирующими органами</w:t>
      </w:r>
    </w:p>
    <w:p w14:paraId="3B45E0F7" w14:textId="77777777" w:rsidR="00452AAF" w:rsidRPr="002D4DCC" w:rsidRDefault="002138ED">
      <w:pPr>
        <w:ind w:firstLine="709"/>
        <w:jc w:val="both"/>
        <w:rPr>
          <w:lang w:val="ru-RU"/>
        </w:rPr>
      </w:pPr>
      <w:r w:rsidRPr="002D4DCC">
        <w:rPr>
          <w:lang w:val="ru-RU"/>
        </w:rPr>
        <w:t>Обработка запросов Роскомнадзора, прокуратуры, суда и иных уполномоченных государственных органов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238E2C32" w14:textId="77777777">
        <w:trPr>
          <w:jc w:val="center"/>
        </w:trPr>
        <w:tc>
          <w:tcPr>
            <w:tcW w:w="2700" w:type="dxa"/>
          </w:tcPr>
          <w:p w14:paraId="02D439AD"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22B56270" w14:textId="77777777" w:rsidR="00452AAF" w:rsidRPr="002D4DCC" w:rsidRDefault="002138ED">
            <w:pPr>
              <w:jc w:val="both"/>
              <w:rPr>
                <w:lang w:val="ru-RU"/>
              </w:rPr>
            </w:pPr>
            <w:r w:rsidRPr="002D4DCC">
              <w:rPr>
                <w:lang w:val="ru-RU"/>
              </w:rPr>
              <w:t>Действующие работники организации; Уволенные работники организации; Соискатели вакантных должностей; Родственники работников; Законные представители клиентов; Представители организаций-контрагентов; Участники закупок (44-ФЗ, 223-ФЗ); Индивидуальные предприниматели и самозанятые; Посетители сайта; Зарегистрированные пользователи; Подписчики рассылок; Посетители помещений (пропускной режим); Обучающиеся; Заявители (авторы обращений)</w:t>
            </w:r>
          </w:p>
        </w:tc>
      </w:tr>
      <w:tr w:rsidR="00452AAF" w:rsidRPr="002D4DCC" w14:paraId="4DF79278" w14:textId="77777777">
        <w:trPr>
          <w:jc w:val="center"/>
        </w:trPr>
        <w:tc>
          <w:tcPr>
            <w:tcW w:w="2700" w:type="dxa"/>
          </w:tcPr>
          <w:p w14:paraId="20424BEA"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2A670A01"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w:t>
            </w:r>
          </w:p>
        </w:tc>
      </w:tr>
      <w:tr w:rsidR="00452AAF" w:rsidRPr="002D4DCC" w14:paraId="3EFE3C09" w14:textId="77777777">
        <w:trPr>
          <w:jc w:val="center"/>
        </w:trPr>
        <w:tc>
          <w:tcPr>
            <w:tcW w:w="2700" w:type="dxa"/>
          </w:tcPr>
          <w:p w14:paraId="2DBAD1B9"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730C6EA9" w14:textId="77777777" w:rsidR="00452AAF" w:rsidRPr="002D4DCC" w:rsidRDefault="002138ED">
            <w:pPr>
              <w:jc w:val="both"/>
              <w:rPr>
                <w:lang w:val="ru-RU"/>
              </w:rPr>
            </w:pPr>
            <w:r w:rsidRPr="002D4DCC">
              <w:rPr>
                <w:lang w:val="ru-RU"/>
              </w:rPr>
              <w:t>Федеральный закон от 27.07.2006 № 152-ФЗ «О персональных данных» (ст. 23)</w:t>
            </w:r>
          </w:p>
        </w:tc>
      </w:tr>
      <w:tr w:rsidR="00452AAF" w:rsidRPr="002D4DCC" w14:paraId="175752AC" w14:textId="77777777">
        <w:trPr>
          <w:jc w:val="center"/>
        </w:trPr>
        <w:tc>
          <w:tcPr>
            <w:tcW w:w="2700" w:type="dxa"/>
          </w:tcPr>
          <w:p w14:paraId="3A51FBD0"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76362C88" w14:textId="77777777" w:rsidR="00452AAF" w:rsidRPr="002D4DCC" w:rsidRDefault="002138ED">
            <w:pPr>
              <w:jc w:val="both"/>
              <w:rPr>
                <w:lang w:val="ru-RU"/>
              </w:rPr>
            </w:pPr>
            <w:r w:rsidRPr="002D4DCC">
              <w:rPr>
                <w:lang w:val="ru-RU"/>
              </w:rPr>
              <w:t>Сбор, хранение, извлечение, использование, передача (предоставление)</w:t>
            </w:r>
          </w:p>
        </w:tc>
      </w:tr>
      <w:tr w:rsidR="00452AAF" w14:paraId="10589BF0" w14:textId="77777777">
        <w:trPr>
          <w:jc w:val="center"/>
        </w:trPr>
        <w:tc>
          <w:tcPr>
            <w:tcW w:w="2700" w:type="dxa"/>
          </w:tcPr>
          <w:p w14:paraId="0C0B4E4E"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28C7B432"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780698D5" w14:textId="77777777">
        <w:trPr>
          <w:jc w:val="center"/>
        </w:trPr>
        <w:tc>
          <w:tcPr>
            <w:tcW w:w="2700" w:type="dxa"/>
          </w:tcPr>
          <w:p w14:paraId="3262FB63"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1A52DD75" w14:textId="77777777" w:rsidR="00452AAF" w:rsidRPr="002D4DCC" w:rsidRDefault="002138ED">
            <w:pPr>
              <w:jc w:val="both"/>
              <w:rPr>
                <w:lang w:val="ru-RU"/>
              </w:rPr>
            </w:pPr>
            <w:r w:rsidRPr="002D4DCC">
              <w:rPr>
                <w:lang w:val="ru-RU"/>
              </w:rPr>
              <w:t>Запрос контролирующего органа; Ответ на запрос; Копии предоставленных документов; Журнал учёта запросов контролирующих органов</w:t>
            </w:r>
          </w:p>
        </w:tc>
      </w:tr>
      <w:tr w:rsidR="00452AAF" w:rsidRPr="002D4DCC" w14:paraId="0F14D21C" w14:textId="77777777">
        <w:trPr>
          <w:jc w:val="center"/>
        </w:trPr>
        <w:tc>
          <w:tcPr>
            <w:tcW w:w="2700" w:type="dxa"/>
          </w:tcPr>
          <w:p w14:paraId="30222096"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2848E20D"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rsidRPr="002D4DCC" w14:paraId="3A04B50F" w14:textId="77777777">
        <w:trPr>
          <w:jc w:val="center"/>
        </w:trPr>
        <w:tc>
          <w:tcPr>
            <w:tcW w:w="2700" w:type="dxa"/>
          </w:tcPr>
          <w:p w14:paraId="2CCD374B" w14:textId="77777777" w:rsidR="00452AAF" w:rsidRDefault="002138ED">
            <w:proofErr w:type="spellStart"/>
            <w:r>
              <w:rPr>
                <w:b/>
              </w:rPr>
              <w:t>Получатели</w:t>
            </w:r>
            <w:proofErr w:type="spellEnd"/>
            <w:r>
              <w:rPr>
                <w:b/>
              </w:rPr>
              <w:t>:</w:t>
            </w:r>
          </w:p>
        </w:tc>
        <w:tc>
          <w:tcPr>
            <w:tcW w:w="6938" w:type="dxa"/>
          </w:tcPr>
          <w:p w14:paraId="57CEF7C9" w14:textId="77777777" w:rsidR="00452AAF" w:rsidRPr="002D4DCC" w:rsidRDefault="002138ED">
            <w:pPr>
              <w:jc w:val="both"/>
              <w:rPr>
                <w:lang w:val="ru-RU"/>
              </w:rPr>
            </w:pPr>
            <w:r w:rsidRPr="002D4DCC">
              <w:rPr>
                <w:lang w:val="ru-RU"/>
              </w:rPr>
              <w:t>Роскомнадзор; Суды, прокуратура, следственные органы, полиция; ФСБ России</w:t>
            </w:r>
          </w:p>
        </w:tc>
      </w:tr>
      <w:tr w:rsidR="00452AAF" w14:paraId="67E1A224" w14:textId="77777777">
        <w:trPr>
          <w:jc w:val="center"/>
        </w:trPr>
        <w:tc>
          <w:tcPr>
            <w:tcW w:w="2700" w:type="dxa"/>
          </w:tcPr>
          <w:p w14:paraId="61A2CE86"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3DD9CEDC" w14:textId="77777777" w:rsidR="00452AAF" w:rsidRDefault="002138ED">
            <w:pPr>
              <w:jc w:val="both"/>
            </w:pPr>
            <w:r>
              <w:t xml:space="preserve">5 </w:t>
            </w:r>
            <w:proofErr w:type="spellStart"/>
            <w:r>
              <w:t>лет</w:t>
            </w:r>
            <w:proofErr w:type="spellEnd"/>
            <w:r>
              <w:t xml:space="preserve"> (</w:t>
            </w:r>
            <w:proofErr w:type="spellStart"/>
            <w:r>
              <w:t>Приказ</w:t>
            </w:r>
            <w:proofErr w:type="spellEnd"/>
            <w:r>
              <w:t xml:space="preserve"> </w:t>
            </w:r>
            <w:proofErr w:type="spellStart"/>
            <w:r>
              <w:t>Росархива</w:t>
            </w:r>
            <w:proofErr w:type="spellEnd"/>
            <w:r>
              <w:t xml:space="preserve"> № 236 (п. 161))</w:t>
            </w:r>
          </w:p>
        </w:tc>
      </w:tr>
      <w:tr w:rsidR="00452AAF" w14:paraId="1B035B34" w14:textId="77777777">
        <w:trPr>
          <w:jc w:val="center"/>
        </w:trPr>
        <w:tc>
          <w:tcPr>
            <w:tcW w:w="2700" w:type="dxa"/>
          </w:tcPr>
          <w:p w14:paraId="56161F36"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29B8362E"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26658EC8" w14:textId="77777777">
        <w:trPr>
          <w:jc w:val="center"/>
        </w:trPr>
        <w:tc>
          <w:tcPr>
            <w:tcW w:w="2700" w:type="dxa"/>
          </w:tcPr>
          <w:p w14:paraId="6ACEA138"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140BDE8D"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2123540B" w14:textId="77777777" w:rsidR="00452AAF" w:rsidRDefault="00452AAF"/>
    <w:p w14:paraId="635BE51D" w14:textId="77777777" w:rsidR="00452AAF" w:rsidRPr="00632D01" w:rsidRDefault="002138ED">
      <w:pPr>
        <w:ind w:firstLine="709"/>
        <w:jc w:val="both"/>
        <w:rPr>
          <w:lang w:val="ru-RU"/>
        </w:rPr>
      </w:pPr>
      <w:r w:rsidRPr="00632D01">
        <w:rPr>
          <w:b/>
          <w:lang w:val="ru-RU"/>
        </w:rPr>
        <w:t>Цель обработки № 3. Архивное хранение документов</w:t>
      </w:r>
    </w:p>
    <w:p w14:paraId="57716F70" w14:textId="77777777" w:rsidR="00452AAF" w:rsidRPr="002D4DCC" w:rsidRDefault="002138ED">
      <w:pPr>
        <w:ind w:firstLine="709"/>
        <w:jc w:val="both"/>
        <w:rPr>
          <w:lang w:val="ru-RU"/>
        </w:rPr>
      </w:pPr>
      <w:r w:rsidRPr="002D4DCC">
        <w:rPr>
          <w:lang w:val="ru-RU"/>
        </w:rPr>
        <w:t>Обеспечение хранения документов, содержащих персональные данные, в соответствии с требованиями архивного законодательства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1C259D1F" w14:textId="77777777">
        <w:trPr>
          <w:jc w:val="center"/>
        </w:trPr>
        <w:tc>
          <w:tcPr>
            <w:tcW w:w="2700" w:type="dxa"/>
          </w:tcPr>
          <w:p w14:paraId="35CCF6BA"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13220BA6" w14:textId="77777777" w:rsidR="00452AAF" w:rsidRPr="002D4DCC" w:rsidRDefault="002138ED">
            <w:pPr>
              <w:jc w:val="both"/>
              <w:rPr>
                <w:lang w:val="ru-RU"/>
              </w:rPr>
            </w:pPr>
            <w:r w:rsidRPr="002D4DCC">
              <w:rPr>
                <w:lang w:val="ru-RU"/>
              </w:rPr>
              <w:t>Действующие работники организации; Уволенные работники организации</w:t>
            </w:r>
          </w:p>
        </w:tc>
      </w:tr>
      <w:tr w:rsidR="00452AAF" w:rsidRPr="002D4DCC" w14:paraId="5F90957D" w14:textId="77777777">
        <w:trPr>
          <w:jc w:val="center"/>
        </w:trPr>
        <w:tc>
          <w:tcPr>
            <w:tcW w:w="2700" w:type="dxa"/>
          </w:tcPr>
          <w:p w14:paraId="6A09827B" w14:textId="77777777" w:rsidR="00452AAF" w:rsidRDefault="002138ED">
            <w:proofErr w:type="spellStart"/>
            <w:r>
              <w:rPr>
                <w:b/>
              </w:rPr>
              <w:lastRenderedPageBreak/>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09DF88D2"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 ИНН, СНИЛС, регистрационный номер в СФР,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 Уровень образования, реквизиты документа об образовании (серия / номер / дата выдачи / наименование учебного заведения / специальность / квалификация), сведения о повышении квалификации, сведения о профессиональной переподготовке, владение иностранными языками, реквизиты сертификатов и удостоверений, Должность, подразделение, табельный номер, реквизиты трудового договора (номер / дата заключения), дата приёма на работу, дата увольнения, сведения о трудовом стаже, сведения о предыдущих местах работы, Режим/график работы, дистанционная работа, история переводов, командировки, Сведения о начисленной и выплаченной заработной плате, сведения о премиях и надбавках, сведения о доходах, банковские реквизиты (наименование банка / номер счёта / БИК)</w:t>
            </w:r>
          </w:p>
        </w:tc>
      </w:tr>
      <w:tr w:rsidR="00452AAF" w:rsidRPr="002D4DCC" w14:paraId="6DD87317" w14:textId="77777777">
        <w:trPr>
          <w:jc w:val="center"/>
        </w:trPr>
        <w:tc>
          <w:tcPr>
            <w:tcW w:w="2700" w:type="dxa"/>
          </w:tcPr>
          <w:p w14:paraId="48C3B4E6"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16FFC941" w14:textId="77777777" w:rsidR="00452AAF" w:rsidRPr="002D4DCC" w:rsidRDefault="002138ED">
            <w:pPr>
              <w:jc w:val="both"/>
              <w:rPr>
                <w:lang w:val="ru-RU"/>
              </w:rPr>
            </w:pPr>
            <w:r w:rsidRPr="002D4DCC">
              <w:rPr>
                <w:lang w:val="ru-RU"/>
              </w:rPr>
              <w:t>Федеральный закон от 22.10.2004 № 125-ФЗ «Об архивном деле в Российской Федерации» (ст. 17, 22.1); Приказ Федерального архивного агентства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(п. 434–445)</w:t>
            </w:r>
          </w:p>
        </w:tc>
      </w:tr>
      <w:tr w:rsidR="00452AAF" w:rsidRPr="002D4DCC" w14:paraId="7CB7B9AD" w14:textId="77777777">
        <w:trPr>
          <w:jc w:val="center"/>
        </w:trPr>
        <w:tc>
          <w:tcPr>
            <w:tcW w:w="2700" w:type="dxa"/>
          </w:tcPr>
          <w:p w14:paraId="23C42734"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3720B475" w14:textId="77777777" w:rsidR="00452AAF" w:rsidRPr="002D4DCC" w:rsidRDefault="002138ED">
            <w:pPr>
              <w:jc w:val="both"/>
              <w:rPr>
                <w:lang w:val="ru-RU"/>
              </w:rPr>
            </w:pPr>
            <w:r w:rsidRPr="002D4DCC">
              <w:rPr>
                <w:lang w:val="ru-RU"/>
              </w:rPr>
              <w:t>Хранение, извлечение (по запросу), уничтожение (по истечении срока)</w:t>
            </w:r>
          </w:p>
        </w:tc>
      </w:tr>
      <w:tr w:rsidR="00452AAF" w14:paraId="45E2C8EC" w14:textId="77777777">
        <w:trPr>
          <w:jc w:val="center"/>
        </w:trPr>
        <w:tc>
          <w:tcPr>
            <w:tcW w:w="2700" w:type="dxa"/>
          </w:tcPr>
          <w:p w14:paraId="2F5B257F"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56BA5885" w14:textId="77777777" w:rsidR="00452AAF" w:rsidRDefault="002138ED">
            <w:pPr>
              <w:jc w:val="both"/>
            </w:pPr>
            <w:proofErr w:type="spellStart"/>
            <w:r>
              <w:t>Смешанная</w:t>
            </w:r>
            <w:proofErr w:type="spellEnd"/>
            <w:r>
              <w:t>, ЛВС</w:t>
            </w:r>
          </w:p>
        </w:tc>
      </w:tr>
      <w:tr w:rsidR="00452AAF" w:rsidRPr="002D4DCC" w14:paraId="1C92E41C" w14:textId="77777777">
        <w:trPr>
          <w:jc w:val="center"/>
        </w:trPr>
        <w:tc>
          <w:tcPr>
            <w:tcW w:w="2700" w:type="dxa"/>
          </w:tcPr>
          <w:p w14:paraId="2842E113"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28C1597D" w14:textId="77777777" w:rsidR="00452AAF" w:rsidRPr="002D4DCC" w:rsidRDefault="002138ED">
            <w:pPr>
              <w:jc w:val="both"/>
              <w:rPr>
                <w:lang w:val="ru-RU"/>
              </w:rPr>
            </w:pPr>
            <w:r w:rsidRPr="002D4DCC">
              <w:rPr>
                <w:lang w:val="ru-RU"/>
              </w:rPr>
              <w:t xml:space="preserve">Трудовой договор; Личная карточка (форма Т-2); Приказы (формы Т-1, Т-5, Т-6, Т-8, Т-9, Т-11); Штатное расписание (форма Т-3); График отпусков (форма Т-7); Должностная инструкция; Заявления; Доп. соглашения; Согласие на обработку </w:t>
            </w:r>
            <w:proofErr w:type="spellStart"/>
            <w:r w:rsidRPr="002D4DCC">
              <w:rPr>
                <w:lang w:val="ru-RU"/>
              </w:rPr>
              <w:t>ПДн</w:t>
            </w:r>
            <w:proofErr w:type="spellEnd"/>
            <w:r w:rsidRPr="002D4DCC">
              <w:rPr>
                <w:lang w:val="ru-RU"/>
              </w:rPr>
              <w:t xml:space="preserve">; Копия паспорта гражданина РФ; Личное дело </w:t>
            </w:r>
            <w:r w:rsidRPr="002D4DCC">
              <w:rPr>
                <w:lang w:val="ru-RU"/>
              </w:rPr>
              <w:lastRenderedPageBreak/>
              <w:t>работника; Табель (формы Т-12, Т-13); Ведомости (формы Т-49, Т-51, Т-53); Лицевой счёт (форма Т-54); Записки-расчёты (формы Т-60, Т-61); Справка 2-НДФЛ; ЕФС-1; Авансовый отчёт (форма АО-1); Заявление на зарплатную карту; Доверенность на получение карт</w:t>
            </w:r>
          </w:p>
        </w:tc>
      </w:tr>
      <w:tr w:rsidR="00452AAF" w:rsidRPr="002D4DCC" w14:paraId="305C1E39" w14:textId="77777777">
        <w:trPr>
          <w:jc w:val="center"/>
        </w:trPr>
        <w:tc>
          <w:tcPr>
            <w:tcW w:w="2700" w:type="dxa"/>
          </w:tcPr>
          <w:p w14:paraId="4A45B587" w14:textId="77777777" w:rsidR="00452AAF" w:rsidRDefault="002138ED">
            <w:proofErr w:type="spellStart"/>
            <w:r>
              <w:rPr>
                <w:b/>
              </w:rPr>
              <w:lastRenderedPageBreak/>
              <w:t>Места</w:t>
            </w:r>
            <w:proofErr w:type="spellEnd"/>
            <w:r>
              <w:rPr>
                <w:b/>
              </w:rPr>
              <w:t xml:space="preserve"> </w:t>
            </w:r>
            <w:proofErr w:type="spellStart"/>
            <w:r>
              <w:rPr>
                <w:b/>
              </w:rPr>
              <w:t>хранения</w:t>
            </w:r>
            <w:proofErr w:type="spellEnd"/>
            <w:r>
              <w:rPr>
                <w:b/>
              </w:rPr>
              <w:t>:</w:t>
            </w:r>
          </w:p>
        </w:tc>
        <w:tc>
          <w:tcPr>
            <w:tcW w:w="6938" w:type="dxa"/>
          </w:tcPr>
          <w:p w14:paraId="6F51CE16" w14:textId="77777777" w:rsidR="00452AAF" w:rsidRPr="002D4DCC" w:rsidRDefault="002138ED">
            <w:pPr>
              <w:jc w:val="both"/>
              <w:rPr>
                <w:lang w:val="ru-RU"/>
              </w:rPr>
            </w:pPr>
            <w:r w:rsidRPr="002D4DCC">
              <w:rPr>
                <w:lang w:val="ru-RU"/>
              </w:rPr>
              <w:t>Шкаф с замком в отделе кадров; Архивное помещение; Съёмные носители</w:t>
            </w:r>
          </w:p>
        </w:tc>
      </w:tr>
      <w:tr w:rsidR="00452AAF" w:rsidRPr="002D4DCC" w14:paraId="77A72F9C" w14:textId="77777777">
        <w:trPr>
          <w:jc w:val="center"/>
        </w:trPr>
        <w:tc>
          <w:tcPr>
            <w:tcW w:w="2700" w:type="dxa"/>
          </w:tcPr>
          <w:p w14:paraId="590050D7" w14:textId="77777777" w:rsidR="00452AAF" w:rsidRDefault="002138ED">
            <w:proofErr w:type="spellStart"/>
            <w:r>
              <w:rPr>
                <w:b/>
              </w:rPr>
              <w:t>Получатели</w:t>
            </w:r>
            <w:proofErr w:type="spellEnd"/>
            <w:r>
              <w:rPr>
                <w:b/>
              </w:rPr>
              <w:t>:</w:t>
            </w:r>
          </w:p>
        </w:tc>
        <w:tc>
          <w:tcPr>
            <w:tcW w:w="6938" w:type="dxa"/>
          </w:tcPr>
          <w:p w14:paraId="7C2A23AA" w14:textId="77777777" w:rsidR="00452AAF" w:rsidRPr="002D4DCC" w:rsidRDefault="002138ED">
            <w:pPr>
              <w:jc w:val="both"/>
              <w:rPr>
                <w:lang w:val="ru-RU"/>
              </w:rPr>
            </w:pPr>
            <w:r w:rsidRPr="002D4DCC">
              <w:rPr>
                <w:lang w:val="ru-RU"/>
              </w:rPr>
              <w:t>Провайдер системы кадрового учёта / КЭДО; Провайдер облачной инфраструктуры; Архивная организация</w:t>
            </w:r>
          </w:p>
        </w:tc>
      </w:tr>
      <w:tr w:rsidR="00452AAF" w:rsidRPr="002D4DCC" w14:paraId="605F0684" w14:textId="77777777">
        <w:trPr>
          <w:jc w:val="center"/>
        </w:trPr>
        <w:tc>
          <w:tcPr>
            <w:tcW w:w="2700" w:type="dxa"/>
          </w:tcPr>
          <w:p w14:paraId="63DA6171"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4BD909EF" w14:textId="77777777" w:rsidR="00452AAF" w:rsidRPr="002D4DCC" w:rsidRDefault="002138ED">
            <w:pPr>
              <w:jc w:val="both"/>
              <w:rPr>
                <w:lang w:val="ru-RU"/>
              </w:rPr>
            </w:pPr>
            <w:r w:rsidRPr="002D4DCC">
              <w:rPr>
                <w:lang w:val="ru-RU"/>
              </w:rPr>
              <w:t xml:space="preserve">50 лет (после 2003 г.); 75 лет (до 2003 г.) (Приказ </w:t>
            </w:r>
            <w:proofErr w:type="spellStart"/>
            <w:r w:rsidRPr="002D4DCC">
              <w:rPr>
                <w:lang w:val="ru-RU"/>
              </w:rPr>
              <w:t>Росархива</w:t>
            </w:r>
            <w:proofErr w:type="spellEnd"/>
            <w:r w:rsidRPr="002D4DCC">
              <w:rPr>
                <w:lang w:val="ru-RU"/>
              </w:rPr>
              <w:t xml:space="preserve"> № 236 (п. 434); ФЗ-125 (ч. 1 ст. 22.1))</w:t>
            </w:r>
          </w:p>
        </w:tc>
      </w:tr>
      <w:tr w:rsidR="00452AAF" w14:paraId="524E47C3" w14:textId="77777777">
        <w:trPr>
          <w:jc w:val="center"/>
        </w:trPr>
        <w:tc>
          <w:tcPr>
            <w:tcW w:w="2700" w:type="dxa"/>
          </w:tcPr>
          <w:p w14:paraId="3889D6FC"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1B096401"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56DD7EF5" w14:textId="77777777">
        <w:trPr>
          <w:jc w:val="center"/>
        </w:trPr>
        <w:tc>
          <w:tcPr>
            <w:tcW w:w="2700" w:type="dxa"/>
          </w:tcPr>
          <w:p w14:paraId="2023F608"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1EA263DB"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0A5C51E7" w14:textId="77777777" w:rsidR="00452AAF" w:rsidRDefault="00452AAF"/>
    <w:p w14:paraId="12BEB6AE" w14:textId="77777777" w:rsidR="00452AAF" w:rsidRPr="00632D01" w:rsidRDefault="002138ED">
      <w:pPr>
        <w:ind w:firstLine="709"/>
        <w:jc w:val="both"/>
        <w:rPr>
          <w:lang w:val="ru-RU"/>
        </w:rPr>
      </w:pPr>
      <w:r w:rsidRPr="00632D01">
        <w:rPr>
          <w:b/>
          <w:lang w:val="ru-RU"/>
        </w:rPr>
        <w:t>Цель обработки № 4. Кадровый учёт и трудовые отношения</w:t>
      </w:r>
    </w:p>
    <w:p w14:paraId="3972E7AF" w14:textId="77777777" w:rsidR="00452AAF" w:rsidRPr="002D4DCC" w:rsidRDefault="002138ED">
      <w:pPr>
        <w:ind w:firstLine="709"/>
        <w:jc w:val="both"/>
        <w:rPr>
          <w:lang w:val="ru-RU"/>
        </w:rPr>
      </w:pPr>
      <w:r w:rsidRPr="002D4DCC">
        <w:rPr>
          <w:lang w:val="ru-RU"/>
        </w:rPr>
        <w:t>Осуществление кадрового учёта, обеспечение соблюдения трудового законодательства, принятие кадровых и управленческих решений в отношении работников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7911BB25" w14:textId="77777777">
        <w:trPr>
          <w:jc w:val="center"/>
        </w:trPr>
        <w:tc>
          <w:tcPr>
            <w:tcW w:w="2700" w:type="dxa"/>
          </w:tcPr>
          <w:p w14:paraId="082F0071"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0E3096B1" w14:textId="77777777" w:rsidR="00452AAF" w:rsidRPr="002D4DCC" w:rsidRDefault="002138ED">
            <w:pPr>
              <w:jc w:val="both"/>
              <w:rPr>
                <w:lang w:val="ru-RU"/>
              </w:rPr>
            </w:pPr>
            <w:r w:rsidRPr="002D4DCC">
              <w:rPr>
                <w:lang w:val="ru-RU"/>
              </w:rPr>
              <w:t>Действующие работники организации; Уволенные работники организации; Родственники работников</w:t>
            </w:r>
          </w:p>
        </w:tc>
      </w:tr>
      <w:tr w:rsidR="00452AAF" w:rsidRPr="002D4DCC" w14:paraId="6C8B437B" w14:textId="77777777">
        <w:trPr>
          <w:jc w:val="center"/>
        </w:trPr>
        <w:tc>
          <w:tcPr>
            <w:tcW w:w="2700" w:type="dxa"/>
          </w:tcPr>
          <w:p w14:paraId="38457925"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5C456046" w14:textId="77777777" w:rsidR="00452AAF" w:rsidRPr="002D4DCC" w:rsidRDefault="002138ED">
            <w:pPr>
              <w:jc w:val="both"/>
              <w:rPr>
                <w:lang w:val="ru-RU"/>
              </w:rPr>
            </w:pPr>
            <w:r w:rsidRPr="002D4DCC">
              <w:rPr>
                <w:lang w:val="ru-RU"/>
              </w:rPr>
              <w:t xml:space="preserve">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 ИНН, СНИЛС, регистрационный номер в СФР,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 Уровень образования, реквизиты документа об образовании (серия / номер / дата выдачи / наименование учебного заведения / специальность / квалификация), сведения о повышении квалификации, сведения о профессиональной переподготовке, владение иностранными языками, реквизиты сертификатов и удостоверений, Должность, </w:t>
            </w:r>
            <w:r w:rsidRPr="002D4DCC">
              <w:rPr>
                <w:lang w:val="ru-RU"/>
              </w:rPr>
              <w:lastRenderedPageBreak/>
              <w:t>подразделение, табельный номер, реквизиты трудового договора (номер / дата заключения), дата приёма на работу, дата увольнения, сведения о трудовом стаже, сведения о предыдущих местах работы, Режим/график работы, дистанционная работа, история переводов, командировки, Сведения о начисленной и выплаченной заработной плате, сведения о премиях и надбавках, сведения о доходах, банковские реквизиты (наименование банка / номер счёта / БИК), Фотография для документов (личной карточки, пропуска, личного дела), фотографическое изображение для публикации на сайте (с согласия)</w:t>
            </w:r>
          </w:p>
        </w:tc>
      </w:tr>
      <w:tr w:rsidR="00452AAF" w:rsidRPr="002D4DCC" w14:paraId="1B8C28DF" w14:textId="77777777">
        <w:trPr>
          <w:jc w:val="center"/>
        </w:trPr>
        <w:tc>
          <w:tcPr>
            <w:tcW w:w="2700" w:type="dxa"/>
          </w:tcPr>
          <w:p w14:paraId="35A8AEA9" w14:textId="77777777" w:rsidR="00452AAF" w:rsidRDefault="002138ED">
            <w:proofErr w:type="spellStart"/>
            <w:r>
              <w:rPr>
                <w:b/>
              </w:rPr>
              <w:lastRenderedPageBreak/>
              <w:t>Правовое</w:t>
            </w:r>
            <w:proofErr w:type="spellEnd"/>
            <w:r>
              <w:rPr>
                <w:b/>
              </w:rPr>
              <w:t xml:space="preserve"> </w:t>
            </w:r>
            <w:proofErr w:type="spellStart"/>
            <w:r>
              <w:rPr>
                <w:b/>
              </w:rPr>
              <w:t>основание</w:t>
            </w:r>
            <w:proofErr w:type="spellEnd"/>
            <w:r>
              <w:rPr>
                <w:b/>
              </w:rPr>
              <w:t>:</w:t>
            </w:r>
          </w:p>
        </w:tc>
        <w:tc>
          <w:tcPr>
            <w:tcW w:w="6938" w:type="dxa"/>
          </w:tcPr>
          <w:p w14:paraId="23414F4E" w14:textId="77777777" w:rsidR="00452AAF" w:rsidRPr="002D4DCC" w:rsidRDefault="002138ED">
            <w:pPr>
              <w:jc w:val="both"/>
              <w:rPr>
                <w:lang w:val="ru-RU"/>
              </w:rPr>
            </w:pPr>
            <w:r w:rsidRPr="002D4DCC">
              <w:rPr>
                <w:lang w:val="ru-RU"/>
              </w:rPr>
              <w:t xml:space="preserve">Трудовой кодекс Российской Федерации от 30.12.2001 № 197-ФЗ (ст. 65, 66, 66.1, 86–90), договор с субъектом </w:t>
            </w:r>
            <w:proofErr w:type="spellStart"/>
            <w:r w:rsidRPr="002D4DCC">
              <w:rPr>
                <w:lang w:val="ru-RU"/>
              </w:rPr>
              <w:t>ПДн</w:t>
            </w:r>
            <w:proofErr w:type="spellEnd"/>
            <w:r w:rsidRPr="002D4DCC">
              <w:rPr>
                <w:lang w:val="ru-RU"/>
              </w:rPr>
              <w:t xml:space="preserve">, согласие на обработку </w:t>
            </w:r>
            <w:proofErr w:type="spellStart"/>
            <w:r w:rsidRPr="002D4DCC">
              <w:rPr>
                <w:lang w:val="ru-RU"/>
              </w:rPr>
              <w:t>ПДн</w:t>
            </w:r>
            <w:proofErr w:type="spellEnd"/>
          </w:p>
        </w:tc>
      </w:tr>
      <w:tr w:rsidR="00452AAF" w:rsidRPr="002D4DCC" w14:paraId="7A03AEAD" w14:textId="77777777">
        <w:trPr>
          <w:jc w:val="center"/>
        </w:trPr>
        <w:tc>
          <w:tcPr>
            <w:tcW w:w="2700" w:type="dxa"/>
          </w:tcPr>
          <w:p w14:paraId="6B08BC11"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4923B5D6" w14:textId="77777777" w:rsidR="00452AAF" w:rsidRPr="002D4DCC" w:rsidRDefault="002138ED">
            <w:pPr>
              <w:jc w:val="both"/>
              <w:rPr>
                <w:lang w:val="ru-RU"/>
              </w:rPr>
            </w:pPr>
            <w:r w:rsidRPr="002D4DCC">
              <w:rPr>
                <w:lang w:val="ru-RU"/>
              </w:rPr>
              <w:t>Сбор, запись, систематизация, накопление, хранение, уточнение, извлечение, использование, передача, блокирование, удаление, уничтожение</w:t>
            </w:r>
          </w:p>
        </w:tc>
      </w:tr>
      <w:tr w:rsidR="00452AAF" w14:paraId="2E418801" w14:textId="77777777">
        <w:trPr>
          <w:jc w:val="center"/>
        </w:trPr>
        <w:tc>
          <w:tcPr>
            <w:tcW w:w="2700" w:type="dxa"/>
          </w:tcPr>
          <w:p w14:paraId="7A511E2D"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14FFA3F4" w14:textId="77777777" w:rsidR="00452AAF" w:rsidRDefault="002138ED">
            <w:pPr>
              <w:jc w:val="both"/>
            </w:pPr>
            <w:proofErr w:type="spellStart"/>
            <w:r>
              <w:t>Смешанная</w:t>
            </w:r>
            <w:proofErr w:type="spellEnd"/>
            <w:r>
              <w:t>, ЛВС</w:t>
            </w:r>
          </w:p>
        </w:tc>
      </w:tr>
      <w:tr w:rsidR="00452AAF" w:rsidRPr="002D4DCC" w14:paraId="7EA3F60F" w14:textId="77777777">
        <w:trPr>
          <w:jc w:val="center"/>
        </w:trPr>
        <w:tc>
          <w:tcPr>
            <w:tcW w:w="2700" w:type="dxa"/>
          </w:tcPr>
          <w:p w14:paraId="230B6954"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07D482A0" w14:textId="77777777" w:rsidR="00452AAF" w:rsidRPr="002D4DCC" w:rsidRDefault="002138ED">
            <w:pPr>
              <w:jc w:val="both"/>
              <w:rPr>
                <w:lang w:val="ru-RU"/>
              </w:rPr>
            </w:pPr>
            <w:r w:rsidRPr="002D4DCC">
              <w:rPr>
                <w:lang w:val="ru-RU"/>
              </w:rPr>
              <w:t xml:space="preserve">Трудовой договор; Личная карточка (форма Т-2); Приказы (формы Т-1, Т-5, Т-6, Т-8, Т-9, Т-11); Штатное расписание (форма Т-3); График отпусков (форма Т-7); Должностная инструкция; Заявления; Доп. соглашения; Согласие на обработку </w:t>
            </w:r>
            <w:proofErr w:type="spellStart"/>
            <w:r w:rsidRPr="002D4DCC">
              <w:rPr>
                <w:lang w:val="ru-RU"/>
              </w:rPr>
              <w:t>ПДн</w:t>
            </w:r>
            <w:proofErr w:type="spellEnd"/>
            <w:r w:rsidRPr="002D4DCC">
              <w:rPr>
                <w:lang w:val="ru-RU"/>
              </w:rPr>
              <w:t>; Копия паспорта гражданина РФ; Личное дело работника</w:t>
            </w:r>
          </w:p>
        </w:tc>
      </w:tr>
      <w:tr w:rsidR="00452AAF" w:rsidRPr="002D4DCC" w14:paraId="74CA68AF" w14:textId="77777777">
        <w:trPr>
          <w:jc w:val="center"/>
        </w:trPr>
        <w:tc>
          <w:tcPr>
            <w:tcW w:w="2700" w:type="dxa"/>
          </w:tcPr>
          <w:p w14:paraId="732397A8"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377DEBC3" w14:textId="77777777" w:rsidR="00452AAF" w:rsidRPr="002D4DCC" w:rsidRDefault="002138ED">
            <w:pPr>
              <w:jc w:val="both"/>
              <w:rPr>
                <w:lang w:val="ru-RU"/>
              </w:rPr>
            </w:pPr>
            <w:r w:rsidRPr="002D4DCC">
              <w:rPr>
                <w:lang w:val="ru-RU"/>
              </w:rPr>
              <w:t>Сейф в отделе кадров; Шкаф с замком в отделе кадров; Архивное помещение; Облачная инфраструктура (ЦОД провайдера)</w:t>
            </w:r>
          </w:p>
        </w:tc>
      </w:tr>
      <w:tr w:rsidR="00452AAF" w:rsidRPr="002D4DCC" w14:paraId="159B8B69" w14:textId="77777777">
        <w:trPr>
          <w:jc w:val="center"/>
        </w:trPr>
        <w:tc>
          <w:tcPr>
            <w:tcW w:w="2700" w:type="dxa"/>
          </w:tcPr>
          <w:p w14:paraId="141F0168" w14:textId="77777777" w:rsidR="00452AAF" w:rsidRDefault="002138ED">
            <w:proofErr w:type="spellStart"/>
            <w:r>
              <w:rPr>
                <w:b/>
              </w:rPr>
              <w:t>Получатели</w:t>
            </w:r>
            <w:proofErr w:type="spellEnd"/>
            <w:r>
              <w:rPr>
                <w:b/>
              </w:rPr>
              <w:t>:</w:t>
            </w:r>
          </w:p>
        </w:tc>
        <w:tc>
          <w:tcPr>
            <w:tcW w:w="6938" w:type="dxa"/>
          </w:tcPr>
          <w:p w14:paraId="0485A1C4" w14:textId="77777777" w:rsidR="00452AAF" w:rsidRPr="002D4DCC" w:rsidRDefault="002138ED">
            <w:pPr>
              <w:jc w:val="both"/>
              <w:rPr>
                <w:lang w:val="ru-RU"/>
              </w:rPr>
            </w:pPr>
            <w:r w:rsidRPr="002D4DCC">
              <w:rPr>
                <w:lang w:val="ru-RU"/>
              </w:rPr>
              <w:t>Росстат; Государственная инспекция труда (ГИТ); Центр занятости населения; Провайдер системы кадрового учёта / КЭДО; Провайдер облачной инфраструктуры</w:t>
            </w:r>
          </w:p>
        </w:tc>
      </w:tr>
      <w:tr w:rsidR="00452AAF" w:rsidRPr="002D4DCC" w14:paraId="22E31E71" w14:textId="77777777">
        <w:trPr>
          <w:jc w:val="center"/>
        </w:trPr>
        <w:tc>
          <w:tcPr>
            <w:tcW w:w="2700" w:type="dxa"/>
          </w:tcPr>
          <w:p w14:paraId="0B3FFF42"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31303EB9" w14:textId="77777777" w:rsidR="00452AAF" w:rsidRPr="002D4DCC" w:rsidRDefault="002138ED">
            <w:pPr>
              <w:jc w:val="both"/>
              <w:rPr>
                <w:lang w:val="ru-RU"/>
              </w:rPr>
            </w:pPr>
            <w:r w:rsidRPr="002D4DCC">
              <w:rPr>
                <w:lang w:val="ru-RU"/>
              </w:rPr>
              <w:t xml:space="preserve">50 лет (Приказ </w:t>
            </w:r>
            <w:proofErr w:type="spellStart"/>
            <w:r w:rsidRPr="002D4DCC">
              <w:rPr>
                <w:lang w:val="ru-RU"/>
              </w:rPr>
              <w:t>Росархива</w:t>
            </w:r>
            <w:proofErr w:type="spellEnd"/>
            <w:r w:rsidRPr="002D4DCC">
              <w:rPr>
                <w:lang w:val="ru-RU"/>
              </w:rPr>
              <w:t xml:space="preserve"> № 236 (п. 434–445); ТК РФ (ст. 86 ч. 3))</w:t>
            </w:r>
          </w:p>
        </w:tc>
      </w:tr>
      <w:tr w:rsidR="00452AAF" w14:paraId="1288A783" w14:textId="77777777">
        <w:trPr>
          <w:jc w:val="center"/>
        </w:trPr>
        <w:tc>
          <w:tcPr>
            <w:tcW w:w="2700" w:type="dxa"/>
          </w:tcPr>
          <w:p w14:paraId="7E13A9B7"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5362DB6C"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4CB895BE" w14:textId="77777777">
        <w:trPr>
          <w:jc w:val="center"/>
        </w:trPr>
        <w:tc>
          <w:tcPr>
            <w:tcW w:w="2700" w:type="dxa"/>
          </w:tcPr>
          <w:p w14:paraId="1F8F07EF"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4D303045"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60556939" w14:textId="77777777" w:rsidR="00452AAF" w:rsidRDefault="00452AAF"/>
    <w:p w14:paraId="47B28952" w14:textId="77777777" w:rsidR="00452AAF" w:rsidRPr="00632D01" w:rsidRDefault="002138ED">
      <w:pPr>
        <w:ind w:firstLine="709"/>
        <w:jc w:val="both"/>
        <w:rPr>
          <w:lang w:val="ru-RU"/>
        </w:rPr>
      </w:pPr>
      <w:r w:rsidRPr="00632D01">
        <w:rPr>
          <w:b/>
          <w:lang w:val="ru-RU"/>
        </w:rPr>
        <w:t>Цель обработки № 5. Бухгалтерский учёт и расчёты с персоналом</w:t>
      </w:r>
    </w:p>
    <w:p w14:paraId="274AF1EC" w14:textId="77777777" w:rsidR="00452AAF" w:rsidRPr="002D4DCC" w:rsidRDefault="002138ED">
      <w:pPr>
        <w:ind w:firstLine="709"/>
        <w:jc w:val="both"/>
        <w:rPr>
          <w:lang w:val="ru-RU"/>
        </w:rPr>
      </w:pPr>
      <w:r w:rsidRPr="002D4DCC">
        <w:rPr>
          <w:lang w:val="ru-RU"/>
        </w:rPr>
        <w:t>Ведение бухгалтерского учёта, исчисление и уплата налогов, расчёт и выплата заработной платы, предоставление налоговой и статистической отчётности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020B67E5" w14:textId="77777777">
        <w:trPr>
          <w:jc w:val="center"/>
        </w:trPr>
        <w:tc>
          <w:tcPr>
            <w:tcW w:w="2700" w:type="dxa"/>
          </w:tcPr>
          <w:p w14:paraId="012FAA21" w14:textId="77777777" w:rsidR="00452AAF" w:rsidRDefault="002138ED">
            <w:proofErr w:type="spellStart"/>
            <w:r>
              <w:rPr>
                <w:b/>
              </w:rPr>
              <w:lastRenderedPageBreak/>
              <w:t>Категории</w:t>
            </w:r>
            <w:proofErr w:type="spellEnd"/>
            <w:r>
              <w:rPr>
                <w:b/>
              </w:rPr>
              <w:t xml:space="preserve"> </w:t>
            </w:r>
            <w:proofErr w:type="spellStart"/>
            <w:r>
              <w:rPr>
                <w:b/>
              </w:rPr>
              <w:t>субъектов</w:t>
            </w:r>
            <w:proofErr w:type="spellEnd"/>
            <w:r>
              <w:rPr>
                <w:b/>
              </w:rPr>
              <w:t>:</w:t>
            </w:r>
          </w:p>
        </w:tc>
        <w:tc>
          <w:tcPr>
            <w:tcW w:w="6938" w:type="dxa"/>
          </w:tcPr>
          <w:p w14:paraId="1C9E5ABB" w14:textId="77777777" w:rsidR="00452AAF" w:rsidRPr="002D4DCC" w:rsidRDefault="002138ED">
            <w:pPr>
              <w:jc w:val="both"/>
              <w:rPr>
                <w:lang w:val="ru-RU"/>
              </w:rPr>
            </w:pPr>
            <w:r w:rsidRPr="002D4DCC">
              <w:rPr>
                <w:lang w:val="ru-RU"/>
              </w:rPr>
              <w:t>Действующие работники организации; Родственники работников</w:t>
            </w:r>
          </w:p>
        </w:tc>
      </w:tr>
      <w:tr w:rsidR="00452AAF" w:rsidRPr="002D4DCC" w14:paraId="44113855" w14:textId="77777777">
        <w:trPr>
          <w:jc w:val="center"/>
        </w:trPr>
        <w:tc>
          <w:tcPr>
            <w:tcW w:w="2700" w:type="dxa"/>
          </w:tcPr>
          <w:p w14:paraId="0A9D5E66"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523B329B"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ИНН, СНИЛС, регистрационный номер в СФР, Сведения о начисленной и выплаченной заработной плате, сведения о премиях и надбавках, сведения о доходах, банковские реквизиты (наименование банка / номер счёта / БИК)</w:t>
            </w:r>
          </w:p>
        </w:tc>
      </w:tr>
      <w:tr w:rsidR="00452AAF" w:rsidRPr="002D4DCC" w14:paraId="22281DD7" w14:textId="77777777">
        <w:trPr>
          <w:jc w:val="center"/>
        </w:trPr>
        <w:tc>
          <w:tcPr>
            <w:tcW w:w="2700" w:type="dxa"/>
          </w:tcPr>
          <w:p w14:paraId="63AAE786"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2E80E6EF" w14:textId="77777777" w:rsidR="00452AAF" w:rsidRPr="002D4DCC" w:rsidRDefault="002138ED">
            <w:pPr>
              <w:jc w:val="both"/>
              <w:rPr>
                <w:lang w:val="ru-RU"/>
              </w:rPr>
            </w:pPr>
            <w:r w:rsidRPr="002D4DCC">
              <w:rPr>
                <w:lang w:val="ru-RU"/>
              </w:rPr>
              <w:t>Налоговый кодекс Российской Федерации (часть вторая) от 05.08.2000 № 117-ФЗ (ст. 24, 226, 230); Федеральный закон от 06.12.2011 № 402-ФЗ «О бухгалтерском учёте» (ст. 9, 29); Федеральный закон от 01.04.1996 № 27-ФЗ «Об индивидуальном (персонифицированном) учёте в системах обязательного пенсионного страхования и обязательного социального страхования» (ст. 8, 11)</w:t>
            </w:r>
          </w:p>
        </w:tc>
      </w:tr>
      <w:tr w:rsidR="00452AAF" w:rsidRPr="002D4DCC" w14:paraId="7CA0FE67" w14:textId="77777777">
        <w:trPr>
          <w:jc w:val="center"/>
        </w:trPr>
        <w:tc>
          <w:tcPr>
            <w:tcW w:w="2700" w:type="dxa"/>
          </w:tcPr>
          <w:p w14:paraId="780D91BA"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3B9C777E" w14:textId="77777777" w:rsidR="00452AAF" w:rsidRPr="002D4DCC" w:rsidRDefault="002138ED">
            <w:pPr>
              <w:jc w:val="both"/>
              <w:rPr>
                <w:lang w:val="ru-RU"/>
              </w:rPr>
            </w:pPr>
            <w:r w:rsidRPr="002D4DCC">
              <w:rPr>
                <w:lang w:val="ru-RU"/>
              </w:rPr>
              <w:t>Сбор, запись, систематизация, накопление, хранение, уточнение, извлечение, использование, передача</w:t>
            </w:r>
          </w:p>
        </w:tc>
      </w:tr>
      <w:tr w:rsidR="00452AAF" w14:paraId="7C6A097E" w14:textId="77777777">
        <w:trPr>
          <w:jc w:val="center"/>
        </w:trPr>
        <w:tc>
          <w:tcPr>
            <w:tcW w:w="2700" w:type="dxa"/>
          </w:tcPr>
          <w:p w14:paraId="474CA942"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63061BEC"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692E4C3F" w14:textId="77777777">
        <w:trPr>
          <w:jc w:val="center"/>
        </w:trPr>
        <w:tc>
          <w:tcPr>
            <w:tcW w:w="2700" w:type="dxa"/>
          </w:tcPr>
          <w:p w14:paraId="0AFB2209"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5F555F1A" w14:textId="77777777" w:rsidR="00452AAF" w:rsidRPr="002D4DCC" w:rsidRDefault="002138ED">
            <w:pPr>
              <w:jc w:val="both"/>
              <w:rPr>
                <w:lang w:val="ru-RU"/>
              </w:rPr>
            </w:pPr>
            <w:r w:rsidRPr="002D4DCC">
              <w:rPr>
                <w:lang w:val="ru-RU"/>
              </w:rPr>
              <w:t>Табель (формы Т-12, Т-13); Ведомости (формы Т-49, Т-51, Т-53); Лицевой счёт (форма Т-54); Записки-расчёты (формы Т-60, Т-61); Справка 2-НДФЛ; ЕФС-1; Авансовый отчёт (форма АО-1); Заявление на зарплатную карту; Доверенность на получение карт</w:t>
            </w:r>
          </w:p>
        </w:tc>
      </w:tr>
      <w:tr w:rsidR="00452AAF" w:rsidRPr="002D4DCC" w14:paraId="4CAE39FE" w14:textId="77777777">
        <w:trPr>
          <w:jc w:val="center"/>
        </w:trPr>
        <w:tc>
          <w:tcPr>
            <w:tcW w:w="2700" w:type="dxa"/>
          </w:tcPr>
          <w:p w14:paraId="30300AFE"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3E2280A6" w14:textId="77777777" w:rsidR="00452AAF" w:rsidRPr="002D4DCC" w:rsidRDefault="002138ED">
            <w:pPr>
              <w:jc w:val="both"/>
              <w:rPr>
                <w:lang w:val="ru-RU"/>
              </w:rPr>
            </w:pPr>
            <w:r w:rsidRPr="002D4DCC">
              <w:rPr>
                <w:lang w:val="ru-RU"/>
              </w:rPr>
              <w:t>Шкаф с замком в бухгалтерии</w:t>
            </w:r>
          </w:p>
        </w:tc>
      </w:tr>
      <w:tr w:rsidR="00452AAF" w:rsidRPr="002D4DCC" w14:paraId="14E7A5EC" w14:textId="77777777">
        <w:trPr>
          <w:jc w:val="center"/>
        </w:trPr>
        <w:tc>
          <w:tcPr>
            <w:tcW w:w="2700" w:type="dxa"/>
          </w:tcPr>
          <w:p w14:paraId="52F3AF5F" w14:textId="77777777" w:rsidR="00452AAF" w:rsidRDefault="002138ED">
            <w:proofErr w:type="spellStart"/>
            <w:r>
              <w:rPr>
                <w:b/>
              </w:rPr>
              <w:t>Получатели</w:t>
            </w:r>
            <w:proofErr w:type="spellEnd"/>
            <w:r>
              <w:rPr>
                <w:b/>
              </w:rPr>
              <w:t>:</w:t>
            </w:r>
          </w:p>
        </w:tc>
        <w:tc>
          <w:tcPr>
            <w:tcW w:w="6938" w:type="dxa"/>
          </w:tcPr>
          <w:p w14:paraId="699BB124" w14:textId="77777777" w:rsidR="00452AAF" w:rsidRPr="002D4DCC" w:rsidRDefault="002138ED">
            <w:pPr>
              <w:jc w:val="both"/>
              <w:rPr>
                <w:lang w:val="ru-RU"/>
              </w:rPr>
            </w:pPr>
            <w:r w:rsidRPr="002D4DCC">
              <w:rPr>
                <w:lang w:val="ru-RU"/>
              </w:rPr>
              <w:t>Федеральная налоговая служба (ФНС России); Социальный фонд России (СФР); Банк (зарплатный проект); Провайдер системы кадрового учёта / КЭДО; Оператор ЭДО</w:t>
            </w:r>
          </w:p>
        </w:tc>
      </w:tr>
      <w:tr w:rsidR="00452AAF" w:rsidRPr="002D4DCC" w14:paraId="7324458C" w14:textId="77777777">
        <w:trPr>
          <w:jc w:val="center"/>
        </w:trPr>
        <w:tc>
          <w:tcPr>
            <w:tcW w:w="2700" w:type="dxa"/>
          </w:tcPr>
          <w:p w14:paraId="15D4FB2B"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26B46F73" w14:textId="77777777" w:rsidR="00452AAF" w:rsidRPr="002D4DCC" w:rsidRDefault="002138ED">
            <w:pPr>
              <w:jc w:val="both"/>
              <w:rPr>
                <w:lang w:val="ru-RU"/>
              </w:rPr>
            </w:pPr>
            <w:r w:rsidRPr="002D4DCC">
              <w:rPr>
                <w:lang w:val="ru-RU"/>
              </w:rPr>
              <w:t xml:space="preserve">5 лет (первичные документы); 50 лет (лицевые счета) (НК РФ (п. 8 ч. 1 ст. 23); Приказ </w:t>
            </w:r>
            <w:proofErr w:type="spellStart"/>
            <w:r w:rsidRPr="002D4DCC">
              <w:rPr>
                <w:lang w:val="ru-RU"/>
              </w:rPr>
              <w:t>Росархива</w:t>
            </w:r>
            <w:proofErr w:type="spellEnd"/>
            <w:r w:rsidRPr="002D4DCC">
              <w:rPr>
                <w:lang w:val="ru-RU"/>
              </w:rPr>
              <w:t xml:space="preserve"> № 236 (п. 277, 296))</w:t>
            </w:r>
          </w:p>
        </w:tc>
      </w:tr>
      <w:tr w:rsidR="00452AAF" w14:paraId="225BD789" w14:textId="77777777">
        <w:trPr>
          <w:jc w:val="center"/>
        </w:trPr>
        <w:tc>
          <w:tcPr>
            <w:tcW w:w="2700" w:type="dxa"/>
          </w:tcPr>
          <w:p w14:paraId="518D0398"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29CFC240"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4CCA0620" w14:textId="77777777">
        <w:trPr>
          <w:jc w:val="center"/>
        </w:trPr>
        <w:tc>
          <w:tcPr>
            <w:tcW w:w="2700" w:type="dxa"/>
          </w:tcPr>
          <w:p w14:paraId="386864C8"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17EF2779"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7D59EA2A" w14:textId="77777777" w:rsidR="00452AAF" w:rsidRDefault="00452AAF"/>
    <w:p w14:paraId="7D7946B7" w14:textId="77777777" w:rsidR="00452AAF" w:rsidRPr="00632D01" w:rsidRDefault="002138ED">
      <w:pPr>
        <w:ind w:firstLine="709"/>
        <w:jc w:val="both"/>
        <w:rPr>
          <w:lang w:val="ru-RU"/>
        </w:rPr>
      </w:pPr>
      <w:r w:rsidRPr="00632D01">
        <w:rPr>
          <w:b/>
          <w:lang w:val="ru-RU"/>
        </w:rPr>
        <w:t>Цель обработки № 6. Охрана труда и техника безопасности</w:t>
      </w:r>
    </w:p>
    <w:p w14:paraId="309AC541" w14:textId="77777777" w:rsidR="00452AAF" w:rsidRPr="002D4DCC" w:rsidRDefault="002138ED">
      <w:pPr>
        <w:ind w:firstLine="709"/>
        <w:jc w:val="both"/>
        <w:rPr>
          <w:lang w:val="ru-RU"/>
        </w:rPr>
      </w:pPr>
      <w:r w:rsidRPr="002D4DCC">
        <w:rPr>
          <w:lang w:val="ru-RU"/>
        </w:rPr>
        <w:t>Обеспечение безопасных условий труда, проведение инструктажей, специальной оценки условий труда, расследование несчастных случаев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754E08EA" w14:textId="77777777">
        <w:trPr>
          <w:jc w:val="center"/>
        </w:trPr>
        <w:tc>
          <w:tcPr>
            <w:tcW w:w="2700" w:type="dxa"/>
          </w:tcPr>
          <w:p w14:paraId="3C8E224F"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33C7066B" w14:textId="77777777" w:rsidR="00452AAF" w:rsidRDefault="002138ED">
            <w:pPr>
              <w:jc w:val="both"/>
            </w:pPr>
            <w:proofErr w:type="spellStart"/>
            <w:r>
              <w:t>Действующие</w:t>
            </w:r>
            <w:proofErr w:type="spellEnd"/>
            <w:r>
              <w:t xml:space="preserve"> </w:t>
            </w:r>
            <w:proofErr w:type="spellStart"/>
            <w:r>
              <w:t>работники</w:t>
            </w:r>
            <w:proofErr w:type="spellEnd"/>
            <w:r>
              <w:t xml:space="preserve"> </w:t>
            </w:r>
            <w:proofErr w:type="spellStart"/>
            <w:r>
              <w:t>организации</w:t>
            </w:r>
            <w:proofErr w:type="spellEnd"/>
          </w:p>
        </w:tc>
      </w:tr>
      <w:tr w:rsidR="00452AAF" w:rsidRPr="002D4DCC" w14:paraId="14C8E9D0" w14:textId="77777777">
        <w:trPr>
          <w:jc w:val="center"/>
        </w:trPr>
        <w:tc>
          <w:tcPr>
            <w:tcW w:w="2700" w:type="dxa"/>
          </w:tcPr>
          <w:p w14:paraId="4DB8F53D" w14:textId="77777777" w:rsidR="00452AAF" w:rsidRDefault="002138ED">
            <w:proofErr w:type="spellStart"/>
            <w:r>
              <w:rPr>
                <w:b/>
              </w:rPr>
              <w:t>Категории</w:t>
            </w:r>
            <w:proofErr w:type="spellEnd"/>
            <w:r>
              <w:rPr>
                <w:b/>
              </w:rPr>
              <w:t xml:space="preserve"> </w:t>
            </w:r>
            <w:proofErr w:type="spellStart"/>
            <w:r>
              <w:rPr>
                <w:b/>
              </w:rPr>
              <w:lastRenderedPageBreak/>
              <w:t>персональных</w:t>
            </w:r>
            <w:proofErr w:type="spellEnd"/>
            <w:r>
              <w:rPr>
                <w:b/>
              </w:rPr>
              <w:t xml:space="preserve"> </w:t>
            </w:r>
            <w:proofErr w:type="spellStart"/>
            <w:r>
              <w:rPr>
                <w:b/>
              </w:rPr>
              <w:t>данных</w:t>
            </w:r>
            <w:proofErr w:type="spellEnd"/>
            <w:r>
              <w:rPr>
                <w:b/>
              </w:rPr>
              <w:t>:</w:t>
            </w:r>
          </w:p>
        </w:tc>
        <w:tc>
          <w:tcPr>
            <w:tcW w:w="6938" w:type="dxa"/>
          </w:tcPr>
          <w:p w14:paraId="4BA5054B" w14:textId="77777777" w:rsidR="00452AAF" w:rsidRPr="002D4DCC" w:rsidRDefault="002138ED">
            <w:pPr>
              <w:jc w:val="both"/>
              <w:rPr>
                <w:lang w:val="ru-RU"/>
              </w:rPr>
            </w:pPr>
            <w:r w:rsidRPr="002D4DCC">
              <w:rPr>
                <w:lang w:val="ru-RU"/>
              </w:rPr>
              <w:lastRenderedPageBreak/>
              <w:t xml:space="preserve">ФИО (фамилия / имя / отчество при наличии), предыдущие </w:t>
            </w:r>
            <w:r w:rsidRPr="002D4DCC">
              <w:rPr>
                <w:lang w:val="ru-RU"/>
              </w:rPr>
              <w:lastRenderedPageBreak/>
              <w:t>ФИО (если изменялись), дата рождения, место рождения, пол, гражданство, семейное положение, Должность, подразделение, табельный номер, реквизиты трудового договора (номер / дата заключения), дата приёма на работу, дата увольнения, сведения о трудовом стаже, сведения о предыдущих местах работы, Результат медицинского осмотра (заключение), реквизиты личной медицинской книжки, категория годности к работе, группа инвалидности, реквизиты ИПРА</w:t>
            </w:r>
          </w:p>
        </w:tc>
      </w:tr>
      <w:tr w:rsidR="00452AAF" w:rsidRPr="002D4DCC" w14:paraId="516828B1" w14:textId="77777777">
        <w:trPr>
          <w:jc w:val="center"/>
        </w:trPr>
        <w:tc>
          <w:tcPr>
            <w:tcW w:w="2700" w:type="dxa"/>
          </w:tcPr>
          <w:p w14:paraId="7ABE82B0" w14:textId="77777777" w:rsidR="00452AAF" w:rsidRDefault="002138ED">
            <w:proofErr w:type="spellStart"/>
            <w:r>
              <w:rPr>
                <w:b/>
              </w:rPr>
              <w:lastRenderedPageBreak/>
              <w:t>Правовое</w:t>
            </w:r>
            <w:proofErr w:type="spellEnd"/>
            <w:r>
              <w:rPr>
                <w:b/>
              </w:rPr>
              <w:t xml:space="preserve"> </w:t>
            </w:r>
            <w:proofErr w:type="spellStart"/>
            <w:r>
              <w:rPr>
                <w:b/>
              </w:rPr>
              <w:t>основание</w:t>
            </w:r>
            <w:proofErr w:type="spellEnd"/>
            <w:r>
              <w:rPr>
                <w:b/>
              </w:rPr>
              <w:t>:</w:t>
            </w:r>
          </w:p>
        </w:tc>
        <w:tc>
          <w:tcPr>
            <w:tcW w:w="6938" w:type="dxa"/>
          </w:tcPr>
          <w:p w14:paraId="79A887A1" w14:textId="77777777" w:rsidR="00452AAF" w:rsidRPr="002D4DCC" w:rsidRDefault="002138ED">
            <w:pPr>
              <w:jc w:val="both"/>
              <w:rPr>
                <w:lang w:val="ru-RU"/>
              </w:rPr>
            </w:pPr>
            <w:r w:rsidRPr="002D4DCC">
              <w:rPr>
                <w:lang w:val="ru-RU"/>
              </w:rPr>
              <w:t>Трудовой кодекс Российской Федерации от 30.12.2001 № 197-ФЗ (ст. 214–220); Федеральный закон от 28.12.2013 № 426-ФЗ «О специальной оценке условий труда» (ст. 3, 8, 15)</w:t>
            </w:r>
          </w:p>
        </w:tc>
      </w:tr>
      <w:tr w:rsidR="00452AAF" w:rsidRPr="002D4DCC" w14:paraId="08953FD7" w14:textId="77777777">
        <w:trPr>
          <w:jc w:val="center"/>
        </w:trPr>
        <w:tc>
          <w:tcPr>
            <w:tcW w:w="2700" w:type="dxa"/>
          </w:tcPr>
          <w:p w14:paraId="23EDFC39"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7BF1DC16" w14:textId="77777777" w:rsidR="00452AAF" w:rsidRPr="002D4DCC" w:rsidRDefault="002138ED">
            <w:pPr>
              <w:jc w:val="both"/>
              <w:rPr>
                <w:lang w:val="ru-RU"/>
              </w:rPr>
            </w:pPr>
            <w:r w:rsidRPr="002D4DCC">
              <w:rPr>
                <w:lang w:val="ru-RU"/>
              </w:rPr>
              <w:t>Сбор, запись, систематизация, хранение, извлечение, использование</w:t>
            </w:r>
          </w:p>
        </w:tc>
      </w:tr>
      <w:tr w:rsidR="00452AAF" w14:paraId="7CE2C325" w14:textId="77777777">
        <w:trPr>
          <w:jc w:val="center"/>
        </w:trPr>
        <w:tc>
          <w:tcPr>
            <w:tcW w:w="2700" w:type="dxa"/>
          </w:tcPr>
          <w:p w14:paraId="60BEDAB8"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14D9A6DA" w14:textId="77777777" w:rsidR="00452AAF" w:rsidRDefault="002138ED">
            <w:pPr>
              <w:jc w:val="both"/>
            </w:pPr>
            <w:proofErr w:type="spellStart"/>
            <w:r>
              <w:t>Смешанная</w:t>
            </w:r>
            <w:proofErr w:type="spellEnd"/>
            <w:r>
              <w:t>, ЛВС</w:t>
            </w:r>
          </w:p>
        </w:tc>
      </w:tr>
      <w:tr w:rsidR="00452AAF" w:rsidRPr="002D4DCC" w14:paraId="1CB8B789" w14:textId="77777777">
        <w:trPr>
          <w:jc w:val="center"/>
        </w:trPr>
        <w:tc>
          <w:tcPr>
            <w:tcW w:w="2700" w:type="dxa"/>
          </w:tcPr>
          <w:p w14:paraId="22656D5C"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28213345" w14:textId="77777777" w:rsidR="00452AAF" w:rsidRPr="002D4DCC" w:rsidRDefault="002138ED">
            <w:pPr>
              <w:jc w:val="both"/>
              <w:rPr>
                <w:lang w:val="ru-RU"/>
              </w:rPr>
            </w:pPr>
            <w:r w:rsidRPr="002D4DCC">
              <w:rPr>
                <w:lang w:val="ru-RU"/>
              </w:rPr>
              <w:t>Журнал вводного инструктажа; Журналы периодических инструктажей (ОТ, ПБ, ЭБ, ГО и ЧС); Протокол проверки знаний ОТ; Карта СОУТ; Акт расследования несчастного случая</w:t>
            </w:r>
          </w:p>
        </w:tc>
      </w:tr>
      <w:tr w:rsidR="00452AAF" w:rsidRPr="002D4DCC" w14:paraId="1930821F" w14:textId="77777777">
        <w:trPr>
          <w:jc w:val="center"/>
        </w:trPr>
        <w:tc>
          <w:tcPr>
            <w:tcW w:w="2700" w:type="dxa"/>
          </w:tcPr>
          <w:p w14:paraId="7565B199"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595B2893" w14:textId="77777777" w:rsidR="00452AAF" w:rsidRPr="002D4DCC" w:rsidRDefault="002138ED">
            <w:pPr>
              <w:jc w:val="both"/>
              <w:rPr>
                <w:lang w:val="ru-RU"/>
              </w:rPr>
            </w:pPr>
            <w:r w:rsidRPr="002D4DCC">
              <w:rPr>
                <w:lang w:val="ru-RU"/>
              </w:rPr>
              <w:t>Шкаф с замком в отделе кадров; Шкаф с замком в отделе охраны труда</w:t>
            </w:r>
          </w:p>
        </w:tc>
      </w:tr>
      <w:tr w:rsidR="00452AAF" w14:paraId="1369BD35" w14:textId="77777777">
        <w:trPr>
          <w:jc w:val="center"/>
        </w:trPr>
        <w:tc>
          <w:tcPr>
            <w:tcW w:w="2700" w:type="dxa"/>
          </w:tcPr>
          <w:p w14:paraId="74FC9642" w14:textId="77777777" w:rsidR="00452AAF" w:rsidRDefault="002138ED">
            <w:proofErr w:type="spellStart"/>
            <w:r>
              <w:rPr>
                <w:b/>
              </w:rPr>
              <w:t>Получатели</w:t>
            </w:r>
            <w:proofErr w:type="spellEnd"/>
            <w:r>
              <w:rPr>
                <w:b/>
              </w:rPr>
              <w:t>:</w:t>
            </w:r>
          </w:p>
        </w:tc>
        <w:tc>
          <w:tcPr>
            <w:tcW w:w="6938" w:type="dxa"/>
          </w:tcPr>
          <w:p w14:paraId="191D4842" w14:textId="77777777" w:rsidR="00452AAF" w:rsidRDefault="002138ED">
            <w:pPr>
              <w:jc w:val="both"/>
            </w:pPr>
            <w:proofErr w:type="spellStart"/>
            <w:r>
              <w:t>Государственная</w:t>
            </w:r>
            <w:proofErr w:type="spellEnd"/>
            <w:r>
              <w:t xml:space="preserve"> </w:t>
            </w:r>
            <w:proofErr w:type="spellStart"/>
            <w:r>
              <w:t>инспекция</w:t>
            </w:r>
            <w:proofErr w:type="spellEnd"/>
            <w:r>
              <w:t xml:space="preserve"> </w:t>
            </w:r>
            <w:proofErr w:type="spellStart"/>
            <w:r>
              <w:t>труда</w:t>
            </w:r>
            <w:proofErr w:type="spellEnd"/>
            <w:r>
              <w:t xml:space="preserve"> (ГИТ)</w:t>
            </w:r>
          </w:p>
        </w:tc>
      </w:tr>
      <w:tr w:rsidR="00452AAF" w:rsidRPr="002D4DCC" w14:paraId="2E7B32C9" w14:textId="77777777">
        <w:trPr>
          <w:jc w:val="center"/>
        </w:trPr>
        <w:tc>
          <w:tcPr>
            <w:tcW w:w="2700" w:type="dxa"/>
          </w:tcPr>
          <w:p w14:paraId="5A8C5AB1"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55801A3B" w14:textId="77777777" w:rsidR="00452AAF" w:rsidRPr="002D4DCC" w:rsidRDefault="002138ED">
            <w:pPr>
              <w:jc w:val="both"/>
              <w:rPr>
                <w:lang w:val="ru-RU"/>
              </w:rPr>
            </w:pPr>
            <w:r w:rsidRPr="002D4DCC">
              <w:rPr>
                <w:lang w:val="ru-RU"/>
              </w:rPr>
              <w:t xml:space="preserve">45 лет (СОУТ); 5 лет (журналы инструктажей) (Приказ </w:t>
            </w:r>
            <w:proofErr w:type="spellStart"/>
            <w:r w:rsidRPr="002D4DCC">
              <w:rPr>
                <w:lang w:val="ru-RU"/>
              </w:rPr>
              <w:t>Росархива</w:t>
            </w:r>
            <w:proofErr w:type="spellEnd"/>
            <w:r w:rsidRPr="002D4DCC">
              <w:rPr>
                <w:lang w:val="ru-RU"/>
              </w:rPr>
              <w:t xml:space="preserve"> № 236 (п. 407–408, 423–428))</w:t>
            </w:r>
          </w:p>
        </w:tc>
      </w:tr>
      <w:tr w:rsidR="00452AAF" w14:paraId="778A75F0" w14:textId="77777777">
        <w:trPr>
          <w:jc w:val="center"/>
        </w:trPr>
        <w:tc>
          <w:tcPr>
            <w:tcW w:w="2700" w:type="dxa"/>
          </w:tcPr>
          <w:p w14:paraId="47580B55"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17B78C34"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63AD79CB" w14:textId="77777777">
        <w:trPr>
          <w:jc w:val="center"/>
        </w:trPr>
        <w:tc>
          <w:tcPr>
            <w:tcW w:w="2700" w:type="dxa"/>
          </w:tcPr>
          <w:p w14:paraId="15DB6A3B"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1D871E98"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11265304" w14:textId="77777777" w:rsidR="00452AAF" w:rsidRDefault="00452AAF"/>
    <w:p w14:paraId="064B7402" w14:textId="77777777" w:rsidR="00452AAF" w:rsidRPr="00632D01" w:rsidRDefault="002138ED">
      <w:pPr>
        <w:ind w:firstLine="709"/>
        <w:jc w:val="both"/>
        <w:rPr>
          <w:lang w:val="ru-RU"/>
        </w:rPr>
      </w:pPr>
      <w:r w:rsidRPr="00632D01">
        <w:rPr>
          <w:b/>
          <w:lang w:val="ru-RU"/>
        </w:rPr>
        <w:t>Цель обработки № 7. Воинский учёт</w:t>
      </w:r>
    </w:p>
    <w:p w14:paraId="17AE2302" w14:textId="77777777" w:rsidR="00452AAF" w:rsidRPr="002D4DCC" w:rsidRDefault="002138ED">
      <w:pPr>
        <w:ind w:firstLine="709"/>
        <w:jc w:val="both"/>
        <w:rPr>
          <w:lang w:val="ru-RU"/>
        </w:rPr>
      </w:pPr>
      <w:r w:rsidRPr="002D4DCC">
        <w:rPr>
          <w:lang w:val="ru-RU"/>
        </w:rPr>
        <w:t>Ведение воинского учёта военнообязанных работников, предоставление сведений в военный комиссариат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6AF38D5F" w14:textId="77777777">
        <w:trPr>
          <w:jc w:val="center"/>
        </w:trPr>
        <w:tc>
          <w:tcPr>
            <w:tcW w:w="2700" w:type="dxa"/>
          </w:tcPr>
          <w:p w14:paraId="0E81B2A3"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20AEBF74" w14:textId="77777777" w:rsidR="00452AAF" w:rsidRDefault="002138ED">
            <w:pPr>
              <w:jc w:val="both"/>
            </w:pPr>
            <w:proofErr w:type="spellStart"/>
            <w:r>
              <w:t>Действующие</w:t>
            </w:r>
            <w:proofErr w:type="spellEnd"/>
            <w:r>
              <w:t xml:space="preserve"> </w:t>
            </w:r>
            <w:proofErr w:type="spellStart"/>
            <w:r>
              <w:t>работники</w:t>
            </w:r>
            <w:proofErr w:type="spellEnd"/>
            <w:r>
              <w:t xml:space="preserve"> </w:t>
            </w:r>
            <w:proofErr w:type="spellStart"/>
            <w:r>
              <w:t>организации</w:t>
            </w:r>
            <w:proofErr w:type="spellEnd"/>
          </w:p>
        </w:tc>
      </w:tr>
      <w:tr w:rsidR="00452AAF" w:rsidRPr="002D4DCC" w14:paraId="06F9AEBA" w14:textId="77777777">
        <w:trPr>
          <w:jc w:val="center"/>
        </w:trPr>
        <w:tc>
          <w:tcPr>
            <w:tcW w:w="2700" w:type="dxa"/>
          </w:tcPr>
          <w:p w14:paraId="1C835340"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751D7AB7"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Категория годности, ВУС (военно-учётная специальность), воинское звание, состав (профиль), номер военного билета / приписного свидетельства</w:t>
            </w:r>
          </w:p>
        </w:tc>
      </w:tr>
      <w:tr w:rsidR="00452AAF" w:rsidRPr="002D4DCC" w14:paraId="1251C59D" w14:textId="77777777">
        <w:trPr>
          <w:jc w:val="center"/>
        </w:trPr>
        <w:tc>
          <w:tcPr>
            <w:tcW w:w="2700" w:type="dxa"/>
          </w:tcPr>
          <w:p w14:paraId="33B0CCF2"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20B31C4F" w14:textId="77777777" w:rsidR="00452AAF" w:rsidRPr="002D4DCC" w:rsidRDefault="002138ED">
            <w:pPr>
              <w:jc w:val="both"/>
              <w:rPr>
                <w:lang w:val="ru-RU"/>
              </w:rPr>
            </w:pPr>
            <w:r w:rsidRPr="002D4DCC">
              <w:rPr>
                <w:lang w:val="ru-RU"/>
              </w:rPr>
              <w:t>Федеральный закон от 28.03.1998 № 53-ФЗ «О воинской обязанности и военной службе» (ст. 8); Постановление Правительства Российской Федерации от 27.11.2006 № 719 «Об утверждении Положения о воинском учёте» (п. 27–34)</w:t>
            </w:r>
          </w:p>
        </w:tc>
      </w:tr>
      <w:tr w:rsidR="00452AAF" w:rsidRPr="002D4DCC" w14:paraId="72987C3F" w14:textId="77777777">
        <w:trPr>
          <w:jc w:val="center"/>
        </w:trPr>
        <w:tc>
          <w:tcPr>
            <w:tcW w:w="2700" w:type="dxa"/>
          </w:tcPr>
          <w:p w14:paraId="6616D360" w14:textId="77777777" w:rsidR="00452AAF" w:rsidRDefault="002138ED">
            <w:proofErr w:type="spellStart"/>
            <w:r>
              <w:rPr>
                <w:b/>
              </w:rPr>
              <w:lastRenderedPageBreak/>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14B804AF" w14:textId="77777777" w:rsidR="00452AAF" w:rsidRPr="002D4DCC" w:rsidRDefault="002138ED">
            <w:pPr>
              <w:jc w:val="both"/>
              <w:rPr>
                <w:lang w:val="ru-RU"/>
              </w:rPr>
            </w:pPr>
            <w:r w:rsidRPr="002D4DCC">
              <w:rPr>
                <w:lang w:val="ru-RU"/>
              </w:rPr>
              <w:t>Сбор, запись, систематизация, хранение, уточнение, извлечение, передача</w:t>
            </w:r>
          </w:p>
        </w:tc>
      </w:tr>
      <w:tr w:rsidR="00452AAF" w14:paraId="65E8E254" w14:textId="77777777">
        <w:trPr>
          <w:jc w:val="center"/>
        </w:trPr>
        <w:tc>
          <w:tcPr>
            <w:tcW w:w="2700" w:type="dxa"/>
          </w:tcPr>
          <w:p w14:paraId="5EE37273"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56AA7F77"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005D61F5" w14:textId="77777777">
        <w:trPr>
          <w:jc w:val="center"/>
        </w:trPr>
        <w:tc>
          <w:tcPr>
            <w:tcW w:w="2700" w:type="dxa"/>
          </w:tcPr>
          <w:p w14:paraId="323F9226"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4BD68948" w14:textId="77777777" w:rsidR="00452AAF" w:rsidRPr="002D4DCC" w:rsidRDefault="002138ED">
            <w:pPr>
              <w:jc w:val="both"/>
              <w:rPr>
                <w:lang w:val="ru-RU"/>
              </w:rPr>
            </w:pPr>
            <w:r w:rsidRPr="002D4DCC">
              <w:rPr>
                <w:lang w:val="ru-RU"/>
              </w:rPr>
              <w:t>Копия военного билета / приписного свидетельства; Карточка учёта (форма № 10); Списки военнообязанных</w:t>
            </w:r>
          </w:p>
        </w:tc>
      </w:tr>
      <w:tr w:rsidR="00452AAF" w:rsidRPr="002D4DCC" w14:paraId="1A2F1BE4" w14:textId="77777777">
        <w:trPr>
          <w:jc w:val="center"/>
        </w:trPr>
        <w:tc>
          <w:tcPr>
            <w:tcW w:w="2700" w:type="dxa"/>
          </w:tcPr>
          <w:p w14:paraId="19839C78"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69165E5E"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1D1897FC" w14:textId="77777777">
        <w:trPr>
          <w:jc w:val="center"/>
        </w:trPr>
        <w:tc>
          <w:tcPr>
            <w:tcW w:w="2700" w:type="dxa"/>
          </w:tcPr>
          <w:p w14:paraId="1C4DBA6B" w14:textId="77777777" w:rsidR="00452AAF" w:rsidRDefault="002138ED">
            <w:proofErr w:type="spellStart"/>
            <w:r>
              <w:rPr>
                <w:b/>
              </w:rPr>
              <w:t>Получатели</w:t>
            </w:r>
            <w:proofErr w:type="spellEnd"/>
            <w:r>
              <w:rPr>
                <w:b/>
              </w:rPr>
              <w:t>:</w:t>
            </w:r>
          </w:p>
        </w:tc>
        <w:tc>
          <w:tcPr>
            <w:tcW w:w="6938" w:type="dxa"/>
          </w:tcPr>
          <w:p w14:paraId="6CF56460" w14:textId="77777777" w:rsidR="00452AAF" w:rsidRDefault="002138ED">
            <w:pPr>
              <w:jc w:val="both"/>
            </w:pPr>
            <w:proofErr w:type="spellStart"/>
            <w:r>
              <w:t>Военный</w:t>
            </w:r>
            <w:proofErr w:type="spellEnd"/>
            <w:r>
              <w:t xml:space="preserve"> </w:t>
            </w:r>
            <w:proofErr w:type="spellStart"/>
            <w:r>
              <w:t>комиссариат</w:t>
            </w:r>
            <w:proofErr w:type="spellEnd"/>
          </w:p>
        </w:tc>
      </w:tr>
      <w:tr w:rsidR="00452AAF" w:rsidRPr="002D4DCC" w14:paraId="33766AD8" w14:textId="77777777">
        <w:trPr>
          <w:jc w:val="center"/>
        </w:trPr>
        <w:tc>
          <w:tcPr>
            <w:tcW w:w="2700" w:type="dxa"/>
          </w:tcPr>
          <w:p w14:paraId="538B619B"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252C66F4" w14:textId="77777777" w:rsidR="00452AAF" w:rsidRPr="002D4DCC" w:rsidRDefault="002138ED">
            <w:pPr>
              <w:jc w:val="both"/>
              <w:rPr>
                <w:lang w:val="ru-RU"/>
              </w:rPr>
            </w:pPr>
            <w:r w:rsidRPr="002D4DCC">
              <w:rPr>
                <w:lang w:val="ru-RU"/>
              </w:rPr>
              <w:t xml:space="preserve">5 лет (Приказ </w:t>
            </w:r>
            <w:proofErr w:type="spellStart"/>
            <w:r w:rsidRPr="002D4DCC">
              <w:rPr>
                <w:lang w:val="ru-RU"/>
              </w:rPr>
              <w:t>Росархива</w:t>
            </w:r>
            <w:proofErr w:type="spellEnd"/>
            <w:r w:rsidRPr="002D4DCC">
              <w:rPr>
                <w:lang w:val="ru-RU"/>
              </w:rPr>
              <w:t xml:space="preserve"> № 236 (п. 463); ПП РФ № 719 (п. 35))</w:t>
            </w:r>
          </w:p>
        </w:tc>
      </w:tr>
      <w:tr w:rsidR="00452AAF" w14:paraId="1EBDA91A" w14:textId="77777777">
        <w:trPr>
          <w:jc w:val="center"/>
        </w:trPr>
        <w:tc>
          <w:tcPr>
            <w:tcW w:w="2700" w:type="dxa"/>
          </w:tcPr>
          <w:p w14:paraId="60EDAFE4"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1981AC5A"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0F6F2026" w14:textId="77777777">
        <w:trPr>
          <w:jc w:val="center"/>
        </w:trPr>
        <w:tc>
          <w:tcPr>
            <w:tcW w:w="2700" w:type="dxa"/>
          </w:tcPr>
          <w:p w14:paraId="6D0D0AF5"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286A41E8"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3531147E" w14:textId="77777777" w:rsidR="00452AAF" w:rsidRDefault="00452AAF"/>
    <w:p w14:paraId="36EBF293" w14:textId="77777777" w:rsidR="00452AAF" w:rsidRPr="00632D01" w:rsidRDefault="002138ED">
      <w:pPr>
        <w:ind w:firstLine="709"/>
        <w:jc w:val="both"/>
        <w:rPr>
          <w:lang w:val="ru-RU"/>
        </w:rPr>
      </w:pPr>
      <w:r w:rsidRPr="00632D01">
        <w:rPr>
          <w:b/>
          <w:lang w:val="ru-RU"/>
        </w:rPr>
        <w:t>Цель обработки № 8. Подбор персонала</w:t>
      </w:r>
    </w:p>
    <w:p w14:paraId="14C5D236" w14:textId="77777777" w:rsidR="00452AAF" w:rsidRPr="002D4DCC" w:rsidRDefault="002138ED">
      <w:pPr>
        <w:ind w:firstLine="709"/>
        <w:jc w:val="both"/>
        <w:rPr>
          <w:lang w:val="ru-RU"/>
        </w:rPr>
      </w:pPr>
      <w:r w:rsidRPr="002D4DCC">
        <w:rPr>
          <w:lang w:val="ru-RU"/>
        </w:rPr>
        <w:t>Поиск и оценка кандидатов на замещение вакантных должностей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63A5C6AB" w14:textId="77777777">
        <w:trPr>
          <w:jc w:val="center"/>
        </w:trPr>
        <w:tc>
          <w:tcPr>
            <w:tcW w:w="2700" w:type="dxa"/>
          </w:tcPr>
          <w:p w14:paraId="041E2F2C"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15045E63" w14:textId="77777777" w:rsidR="00452AAF" w:rsidRDefault="002138ED">
            <w:pPr>
              <w:jc w:val="both"/>
            </w:pPr>
            <w:proofErr w:type="spellStart"/>
            <w:r>
              <w:t>Соискатели</w:t>
            </w:r>
            <w:proofErr w:type="spellEnd"/>
            <w:r>
              <w:t xml:space="preserve"> </w:t>
            </w:r>
            <w:proofErr w:type="spellStart"/>
            <w:r>
              <w:t>вакантных</w:t>
            </w:r>
            <w:proofErr w:type="spellEnd"/>
            <w:r>
              <w:t xml:space="preserve"> </w:t>
            </w:r>
            <w:proofErr w:type="spellStart"/>
            <w:r>
              <w:t>должностей</w:t>
            </w:r>
            <w:proofErr w:type="spellEnd"/>
          </w:p>
        </w:tc>
      </w:tr>
      <w:tr w:rsidR="00452AAF" w:rsidRPr="002D4DCC" w14:paraId="1E060FAB" w14:textId="77777777">
        <w:trPr>
          <w:jc w:val="center"/>
        </w:trPr>
        <w:tc>
          <w:tcPr>
            <w:tcW w:w="2700" w:type="dxa"/>
          </w:tcPr>
          <w:p w14:paraId="69C36BA1"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0904F3B5"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 Уровень образования, реквизиты документа об образовании (серия / номер / дата выдачи / наименование учебного заведения / специальность / квалификация), сведения о повышении квалификации, сведения о профессиональной переподготовке, владение иностранными языками, реквизиты сертификатов и удостоверений, Сведения об опыте, желаемая должность, ожидаемая зарплата, рекомендации, результат собеседования</w:t>
            </w:r>
          </w:p>
        </w:tc>
      </w:tr>
      <w:tr w:rsidR="00452AAF" w:rsidRPr="002D4DCC" w14:paraId="4262AA2A" w14:textId="77777777">
        <w:trPr>
          <w:jc w:val="center"/>
        </w:trPr>
        <w:tc>
          <w:tcPr>
            <w:tcW w:w="2700" w:type="dxa"/>
          </w:tcPr>
          <w:p w14:paraId="6993CD57"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6639619D" w14:textId="77777777" w:rsidR="00452AAF" w:rsidRPr="002D4DCC" w:rsidRDefault="002138ED">
            <w:pPr>
              <w:jc w:val="both"/>
              <w:rPr>
                <w:lang w:val="ru-RU"/>
              </w:rPr>
            </w:pPr>
            <w:r w:rsidRPr="002D4DCC">
              <w:rPr>
                <w:lang w:val="ru-RU"/>
              </w:rPr>
              <w:t xml:space="preserve">Федеральный закон от 27.07.2006 № 152-ФЗ «О персональных данных» (ст. 9); Трудовой кодекс Российской Федерации от 30.12.2001 № 197-ФЗ (ст. 86), согласие на обработку </w:t>
            </w:r>
            <w:proofErr w:type="spellStart"/>
            <w:r w:rsidRPr="002D4DCC">
              <w:rPr>
                <w:lang w:val="ru-RU"/>
              </w:rPr>
              <w:t>ПДн</w:t>
            </w:r>
            <w:proofErr w:type="spellEnd"/>
          </w:p>
        </w:tc>
      </w:tr>
      <w:tr w:rsidR="00452AAF" w:rsidRPr="002D4DCC" w14:paraId="69F4B23A" w14:textId="77777777">
        <w:trPr>
          <w:jc w:val="center"/>
        </w:trPr>
        <w:tc>
          <w:tcPr>
            <w:tcW w:w="2700" w:type="dxa"/>
          </w:tcPr>
          <w:p w14:paraId="5E26D6D6"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130CB7D2" w14:textId="77777777" w:rsidR="00452AAF" w:rsidRPr="002D4DCC" w:rsidRDefault="002138ED">
            <w:pPr>
              <w:jc w:val="both"/>
              <w:rPr>
                <w:lang w:val="ru-RU"/>
              </w:rPr>
            </w:pPr>
            <w:r w:rsidRPr="002D4DCC">
              <w:rPr>
                <w:lang w:val="ru-RU"/>
              </w:rPr>
              <w:t>Сбор, запись, систематизация, хранение, извлечение, использование, уничтожение</w:t>
            </w:r>
          </w:p>
        </w:tc>
      </w:tr>
      <w:tr w:rsidR="00452AAF" w14:paraId="26658C9A" w14:textId="77777777">
        <w:trPr>
          <w:jc w:val="center"/>
        </w:trPr>
        <w:tc>
          <w:tcPr>
            <w:tcW w:w="2700" w:type="dxa"/>
          </w:tcPr>
          <w:p w14:paraId="6B664B16"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4E5B7A09"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360A096D" w14:textId="77777777">
        <w:trPr>
          <w:jc w:val="center"/>
        </w:trPr>
        <w:tc>
          <w:tcPr>
            <w:tcW w:w="2700" w:type="dxa"/>
          </w:tcPr>
          <w:p w14:paraId="20CFC7EA"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5E3518EC" w14:textId="77777777" w:rsidR="00452AAF" w:rsidRPr="002D4DCC" w:rsidRDefault="002138ED">
            <w:pPr>
              <w:jc w:val="both"/>
              <w:rPr>
                <w:lang w:val="ru-RU"/>
              </w:rPr>
            </w:pPr>
            <w:r w:rsidRPr="002D4DCC">
              <w:rPr>
                <w:lang w:val="ru-RU"/>
              </w:rPr>
              <w:t xml:space="preserve">Резюме; Анкета при приёме; Согласие на обработку </w:t>
            </w:r>
            <w:proofErr w:type="spellStart"/>
            <w:r w:rsidRPr="002D4DCC">
              <w:rPr>
                <w:lang w:val="ru-RU"/>
              </w:rPr>
              <w:t>ПДн</w:t>
            </w:r>
            <w:proofErr w:type="spellEnd"/>
            <w:r w:rsidRPr="002D4DCC">
              <w:rPr>
                <w:lang w:val="ru-RU"/>
              </w:rPr>
              <w:t xml:space="preserve"> соискателя; Рекомендательные письма; Записи собеседований</w:t>
            </w:r>
          </w:p>
        </w:tc>
      </w:tr>
      <w:tr w:rsidR="00452AAF" w:rsidRPr="002D4DCC" w14:paraId="738AD76C" w14:textId="77777777">
        <w:trPr>
          <w:jc w:val="center"/>
        </w:trPr>
        <w:tc>
          <w:tcPr>
            <w:tcW w:w="2700" w:type="dxa"/>
          </w:tcPr>
          <w:p w14:paraId="3A185F75"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5412E292" w14:textId="77777777" w:rsidR="00452AAF" w:rsidRPr="002D4DCC" w:rsidRDefault="002138ED">
            <w:pPr>
              <w:jc w:val="both"/>
              <w:rPr>
                <w:lang w:val="ru-RU"/>
              </w:rPr>
            </w:pPr>
            <w:r w:rsidRPr="002D4DCC">
              <w:rPr>
                <w:lang w:val="ru-RU"/>
              </w:rPr>
              <w:t>Шкаф с замком в отделе кадров</w:t>
            </w:r>
          </w:p>
        </w:tc>
      </w:tr>
      <w:tr w:rsidR="00452AAF" w:rsidRPr="002D4DCC" w14:paraId="7FC8D2E3" w14:textId="77777777">
        <w:trPr>
          <w:jc w:val="center"/>
        </w:trPr>
        <w:tc>
          <w:tcPr>
            <w:tcW w:w="2700" w:type="dxa"/>
          </w:tcPr>
          <w:p w14:paraId="30774904" w14:textId="77777777" w:rsidR="00452AAF" w:rsidRDefault="002138ED">
            <w:proofErr w:type="spellStart"/>
            <w:r>
              <w:rPr>
                <w:b/>
              </w:rPr>
              <w:t>Получатели</w:t>
            </w:r>
            <w:proofErr w:type="spellEnd"/>
            <w:r>
              <w:rPr>
                <w:b/>
              </w:rPr>
              <w:t>:</w:t>
            </w:r>
          </w:p>
        </w:tc>
        <w:tc>
          <w:tcPr>
            <w:tcW w:w="6938" w:type="dxa"/>
          </w:tcPr>
          <w:p w14:paraId="6B38DED0" w14:textId="77777777" w:rsidR="00452AAF" w:rsidRPr="002D4DCC" w:rsidRDefault="002138ED">
            <w:pPr>
              <w:jc w:val="both"/>
              <w:rPr>
                <w:lang w:val="ru-RU"/>
              </w:rPr>
            </w:pPr>
            <w:r w:rsidRPr="002D4DCC">
              <w:rPr>
                <w:lang w:val="ru-RU"/>
              </w:rPr>
              <w:t>Рекрутинговое агентство / портал по поиску работы</w:t>
            </w:r>
          </w:p>
        </w:tc>
      </w:tr>
      <w:tr w:rsidR="00452AAF" w:rsidRPr="002D4DCC" w14:paraId="5B8EDB1F" w14:textId="77777777">
        <w:trPr>
          <w:jc w:val="center"/>
        </w:trPr>
        <w:tc>
          <w:tcPr>
            <w:tcW w:w="2700" w:type="dxa"/>
          </w:tcPr>
          <w:p w14:paraId="564F3C15" w14:textId="77777777" w:rsidR="00452AAF" w:rsidRDefault="002138ED">
            <w:proofErr w:type="spellStart"/>
            <w:r>
              <w:rPr>
                <w:b/>
              </w:rPr>
              <w:lastRenderedPageBreak/>
              <w:t>Сроки</w:t>
            </w:r>
            <w:proofErr w:type="spellEnd"/>
            <w:r>
              <w:rPr>
                <w:b/>
              </w:rPr>
              <w:t xml:space="preserve"> </w:t>
            </w:r>
            <w:proofErr w:type="spellStart"/>
            <w:r>
              <w:rPr>
                <w:b/>
              </w:rPr>
              <w:t>хранения</w:t>
            </w:r>
            <w:proofErr w:type="spellEnd"/>
            <w:r>
              <w:rPr>
                <w:b/>
              </w:rPr>
              <w:t>:</w:t>
            </w:r>
          </w:p>
        </w:tc>
        <w:tc>
          <w:tcPr>
            <w:tcW w:w="6938" w:type="dxa"/>
          </w:tcPr>
          <w:p w14:paraId="38C0E7F1" w14:textId="77777777" w:rsidR="00452AAF" w:rsidRPr="002D4DCC" w:rsidRDefault="002138ED">
            <w:pPr>
              <w:jc w:val="both"/>
              <w:rPr>
                <w:lang w:val="ru-RU"/>
              </w:rPr>
            </w:pPr>
            <w:r w:rsidRPr="002D4DCC">
              <w:rPr>
                <w:lang w:val="ru-RU"/>
              </w:rPr>
              <w:t xml:space="preserve">До завершения подбора + 30 дней; до отзыва (при согласии на резерв) (ФЗ-152 (ч. 4 ст. 21); Приказ </w:t>
            </w:r>
            <w:proofErr w:type="spellStart"/>
            <w:r w:rsidRPr="002D4DCC">
              <w:rPr>
                <w:lang w:val="ru-RU"/>
              </w:rPr>
              <w:t>Росархива</w:t>
            </w:r>
            <w:proofErr w:type="spellEnd"/>
            <w:r w:rsidRPr="002D4DCC">
              <w:rPr>
                <w:lang w:val="ru-RU"/>
              </w:rPr>
              <w:t xml:space="preserve"> № 236 (п. 438))</w:t>
            </w:r>
          </w:p>
        </w:tc>
      </w:tr>
      <w:tr w:rsidR="00452AAF" w14:paraId="495763E2" w14:textId="77777777">
        <w:trPr>
          <w:jc w:val="center"/>
        </w:trPr>
        <w:tc>
          <w:tcPr>
            <w:tcW w:w="2700" w:type="dxa"/>
          </w:tcPr>
          <w:p w14:paraId="1279148C"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4A1601FF"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5FCF9507" w14:textId="77777777">
        <w:trPr>
          <w:jc w:val="center"/>
        </w:trPr>
        <w:tc>
          <w:tcPr>
            <w:tcW w:w="2700" w:type="dxa"/>
          </w:tcPr>
          <w:p w14:paraId="389FC38C"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641DA1A8"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39951612" w14:textId="77777777" w:rsidR="00452AAF" w:rsidRDefault="00452AAF"/>
    <w:p w14:paraId="277C72ED" w14:textId="77777777" w:rsidR="00452AAF" w:rsidRPr="00632D01" w:rsidRDefault="002138ED">
      <w:pPr>
        <w:ind w:firstLine="709"/>
        <w:jc w:val="both"/>
        <w:rPr>
          <w:lang w:val="ru-RU"/>
        </w:rPr>
      </w:pPr>
      <w:r w:rsidRPr="00632D01">
        <w:rPr>
          <w:b/>
          <w:lang w:val="ru-RU"/>
        </w:rPr>
        <w:t>Цель обработки № 9. Кадровый резерв</w:t>
      </w:r>
    </w:p>
    <w:p w14:paraId="6C51C563" w14:textId="77777777" w:rsidR="00452AAF" w:rsidRPr="002D4DCC" w:rsidRDefault="002138ED">
      <w:pPr>
        <w:ind w:firstLine="709"/>
        <w:jc w:val="both"/>
        <w:rPr>
          <w:lang w:val="ru-RU"/>
        </w:rPr>
      </w:pPr>
      <w:r w:rsidRPr="002D4DCC">
        <w:rPr>
          <w:lang w:val="ru-RU"/>
        </w:rPr>
        <w:t>Формирование и ведение кадрового резерва для замещения вакантных должностей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72A6FC64" w14:textId="77777777">
        <w:trPr>
          <w:jc w:val="center"/>
        </w:trPr>
        <w:tc>
          <w:tcPr>
            <w:tcW w:w="2700" w:type="dxa"/>
          </w:tcPr>
          <w:p w14:paraId="180E5842"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795CA807" w14:textId="77777777" w:rsidR="00452AAF" w:rsidRPr="002D4DCC" w:rsidRDefault="002138ED">
            <w:pPr>
              <w:jc w:val="both"/>
              <w:rPr>
                <w:lang w:val="ru-RU"/>
              </w:rPr>
            </w:pPr>
            <w:r w:rsidRPr="002D4DCC">
              <w:rPr>
                <w:lang w:val="ru-RU"/>
              </w:rPr>
              <w:t>Действующие работники организации; Соискатели вакантных должностей</w:t>
            </w:r>
          </w:p>
        </w:tc>
      </w:tr>
      <w:tr w:rsidR="00452AAF" w:rsidRPr="002D4DCC" w14:paraId="55C0BD15" w14:textId="77777777">
        <w:trPr>
          <w:jc w:val="center"/>
        </w:trPr>
        <w:tc>
          <w:tcPr>
            <w:tcW w:w="2700" w:type="dxa"/>
          </w:tcPr>
          <w:p w14:paraId="0B2D7F3E"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6B772B30"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 Уровень образования, реквизиты документа об образовании (серия / номер / дата выдачи / наименование учебного заведения / специальность / квалификация), сведения о повышении квалификации, сведения о профессиональной переподготовке, владение иностранными языками, реквизиты сертификатов и удостоверений, Должность, подразделение, табельный номер, реквизиты трудового договора (номер / дата заключения), дата приёма на работу, дата увольнения, сведения о трудовом стаже, сведения о предыдущих местах работы</w:t>
            </w:r>
          </w:p>
        </w:tc>
      </w:tr>
      <w:tr w:rsidR="00452AAF" w:rsidRPr="002D4DCC" w14:paraId="4CDC7DA9" w14:textId="77777777">
        <w:trPr>
          <w:jc w:val="center"/>
        </w:trPr>
        <w:tc>
          <w:tcPr>
            <w:tcW w:w="2700" w:type="dxa"/>
          </w:tcPr>
          <w:p w14:paraId="5E22B727"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74D93BEA" w14:textId="77777777" w:rsidR="00452AAF" w:rsidRPr="002D4DCC" w:rsidRDefault="002138ED">
            <w:pPr>
              <w:jc w:val="both"/>
              <w:rPr>
                <w:lang w:val="ru-RU"/>
              </w:rPr>
            </w:pPr>
            <w:r w:rsidRPr="002D4DCC">
              <w:rPr>
                <w:lang w:val="ru-RU"/>
              </w:rPr>
              <w:t>Федеральный закон от 27.07.2004 № 79-ФЗ «О государственной гражданской службе Российской Федерации» (ст. 64); Федеральный закон от 02.03.2007 № 25-ФЗ «О муниципальной службе в Российской Федерации» (ст. 33); Указ Президента Российской Федерации от 01.03.2017 № 96 «Об утверждении Положения о кадровом резерве федерального государственного органа»</w:t>
            </w:r>
          </w:p>
        </w:tc>
      </w:tr>
      <w:tr w:rsidR="00452AAF" w:rsidRPr="002D4DCC" w14:paraId="4D4BAFA7" w14:textId="77777777">
        <w:trPr>
          <w:jc w:val="center"/>
        </w:trPr>
        <w:tc>
          <w:tcPr>
            <w:tcW w:w="2700" w:type="dxa"/>
          </w:tcPr>
          <w:p w14:paraId="41CDADC3"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0A8FE4DD" w14:textId="77777777" w:rsidR="00452AAF" w:rsidRPr="002D4DCC" w:rsidRDefault="002138ED">
            <w:pPr>
              <w:jc w:val="both"/>
              <w:rPr>
                <w:lang w:val="ru-RU"/>
              </w:rPr>
            </w:pPr>
            <w:r w:rsidRPr="002D4DCC">
              <w:rPr>
                <w:lang w:val="ru-RU"/>
              </w:rPr>
              <w:t>Сбор, запись, систематизация, хранение, уточнение, извлечение, использование, уничтожение</w:t>
            </w:r>
          </w:p>
        </w:tc>
      </w:tr>
      <w:tr w:rsidR="00452AAF" w14:paraId="693A2B3F" w14:textId="77777777">
        <w:trPr>
          <w:jc w:val="center"/>
        </w:trPr>
        <w:tc>
          <w:tcPr>
            <w:tcW w:w="2700" w:type="dxa"/>
          </w:tcPr>
          <w:p w14:paraId="6B9E6A70"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3766438C" w14:textId="77777777" w:rsidR="00452AAF" w:rsidRDefault="002138ED">
            <w:pPr>
              <w:jc w:val="both"/>
            </w:pPr>
            <w:proofErr w:type="spellStart"/>
            <w:r>
              <w:t>Смешанная</w:t>
            </w:r>
            <w:proofErr w:type="spellEnd"/>
            <w:r>
              <w:t>, ЛВС</w:t>
            </w:r>
          </w:p>
        </w:tc>
      </w:tr>
      <w:tr w:rsidR="00452AAF" w:rsidRPr="002D4DCC" w14:paraId="2B330CF5" w14:textId="77777777">
        <w:trPr>
          <w:jc w:val="center"/>
        </w:trPr>
        <w:tc>
          <w:tcPr>
            <w:tcW w:w="2700" w:type="dxa"/>
          </w:tcPr>
          <w:p w14:paraId="779A0479"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6AAA8812" w14:textId="77777777" w:rsidR="00452AAF" w:rsidRPr="002D4DCC" w:rsidRDefault="002138ED">
            <w:pPr>
              <w:jc w:val="both"/>
              <w:rPr>
                <w:lang w:val="ru-RU"/>
              </w:rPr>
            </w:pPr>
            <w:r w:rsidRPr="002D4DCC">
              <w:rPr>
                <w:lang w:val="ru-RU"/>
              </w:rPr>
              <w:t xml:space="preserve">Личное дело кандидата в резерв; Заявление о включении в кадровый резерв; Согласие на обработку </w:t>
            </w:r>
            <w:proofErr w:type="spellStart"/>
            <w:r w:rsidRPr="002D4DCC">
              <w:rPr>
                <w:lang w:val="ru-RU"/>
              </w:rPr>
              <w:t>ПДн</w:t>
            </w:r>
            <w:proofErr w:type="spellEnd"/>
            <w:r w:rsidRPr="002D4DCC">
              <w:rPr>
                <w:lang w:val="ru-RU"/>
              </w:rPr>
              <w:t xml:space="preserve">; Протокол конкурсной (аттестационной) комиссии; Приказ (распоряжение) </w:t>
            </w:r>
            <w:r w:rsidRPr="002D4DCC">
              <w:rPr>
                <w:lang w:val="ru-RU"/>
              </w:rPr>
              <w:lastRenderedPageBreak/>
              <w:t>о включении в кадровый резерв</w:t>
            </w:r>
          </w:p>
        </w:tc>
      </w:tr>
      <w:tr w:rsidR="00452AAF" w:rsidRPr="002D4DCC" w14:paraId="2ED18C01" w14:textId="77777777">
        <w:trPr>
          <w:jc w:val="center"/>
        </w:trPr>
        <w:tc>
          <w:tcPr>
            <w:tcW w:w="2700" w:type="dxa"/>
          </w:tcPr>
          <w:p w14:paraId="6084D47D" w14:textId="77777777" w:rsidR="00452AAF" w:rsidRDefault="002138ED">
            <w:proofErr w:type="spellStart"/>
            <w:r>
              <w:rPr>
                <w:b/>
              </w:rPr>
              <w:lastRenderedPageBreak/>
              <w:t>Места</w:t>
            </w:r>
            <w:proofErr w:type="spellEnd"/>
            <w:r>
              <w:rPr>
                <w:b/>
              </w:rPr>
              <w:t xml:space="preserve"> </w:t>
            </w:r>
            <w:proofErr w:type="spellStart"/>
            <w:r>
              <w:rPr>
                <w:b/>
              </w:rPr>
              <w:t>хранения</w:t>
            </w:r>
            <w:proofErr w:type="spellEnd"/>
            <w:r>
              <w:rPr>
                <w:b/>
              </w:rPr>
              <w:t>:</w:t>
            </w:r>
          </w:p>
        </w:tc>
        <w:tc>
          <w:tcPr>
            <w:tcW w:w="6938" w:type="dxa"/>
          </w:tcPr>
          <w:p w14:paraId="62D8B62B"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3F56E861" w14:textId="77777777">
        <w:trPr>
          <w:jc w:val="center"/>
        </w:trPr>
        <w:tc>
          <w:tcPr>
            <w:tcW w:w="2700" w:type="dxa"/>
          </w:tcPr>
          <w:p w14:paraId="37F4C9EC" w14:textId="77777777" w:rsidR="00452AAF" w:rsidRDefault="002138ED">
            <w:proofErr w:type="spellStart"/>
            <w:r>
              <w:rPr>
                <w:b/>
              </w:rPr>
              <w:t>Получатели</w:t>
            </w:r>
            <w:proofErr w:type="spellEnd"/>
            <w:r>
              <w:rPr>
                <w:b/>
              </w:rPr>
              <w:t>:</w:t>
            </w:r>
          </w:p>
        </w:tc>
        <w:tc>
          <w:tcPr>
            <w:tcW w:w="6938" w:type="dxa"/>
          </w:tcPr>
          <w:p w14:paraId="44F3281E" w14:textId="77777777" w:rsidR="00452AAF" w:rsidRDefault="002138ED">
            <w:pPr>
              <w:jc w:val="both"/>
            </w:pPr>
            <w:proofErr w:type="spellStart"/>
            <w:r>
              <w:t>Не</w:t>
            </w:r>
            <w:proofErr w:type="spellEnd"/>
            <w:r>
              <w:t xml:space="preserve"> </w:t>
            </w:r>
            <w:proofErr w:type="spellStart"/>
            <w:r>
              <w:t>передаются</w:t>
            </w:r>
            <w:proofErr w:type="spellEnd"/>
          </w:p>
        </w:tc>
      </w:tr>
      <w:tr w:rsidR="00452AAF" w:rsidRPr="002D4DCC" w14:paraId="5AA23BF9" w14:textId="77777777">
        <w:trPr>
          <w:jc w:val="center"/>
        </w:trPr>
        <w:tc>
          <w:tcPr>
            <w:tcW w:w="2700" w:type="dxa"/>
          </w:tcPr>
          <w:p w14:paraId="041DB725"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0307BB1F" w14:textId="77777777" w:rsidR="00452AAF" w:rsidRPr="002D4DCC" w:rsidRDefault="002138ED">
            <w:pPr>
              <w:jc w:val="both"/>
              <w:rPr>
                <w:lang w:val="ru-RU"/>
              </w:rPr>
            </w:pPr>
            <w:r w:rsidRPr="002D4DCC">
              <w:rPr>
                <w:lang w:val="ru-RU"/>
              </w:rPr>
              <w:t xml:space="preserve">3 года с момента включения в резерв (Указ Президента РФ от 01.03.2017 № 96 (п. 18); Приказ </w:t>
            </w:r>
            <w:proofErr w:type="spellStart"/>
            <w:r w:rsidRPr="002D4DCC">
              <w:rPr>
                <w:lang w:val="ru-RU"/>
              </w:rPr>
              <w:t>Росархива</w:t>
            </w:r>
            <w:proofErr w:type="spellEnd"/>
            <w:r w:rsidRPr="002D4DCC">
              <w:rPr>
                <w:lang w:val="ru-RU"/>
              </w:rPr>
              <w:t xml:space="preserve"> № 236 (п. 443))</w:t>
            </w:r>
          </w:p>
        </w:tc>
      </w:tr>
      <w:tr w:rsidR="00452AAF" w14:paraId="5DD092C1" w14:textId="77777777">
        <w:trPr>
          <w:jc w:val="center"/>
        </w:trPr>
        <w:tc>
          <w:tcPr>
            <w:tcW w:w="2700" w:type="dxa"/>
          </w:tcPr>
          <w:p w14:paraId="1CE3A3A4"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64098F6F"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384F07BC" w14:textId="77777777">
        <w:trPr>
          <w:jc w:val="center"/>
        </w:trPr>
        <w:tc>
          <w:tcPr>
            <w:tcW w:w="2700" w:type="dxa"/>
          </w:tcPr>
          <w:p w14:paraId="259AD280"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3F8A50EA"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4AE89242" w14:textId="77777777" w:rsidR="00452AAF" w:rsidRDefault="00452AAF"/>
    <w:p w14:paraId="573FDB72" w14:textId="77777777" w:rsidR="00452AAF" w:rsidRPr="00632D01" w:rsidRDefault="002138ED">
      <w:pPr>
        <w:ind w:firstLine="709"/>
        <w:jc w:val="both"/>
        <w:rPr>
          <w:lang w:val="ru-RU"/>
        </w:rPr>
      </w:pPr>
      <w:r w:rsidRPr="00632D01">
        <w:rPr>
          <w:b/>
          <w:lang w:val="ru-RU"/>
        </w:rPr>
        <w:t>Цель обработки № 10. Социальные льготы и гарантии</w:t>
      </w:r>
    </w:p>
    <w:p w14:paraId="47D28CB7" w14:textId="77777777" w:rsidR="00452AAF" w:rsidRPr="002D4DCC" w:rsidRDefault="002138ED">
      <w:pPr>
        <w:ind w:firstLine="709"/>
        <w:jc w:val="both"/>
        <w:rPr>
          <w:lang w:val="ru-RU"/>
        </w:rPr>
      </w:pPr>
      <w:r w:rsidRPr="002D4DCC">
        <w:rPr>
          <w:lang w:val="ru-RU"/>
        </w:rPr>
        <w:t>Предоставление социальных льгот, гарантий и компенсаций работникам и членам их семей, оформление налоговых вычетов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4807F227" w14:textId="77777777">
        <w:trPr>
          <w:jc w:val="center"/>
        </w:trPr>
        <w:tc>
          <w:tcPr>
            <w:tcW w:w="2700" w:type="dxa"/>
          </w:tcPr>
          <w:p w14:paraId="736D1C53"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3BE47FCF" w14:textId="77777777" w:rsidR="00452AAF" w:rsidRPr="002D4DCC" w:rsidRDefault="002138ED">
            <w:pPr>
              <w:jc w:val="both"/>
              <w:rPr>
                <w:lang w:val="ru-RU"/>
              </w:rPr>
            </w:pPr>
            <w:r w:rsidRPr="002D4DCC">
              <w:rPr>
                <w:lang w:val="ru-RU"/>
              </w:rPr>
              <w:t>Действующие работники организации; Родственники работников</w:t>
            </w:r>
          </w:p>
        </w:tc>
      </w:tr>
      <w:tr w:rsidR="00452AAF" w:rsidRPr="002D4DCC" w14:paraId="6AF8AAE2" w14:textId="77777777">
        <w:trPr>
          <w:jc w:val="center"/>
        </w:trPr>
        <w:tc>
          <w:tcPr>
            <w:tcW w:w="2700" w:type="dxa"/>
          </w:tcPr>
          <w:p w14:paraId="73E1A6B8"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32C5D7E8"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 ИНН, СНИЛС, регистрационный номер в СФР,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w:t>
            </w:r>
          </w:p>
        </w:tc>
      </w:tr>
      <w:tr w:rsidR="00452AAF" w:rsidRPr="002D4DCC" w14:paraId="53928AAE" w14:textId="77777777">
        <w:trPr>
          <w:jc w:val="center"/>
        </w:trPr>
        <w:tc>
          <w:tcPr>
            <w:tcW w:w="2700" w:type="dxa"/>
          </w:tcPr>
          <w:p w14:paraId="60C08481"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54A831FD" w14:textId="77777777" w:rsidR="00452AAF" w:rsidRPr="002D4DCC" w:rsidRDefault="002138ED">
            <w:pPr>
              <w:jc w:val="both"/>
              <w:rPr>
                <w:lang w:val="ru-RU"/>
              </w:rPr>
            </w:pPr>
            <w:r w:rsidRPr="002D4DCC">
              <w:rPr>
                <w:lang w:val="ru-RU"/>
              </w:rPr>
              <w:t xml:space="preserve">Федеральный закон от 27.07.2006 № 152-ФЗ «О персональных данных» (ст. 9); Трудовой кодекс Российской Федерации от 30.12.2001 № 197-ФЗ (ст. 183, 255–257), согласие на обработку </w:t>
            </w:r>
            <w:proofErr w:type="spellStart"/>
            <w:r w:rsidRPr="002D4DCC">
              <w:rPr>
                <w:lang w:val="ru-RU"/>
              </w:rPr>
              <w:t>ПДн</w:t>
            </w:r>
            <w:proofErr w:type="spellEnd"/>
          </w:p>
        </w:tc>
      </w:tr>
      <w:tr w:rsidR="00452AAF" w:rsidRPr="002D4DCC" w14:paraId="3C3AAEED" w14:textId="77777777">
        <w:trPr>
          <w:jc w:val="center"/>
        </w:trPr>
        <w:tc>
          <w:tcPr>
            <w:tcW w:w="2700" w:type="dxa"/>
          </w:tcPr>
          <w:p w14:paraId="37DF11E6"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03BE727C" w14:textId="77777777" w:rsidR="00452AAF" w:rsidRPr="002D4DCC" w:rsidRDefault="002138ED">
            <w:pPr>
              <w:jc w:val="both"/>
              <w:rPr>
                <w:lang w:val="ru-RU"/>
              </w:rPr>
            </w:pPr>
            <w:r w:rsidRPr="002D4DCC">
              <w:rPr>
                <w:lang w:val="ru-RU"/>
              </w:rPr>
              <w:t>Сбор, запись, хранение, извлечение, использование, передача</w:t>
            </w:r>
          </w:p>
        </w:tc>
      </w:tr>
      <w:tr w:rsidR="00452AAF" w14:paraId="2CEE5E7C" w14:textId="77777777">
        <w:trPr>
          <w:jc w:val="center"/>
        </w:trPr>
        <w:tc>
          <w:tcPr>
            <w:tcW w:w="2700" w:type="dxa"/>
          </w:tcPr>
          <w:p w14:paraId="3255968F"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187DCB56" w14:textId="77777777" w:rsidR="00452AAF" w:rsidRDefault="002138ED">
            <w:pPr>
              <w:jc w:val="both"/>
            </w:pPr>
            <w:proofErr w:type="spellStart"/>
            <w:r>
              <w:t>Смешанная</w:t>
            </w:r>
            <w:proofErr w:type="spellEnd"/>
            <w:r>
              <w:t>, ЛВС</w:t>
            </w:r>
          </w:p>
        </w:tc>
      </w:tr>
      <w:tr w:rsidR="00452AAF" w:rsidRPr="002D4DCC" w14:paraId="32554FEB" w14:textId="77777777">
        <w:trPr>
          <w:jc w:val="center"/>
        </w:trPr>
        <w:tc>
          <w:tcPr>
            <w:tcW w:w="2700" w:type="dxa"/>
          </w:tcPr>
          <w:p w14:paraId="4FAB9662"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04B5178E" w14:textId="77777777" w:rsidR="00452AAF" w:rsidRPr="002D4DCC" w:rsidRDefault="002138ED">
            <w:pPr>
              <w:jc w:val="both"/>
              <w:rPr>
                <w:lang w:val="ru-RU"/>
              </w:rPr>
            </w:pPr>
            <w:r w:rsidRPr="002D4DCC">
              <w:rPr>
                <w:lang w:val="ru-RU"/>
              </w:rPr>
              <w:t>Справка о составе семьи; Копия свидетельства о рождении ребёнка; Копия свидетельства о браке; Заявление на мат. помощь; Документы на льготы</w:t>
            </w:r>
          </w:p>
        </w:tc>
      </w:tr>
      <w:tr w:rsidR="00452AAF" w:rsidRPr="002D4DCC" w14:paraId="1DD2B94A" w14:textId="77777777">
        <w:trPr>
          <w:jc w:val="center"/>
        </w:trPr>
        <w:tc>
          <w:tcPr>
            <w:tcW w:w="2700" w:type="dxa"/>
          </w:tcPr>
          <w:p w14:paraId="0DE7C018"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0EC10468" w14:textId="77777777" w:rsidR="00452AAF" w:rsidRPr="002D4DCC" w:rsidRDefault="002138ED">
            <w:pPr>
              <w:jc w:val="both"/>
              <w:rPr>
                <w:lang w:val="ru-RU"/>
              </w:rPr>
            </w:pPr>
            <w:r w:rsidRPr="002D4DCC">
              <w:rPr>
                <w:lang w:val="ru-RU"/>
              </w:rPr>
              <w:t>Шкаф с замком в бухгалтерии</w:t>
            </w:r>
          </w:p>
        </w:tc>
      </w:tr>
      <w:tr w:rsidR="00452AAF" w:rsidRPr="002D4DCC" w14:paraId="75BFE324" w14:textId="77777777">
        <w:trPr>
          <w:jc w:val="center"/>
        </w:trPr>
        <w:tc>
          <w:tcPr>
            <w:tcW w:w="2700" w:type="dxa"/>
          </w:tcPr>
          <w:p w14:paraId="381B0581" w14:textId="77777777" w:rsidR="00452AAF" w:rsidRDefault="002138ED">
            <w:proofErr w:type="spellStart"/>
            <w:r>
              <w:rPr>
                <w:b/>
              </w:rPr>
              <w:t>Получатели</w:t>
            </w:r>
            <w:proofErr w:type="spellEnd"/>
            <w:r>
              <w:rPr>
                <w:b/>
              </w:rPr>
              <w:t>:</w:t>
            </w:r>
          </w:p>
        </w:tc>
        <w:tc>
          <w:tcPr>
            <w:tcW w:w="6938" w:type="dxa"/>
          </w:tcPr>
          <w:p w14:paraId="7FAEF37C" w14:textId="77777777" w:rsidR="00452AAF" w:rsidRPr="002D4DCC" w:rsidRDefault="002138ED">
            <w:pPr>
              <w:jc w:val="both"/>
              <w:rPr>
                <w:lang w:val="ru-RU"/>
              </w:rPr>
            </w:pPr>
            <w:r w:rsidRPr="002D4DCC">
              <w:rPr>
                <w:lang w:val="ru-RU"/>
              </w:rPr>
              <w:t>Социальный фонд России (СФР); Страховая организация (ДМС)</w:t>
            </w:r>
          </w:p>
        </w:tc>
      </w:tr>
      <w:tr w:rsidR="00452AAF" w14:paraId="2D74A544" w14:textId="77777777">
        <w:trPr>
          <w:jc w:val="center"/>
        </w:trPr>
        <w:tc>
          <w:tcPr>
            <w:tcW w:w="2700" w:type="dxa"/>
          </w:tcPr>
          <w:p w14:paraId="5D79C919" w14:textId="77777777" w:rsidR="00452AAF" w:rsidRDefault="002138ED">
            <w:proofErr w:type="spellStart"/>
            <w:r>
              <w:rPr>
                <w:b/>
              </w:rPr>
              <w:lastRenderedPageBreak/>
              <w:t>Сроки</w:t>
            </w:r>
            <w:proofErr w:type="spellEnd"/>
            <w:r>
              <w:rPr>
                <w:b/>
              </w:rPr>
              <w:t xml:space="preserve"> </w:t>
            </w:r>
            <w:proofErr w:type="spellStart"/>
            <w:r>
              <w:rPr>
                <w:b/>
              </w:rPr>
              <w:t>хранения</w:t>
            </w:r>
            <w:proofErr w:type="spellEnd"/>
            <w:r>
              <w:rPr>
                <w:b/>
              </w:rPr>
              <w:t>:</w:t>
            </w:r>
          </w:p>
        </w:tc>
        <w:tc>
          <w:tcPr>
            <w:tcW w:w="6938" w:type="dxa"/>
          </w:tcPr>
          <w:p w14:paraId="2424A903" w14:textId="77777777" w:rsidR="00452AAF" w:rsidRDefault="002138ED">
            <w:pPr>
              <w:jc w:val="both"/>
            </w:pPr>
            <w:r>
              <w:t xml:space="preserve">5 </w:t>
            </w:r>
            <w:proofErr w:type="spellStart"/>
            <w:r>
              <w:t>лет</w:t>
            </w:r>
            <w:proofErr w:type="spellEnd"/>
            <w:r>
              <w:t xml:space="preserve"> (</w:t>
            </w:r>
            <w:proofErr w:type="spellStart"/>
            <w:r>
              <w:t>Приказ</w:t>
            </w:r>
            <w:proofErr w:type="spellEnd"/>
            <w:r>
              <w:t xml:space="preserve"> </w:t>
            </w:r>
            <w:proofErr w:type="spellStart"/>
            <w:r>
              <w:t>Росархива</w:t>
            </w:r>
            <w:proofErr w:type="spellEnd"/>
            <w:r>
              <w:t xml:space="preserve"> № 236 (п. 302))</w:t>
            </w:r>
          </w:p>
        </w:tc>
      </w:tr>
      <w:tr w:rsidR="00452AAF" w14:paraId="063FB2FC" w14:textId="77777777">
        <w:trPr>
          <w:jc w:val="center"/>
        </w:trPr>
        <w:tc>
          <w:tcPr>
            <w:tcW w:w="2700" w:type="dxa"/>
          </w:tcPr>
          <w:p w14:paraId="6EF4FEFC"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47E70F38"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44BCEE62" w14:textId="77777777">
        <w:trPr>
          <w:jc w:val="center"/>
        </w:trPr>
        <w:tc>
          <w:tcPr>
            <w:tcW w:w="2700" w:type="dxa"/>
          </w:tcPr>
          <w:p w14:paraId="54C226A4"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37514B27"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1F120FED" w14:textId="77777777" w:rsidR="00452AAF" w:rsidRDefault="00452AAF"/>
    <w:p w14:paraId="12F9C746" w14:textId="77777777" w:rsidR="00452AAF" w:rsidRPr="00632D01" w:rsidRDefault="002138ED">
      <w:pPr>
        <w:ind w:firstLine="709"/>
        <w:jc w:val="both"/>
        <w:rPr>
          <w:lang w:val="ru-RU"/>
        </w:rPr>
      </w:pPr>
      <w:r w:rsidRPr="00632D01">
        <w:rPr>
          <w:b/>
          <w:lang w:val="ru-RU"/>
        </w:rPr>
        <w:t>Цель обработки № 11. Исполнение судебных актов</w:t>
      </w:r>
    </w:p>
    <w:p w14:paraId="135E898C" w14:textId="77777777" w:rsidR="00452AAF" w:rsidRPr="002D4DCC" w:rsidRDefault="002138ED">
      <w:pPr>
        <w:ind w:firstLine="709"/>
        <w:jc w:val="both"/>
        <w:rPr>
          <w:lang w:val="ru-RU"/>
        </w:rPr>
      </w:pPr>
      <w:r w:rsidRPr="002D4DCC">
        <w:rPr>
          <w:lang w:val="ru-RU"/>
        </w:rPr>
        <w:t>Исполнение судебных решений и постановлений, удержание из заработной платы по исполнительным документам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604BEC09" w14:textId="77777777">
        <w:trPr>
          <w:jc w:val="center"/>
        </w:trPr>
        <w:tc>
          <w:tcPr>
            <w:tcW w:w="2700" w:type="dxa"/>
          </w:tcPr>
          <w:p w14:paraId="2CCF6D6B"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2CA56622" w14:textId="77777777" w:rsidR="00452AAF" w:rsidRDefault="002138ED">
            <w:pPr>
              <w:jc w:val="both"/>
            </w:pPr>
            <w:proofErr w:type="spellStart"/>
            <w:r>
              <w:t>Действующие</w:t>
            </w:r>
            <w:proofErr w:type="spellEnd"/>
            <w:r>
              <w:t xml:space="preserve"> </w:t>
            </w:r>
            <w:proofErr w:type="spellStart"/>
            <w:r>
              <w:t>работники</w:t>
            </w:r>
            <w:proofErr w:type="spellEnd"/>
            <w:r>
              <w:t xml:space="preserve"> </w:t>
            </w:r>
            <w:proofErr w:type="spellStart"/>
            <w:r>
              <w:t>организации</w:t>
            </w:r>
            <w:proofErr w:type="spellEnd"/>
          </w:p>
        </w:tc>
      </w:tr>
      <w:tr w:rsidR="00452AAF" w:rsidRPr="002D4DCC" w14:paraId="15023E04" w14:textId="77777777">
        <w:trPr>
          <w:jc w:val="center"/>
        </w:trPr>
        <w:tc>
          <w:tcPr>
            <w:tcW w:w="2700" w:type="dxa"/>
          </w:tcPr>
          <w:p w14:paraId="5BAAEC43"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47369BC2"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Сведения о начисленной и выплаченной заработной плате, сведения о премиях и надбавках, сведения о доходах, банковские реквизиты (наименование банка / номер счёта / БИК), номер исполнительного листа, сумма удержания, реквизиты получателя</w:t>
            </w:r>
          </w:p>
        </w:tc>
      </w:tr>
      <w:tr w:rsidR="00452AAF" w:rsidRPr="002D4DCC" w14:paraId="240DF37C" w14:textId="77777777">
        <w:trPr>
          <w:jc w:val="center"/>
        </w:trPr>
        <w:tc>
          <w:tcPr>
            <w:tcW w:w="2700" w:type="dxa"/>
          </w:tcPr>
          <w:p w14:paraId="1211DF72"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52B5D089" w14:textId="77777777" w:rsidR="00452AAF" w:rsidRPr="002D4DCC" w:rsidRDefault="002138ED">
            <w:pPr>
              <w:jc w:val="both"/>
              <w:rPr>
                <w:lang w:val="ru-RU"/>
              </w:rPr>
            </w:pPr>
            <w:r w:rsidRPr="002D4DCC">
              <w:rPr>
                <w:lang w:val="ru-RU"/>
              </w:rPr>
              <w:t>Федеральный закон от 02.10.2007 № 229-ФЗ «Об исполнительном производстве» (гл. 11); Семейный кодекс Российской Федерации от 29.12.1995 № 223-ФЗ (гл. 17)</w:t>
            </w:r>
          </w:p>
        </w:tc>
      </w:tr>
      <w:tr w:rsidR="00452AAF" w:rsidRPr="002D4DCC" w14:paraId="353CA8B8" w14:textId="77777777">
        <w:trPr>
          <w:jc w:val="center"/>
        </w:trPr>
        <w:tc>
          <w:tcPr>
            <w:tcW w:w="2700" w:type="dxa"/>
          </w:tcPr>
          <w:p w14:paraId="46429C1C"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046BC3A1" w14:textId="77777777" w:rsidR="00452AAF" w:rsidRPr="002D4DCC" w:rsidRDefault="002138ED">
            <w:pPr>
              <w:jc w:val="both"/>
              <w:rPr>
                <w:lang w:val="ru-RU"/>
              </w:rPr>
            </w:pPr>
            <w:r w:rsidRPr="002D4DCC">
              <w:rPr>
                <w:lang w:val="ru-RU"/>
              </w:rPr>
              <w:t>Сбор, хранение, извлечение, использование, передача</w:t>
            </w:r>
          </w:p>
        </w:tc>
      </w:tr>
      <w:tr w:rsidR="00452AAF" w14:paraId="6091246A" w14:textId="77777777">
        <w:trPr>
          <w:jc w:val="center"/>
        </w:trPr>
        <w:tc>
          <w:tcPr>
            <w:tcW w:w="2700" w:type="dxa"/>
          </w:tcPr>
          <w:p w14:paraId="73215B47"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61B7BB16" w14:textId="77777777" w:rsidR="00452AAF" w:rsidRDefault="002138ED">
            <w:pPr>
              <w:jc w:val="both"/>
            </w:pPr>
            <w:proofErr w:type="spellStart"/>
            <w:r>
              <w:t>Смешанная</w:t>
            </w:r>
            <w:proofErr w:type="spellEnd"/>
            <w:r>
              <w:t>, ЛВС</w:t>
            </w:r>
          </w:p>
        </w:tc>
      </w:tr>
      <w:tr w:rsidR="00452AAF" w:rsidRPr="002D4DCC" w14:paraId="66D935EF" w14:textId="77777777">
        <w:trPr>
          <w:jc w:val="center"/>
        </w:trPr>
        <w:tc>
          <w:tcPr>
            <w:tcW w:w="2700" w:type="dxa"/>
          </w:tcPr>
          <w:p w14:paraId="3B2EE627"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11403260" w14:textId="77777777" w:rsidR="00452AAF" w:rsidRPr="002D4DCC" w:rsidRDefault="002138ED">
            <w:pPr>
              <w:jc w:val="both"/>
              <w:rPr>
                <w:lang w:val="ru-RU"/>
              </w:rPr>
            </w:pPr>
            <w:r w:rsidRPr="002D4DCC">
              <w:rPr>
                <w:lang w:val="ru-RU"/>
              </w:rPr>
              <w:t>Копия исполнительного листа; Постановление об удержании; Мировое соглашение (алименты)</w:t>
            </w:r>
          </w:p>
        </w:tc>
      </w:tr>
      <w:tr w:rsidR="00452AAF" w:rsidRPr="002D4DCC" w14:paraId="0A70412D" w14:textId="77777777">
        <w:trPr>
          <w:jc w:val="center"/>
        </w:trPr>
        <w:tc>
          <w:tcPr>
            <w:tcW w:w="2700" w:type="dxa"/>
          </w:tcPr>
          <w:p w14:paraId="35F70058"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5FD506BC" w14:textId="77777777" w:rsidR="00452AAF" w:rsidRPr="002D4DCC" w:rsidRDefault="002138ED">
            <w:pPr>
              <w:jc w:val="both"/>
              <w:rPr>
                <w:lang w:val="ru-RU"/>
              </w:rPr>
            </w:pPr>
            <w:r w:rsidRPr="002D4DCC">
              <w:rPr>
                <w:lang w:val="ru-RU"/>
              </w:rPr>
              <w:t>Шкаф с замком в юридическом отделе</w:t>
            </w:r>
          </w:p>
        </w:tc>
      </w:tr>
      <w:tr w:rsidR="00452AAF" w:rsidRPr="002D4DCC" w14:paraId="0DD11B92" w14:textId="77777777">
        <w:trPr>
          <w:jc w:val="center"/>
        </w:trPr>
        <w:tc>
          <w:tcPr>
            <w:tcW w:w="2700" w:type="dxa"/>
          </w:tcPr>
          <w:p w14:paraId="0F811DE3" w14:textId="77777777" w:rsidR="00452AAF" w:rsidRDefault="002138ED">
            <w:proofErr w:type="spellStart"/>
            <w:r>
              <w:rPr>
                <w:b/>
              </w:rPr>
              <w:t>Получатели</w:t>
            </w:r>
            <w:proofErr w:type="spellEnd"/>
            <w:r>
              <w:rPr>
                <w:b/>
              </w:rPr>
              <w:t>:</w:t>
            </w:r>
          </w:p>
        </w:tc>
        <w:tc>
          <w:tcPr>
            <w:tcW w:w="6938" w:type="dxa"/>
          </w:tcPr>
          <w:p w14:paraId="67644C54" w14:textId="77777777" w:rsidR="00452AAF" w:rsidRPr="002D4DCC" w:rsidRDefault="002138ED">
            <w:pPr>
              <w:jc w:val="both"/>
              <w:rPr>
                <w:lang w:val="ru-RU"/>
              </w:rPr>
            </w:pPr>
            <w:r w:rsidRPr="002D4DCC">
              <w:rPr>
                <w:lang w:val="ru-RU"/>
              </w:rPr>
              <w:t>Федеральная служба судебных приставов (ФССП); Суды, прокуратура, следственные органы, полиция</w:t>
            </w:r>
          </w:p>
        </w:tc>
      </w:tr>
      <w:tr w:rsidR="00452AAF" w14:paraId="7D6E2A89" w14:textId="77777777">
        <w:trPr>
          <w:jc w:val="center"/>
        </w:trPr>
        <w:tc>
          <w:tcPr>
            <w:tcW w:w="2700" w:type="dxa"/>
          </w:tcPr>
          <w:p w14:paraId="2A1B567B"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75D16720" w14:textId="77777777" w:rsidR="00452AAF" w:rsidRDefault="002138ED">
            <w:pPr>
              <w:jc w:val="both"/>
            </w:pPr>
            <w:r>
              <w:t xml:space="preserve">5 </w:t>
            </w:r>
            <w:proofErr w:type="spellStart"/>
            <w:r>
              <w:t>лет</w:t>
            </w:r>
            <w:proofErr w:type="spellEnd"/>
            <w:r>
              <w:t xml:space="preserve"> (</w:t>
            </w:r>
            <w:proofErr w:type="spellStart"/>
            <w:r>
              <w:t>Приказ</w:t>
            </w:r>
            <w:proofErr w:type="spellEnd"/>
            <w:r>
              <w:t xml:space="preserve"> </w:t>
            </w:r>
            <w:proofErr w:type="spellStart"/>
            <w:r>
              <w:t>Росархива</w:t>
            </w:r>
            <w:proofErr w:type="spellEnd"/>
            <w:r>
              <w:t xml:space="preserve"> № 236 (п. 451))</w:t>
            </w:r>
          </w:p>
        </w:tc>
      </w:tr>
      <w:tr w:rsidR="00452AAF" w14:paraId="564BD63F" w14:textId="77777777">
        <w:trPr>
          <w:jc w:val="center"/>
        </w:trPr>
        <w:tc>
          <w:tcPr>
            <w:tcW w:w="2700" w:type="dxa"/>
          </w:tcPr>
          <w:p w14:paraId="0662C9FA"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16EB2735"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5A02A3E4" w14:textId="77777777">
        <w:trPr>
          <w:jc w:val="center"/>
        </w:trPr>
        <w:tc>
          <w:tcPr>
            <w:tcW w:w="2700" w:type="dxa"/>
          </w:tcPr>
          <w:p w14:paraId="36671F5B"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2D2AB230"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32565478" w14:textId="77777777" w:rsidR="00452AAF" w:rsidRDefault="00452AAF"/>
    <w:p w14:paraId="34F355FD" w14:textId="77777777" w:rsidR="00452AAF" w:rsidRPr="00632D01" w:rsidRDefault="002138ED">
      <w:pPr>
        <w:ind w:firstLine="709"/>
        <w:jc w:val="both"/>
        <w:rPr>
          <w:lang w:val="ru-RU"/>
        </w:rPr>
      </w:pPr>
      <w:r w:rsidRPr="00632D01">
        <w:rPr>
          <w:b/>
          <w:lang w:val="ru-RU"/>
        </w:rPr>
        <w:t>Цель обработки № 12. Оформление зарплатных карт</w:t>
      </w:r>
    </w:p>
    <w:p w14:paraId="76368EF1" w14:textId="77777777" w:rsidR="00452AAF" w:rsidRPr="002D4DCC" w:rsidRDefault="002138ED">
      <w:pPr>
        <w:ind w:firstLine="709"/>
        <w:jc w:val="both"/>
        <w:rPr>
          <w:lang w:val="ru-RU"/>
        </w:rPr>
      </w:pPr>
      <w:r w:rsidRPr="002D4DCC">
        <w:rPr>
          <w:lang w:val="ru-RU"/>
        </w:rPr>
        <w:t>Передача персональных данных работников в кредитную организацию для выпуска зарплатных банковских карт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60782837" w14:textId="77777777">
        <w:trPr>
          <w:jc w:val="center"/>
        </w:trPr>
        <w:tc>
          <w:tcPr>
            <w:tcW w:w="2700" w:type="dxa"/>
          </w:tcPr>
          <w:p w14:paraId="2616B10F"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4F934984" w14:textId="77777777" w:rsidR="00452AAF" w:rsidRDefault="002138ED">
            <w:pPr>
              <w:jc w:val="both"/>
            </w:pPr>
            <w:proofErr w:type="spellStart"/>
            <w:r>
              <w:t>Действующие</w:t>
            </w:r>
            <w:proofErr w:type="spellEnd"/>
            <w:r>
              <w:t xml:space="preserve"> </w:t>
            </w:r>
            <w:proofErr w:type="spellStart"/>
            <w:r>
              <w:t>работники</w:t>
            </w:r>
            <w:proofErr w:type="spellEnd"/>
            <w:r>
              <w:t xml:space="preserve"> </w:t>
            </w:r>
            <w:proofErr w:type="spellStart"/>
            <w:r>
              <w:t>организации</w:t>
            </w:r>
            <w:proofErr w:type="spellEnd"/>
          </w:p>
        </w:tc>
      </w:tr>
      <w:tr w:rsidR="00452AAF" w:rsidRPr="002D4DCC" w14:paraId="52CF896B" w14:textId="77777777">
        <w:trPr>
          <w:jc w:val="center"/>
        </w:trPr>
        <w:tc>
          <w:tcPr>
            <w:tcW w:w="2700" w:type="dxa"/>
          </w:tcPr>
          <w:p w14:paraId="7CABA8F5" w14:textId="77777777" w:rsidR="00452AAF" w:rsidRDefault="002138ED">
            <w:proofErr w:type="spellStart"/>
            <w:r>
              <w:rPr>
                <w:b/>
              </w:rPr>
              <w:lastRenderedPageBreak/>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607DBD2E"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 ИНН, СНИЛС, регистрационный номер в СФР</w:t>
            </w:r>
          </w:p>
        </w:tc>
      </w:tr>
      <w:tr w:rsidR="00452AAF" w:rsidRPr="002D4DCC" w14:paraId="45150514" w14:textId="77777777">
        <w:trPr>
          <w:jc w:val="center"/>
        </w:trPr>
        <w:tc>
          <w:tcPr>
            <w:tcW w:w="2700" w:type="dxa"/>
          </w:tcPr>
          <w:p w14:paraId="7ED7A370"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31A5EA29" w14:textId="77777777" w:rsidR="00452AAF" w:rsidRPr="002D4DCC" w:rsidRDefault="002138ED">
            <w:pPr>
              <w:jc w:val="both"/>
              <w:rPr>
                <w:lang w:val="ru-RU"/>
              </w:rPr>
            </w:pPr>
            <w:r w:rsidRPr="002D4DCC">
              <w:rPr>
                <w:lang w:val="ru-RU"/>
              </w:rPr>
              <w:t xml:space="preserve">Федеральный закон от 27.07.2006 № 152-ФЗ «О персональных данных» (ст. 9), согласие на обработку </w:t>
            </w:r>
            <w:proofErr w:type="spellStart"/>
            <w:r w:rsidRPr="002D4DCC">
              <w:rPr>
                <w:lang w:val="ru-RU"/>
              </w:rPr>
              <w:t>ПДн</w:t>
            </w:r>
            <w:proofErr w:type="spellEnd"/>
          </w:p>
        </w:tc>
      </w:tr>
      <w:tr w:rsidR="00452AAF" w14:paraId="42674B08" w14:textId="77777777">
        <w:trPr>
          <w:jc w:val="center"/>
        </w:trPr>
        <w:tc>
          <w:tcPr>
            <w:tcW w:w="2700" w:type="dxa"/>
          </w:tcPr>
          <w:p w14:paraId="5270B678"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4914EA24" w14:textId="77777777" w:rsidR="00452AAF" w:rsidRDefault="002138ED">
            <w:pPr>
              <w:jc w:val="both"/>
            </w:pPr>
            <w:proofErr w:type="spellStart"/>
            <w:r>
              <w:t>Сбор</w:t>
            </w:r>
            <w:proofErr w:type="spellEnd"/>
            <w:r>
              <w:t xml:space="preserve">, </w:t>
            </w:r>
            <w:proofErr w:type="spellStart"/>
            <w:r>
              <w:t>запись</w:t>
            </w:r>
            <w:proofErr w:type="spellEnd"/>
            <w:r>
              <w:t xml:space="preserve">, </w:t>
            </w:r>
            <w:proofErr w:type="spellStart"/>
            <w:r>
              <w:t>передача</w:t>
            </w:r>
            <w:proofErr w:type="spellEnd"/>
          </w:p>
        </w:tc>
      </w:tr>
      <w:tr w:rsidR="00452AAF" w14:paraId="0FD86391" w14:textId="77777777">
        <w:trPr>
          <w:jc w:val="center"/>
        </w:trPr>
        <w:tc>
          <w:tcPr>
            <w:tcW w:w="2700" w:type="dxa"/>
          </w:tcPr>
          <w:p w14:paraId="0FB65796"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614ADBA0"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72AFA41E" w14:textId="77777777">
        <w:trPr>
          <w:jc w:val="center"/>
        </w:trPr>
        <w:tc>
          <w:tcPr>
            <w:tcW w:w="2700" w:type="dxa"/>
          </w:tcPr>
          <w:p w14:paraId="7B706E5D"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2346EAEF" w14:textId="77777777" w:rsidR="00452AAF" w:rsidRPr="002D4DCC" w:rsidRDefault="002138ED">
            <w:pPr>
              <w:jc w:val="both"/>
              <w:rPr>
                <w:lang w:val="ru-RU"/>
              </w:rPr>
            </w:pPr>
            <w:r w:rsidRPr="002D4DCC">
              <w:rPr>
                <w:lang w:val="ru-RU"/>
              </w:rPr>
              <w:t>Табель (формы Т-12, Т-13); Ведомости (формы Т-49, Т-51, Т-53); Лицевой счёт (форма Т-54); Записки-расчёты (формы Т-60, Т-61); Справка 2-НДФЛ; ЕФС-1; Авансовый отчёт (форма АО-1); Заявление на зарплатную карту; Доверенность на получение карт</w:t>
            </w:r>
          </w:p>
        </w:tc>
      </w:tr>
      <w:tr w:rsidR="00452AAF" w:rsidRPr="002D4DCC" w14:paraId="22A2B3CF" w14:textId="77777777">
        <w:trPr>
          <w:jc w:val="center"/>
        </w:trPr>
        <w:tc>
          <w:tcPr>
            <w:tcW w:w="2700" w:type="dxa"/>
          </w:tcPr>
          <w:p w14:paraId="5738162C"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1DB778D1"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7859733C" w14:textId="77777777">
        <w:trPr>
          <w:jc w:val="center"/>
        </w:trPr>
        <w:tc>
          <w:tcPr>
            <w:tcW w:w="2700" w:type="dxa"/>
          </w:tcPr>
          <w:p w14:paraId="56D8C36C" w14:textId="77777777" w:rsidR="00452AAF" w:rsidRDefault="002138ED">
            <w:proofErr w:type="spellStart"/>
            <w:r>
              <w:rPr>
                <w:b/>
              </w:rPr>
              <w:t>Получатели</w:t>
            </w:r>
            <w:proofErr w:type="spellEnd"/>
            <w:r>
              <w:rPr>
                <w:b/>
              </w:rPr>
              <w:t>:</w:t>
            </w:r>
          </w:p>
        </w:tc>
        <w:tc>
          <w:tcPr>
            <w:tcW w:w="6938" w:type="dxa"/>
          </w:tcPr>
          <w:p w14:paraId="54CDDB0D" w14:textId="77777777" w:rsidR="00452AAF" w:rsidRDefault="002138ED">
            <w:pPr>
              <w:jc w:val="both"/>
            </w:pPr>
            <w:proofErr w:type="spellStart"/>
            <w:r>
              <w:t>Банк</w:t>
            </w:r>
            <w:proofErr w:type="spellEnd"/>
            <w:r>
              <w:t xml:space="preserve"> (</w:t>
            </w:r>
            <w:proofErr w:type="spellStart"/>
            <w:r>
              <w:t>зарплатный</w:t>
            </w:r>
            <w:proofErr w:type="spellEnd"/>
            <w:r>
              <w:t xml:space="preserve"> </w:t>
            </w:r>
            <w:proofErr w:type="spellStart"/>
            <w:r>
              <w:t>проект</w:t>
            </w:r>
            <w:proofErr w:type="spellEnd"/>
            <w:r>
              <w:t>)</w:t>
            </w:r>
          </w:p>
        </w:tc>
      </w:tr>
      <w:tr w:rsidR="00452AAF" w:rsidRPr="002D4DCC" w14:paraId="495D453A" w14:textId="77777777">
        <w:trPr>
          <w:jc w:val="center"/>
        </w:trPr>
        <w:tc>
          <w:tcPr>
            <w:tcW w:w="2700" w:type="dxa"/>
          </w:tcPr>
          <w:p w14:paraId="1AA6CC1F"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0BF1768A" w14:textId="77777777" w:rsidR="00452AAF" w:rsidRPr="002D4DCC" w:rsidRDefault="002138ED">
            <w:pPr>
              <w:jc w:val="both"/>
              <w:rPr>
                <w:lang w:val="ru-RU"/>
              </w:rPr>
            </w:pPr>
            <w:r w:rsidRPr="002D4DCC">
              <w:rPr>
                <w:lang w:val="ru-RU"/>
              </w:rPr>
              <w:t>5 лет (НК РФ (п. 8 ч. 1 ст. 23))</w:t>
            </w:r>
          </w:p>
        </w:tc>
      </w:tr>
      <w:tr w:rsidR="00452AAF" w14:paraId="53A0D8DB" w14:textId="77777777">
        <w:trPr>
          <w:jc w:val="center"/>
        </w:trPr>
        <w:tc>
          <w:tcPr>
            <w:tcW w:w="2700" w:type="dxa"/>
          </w:tcPr>
          <w:p w14:paraId="1A35ABA6"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1806B029"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04BD4A11" w14:textId="77777777">
        <w:trPr>
          <w:jc w:val="center"/>
        </w:trPr>
        <w:tc>
          <w:tcPr>
            <w:tcW w:w="2700" w:type="dxa"/>
          </w:tcPr>
          <w:p w14:paraId="5CAC19BB"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51640269"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6CCF326F" w14:textId="77777777" w:rsidR="00452AAF" w:rsidRDefault="00452AAF"/>
    <w:p w14:paraId="63CEB85E" w14:textId="77777777" w:rsidR="00452AAF" w:rsidRPr="00632D01" w:rsidRDefault="002138ED">
      <w:pPr>
        <w:ind w:firstLine="709"/>
        <w:jc w:val="both"/>
        <w:rPr>
          <w:lang w:val="ru-RU"/>
        </w:rPr>
      </w:pPr>
      <w:r w:rsidRPr="00632D01">
        <w:rPr>
          <w:b/>
          <w:lang w:val="ru-RU"/>
        </w:rPr>
        <w:t>Цель обработки № 13. Публикация данных работников на сайте</w:t>
      </w:r>
    </w:p>
    <w:p w14:paraId="0C83EBA8" w14:textId="77777777" w:rsidR="00452AAF" w:rsidRPr="002D4DCC" w:rsidRDefault="002138ED">
      <w:pPr>
        <w:ind w:firstLine="709"/>
        <w:jc w:val="both"/>
        <w:rPr>
          <w:lang w:val="ru-RU"/>
        </w:rPr>
      </w:pPr>
      <w:r w:rsidRPr="002D4DCC">
        <w:rPr>
          <w:lang w:val="ru-RU"/>
        </w:rPr>
        <w:t>Размещение персональных данных работников на официальном сайте организации в информационно-телекоммуникационной сети Интернет (справочник сотрудников)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5C69EC0F" w14:textId="77777777">
        <w:trPr>
          <w:jc w:val="center"/>
        </w:trPr>
        <w:tc>
          <w:tcPr>
            <w:tcW w:w="2700" w:type="dxa"/>
          </w:tcPr>
          <w:p w14:paraId="3BF44906"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25A23F7A" w14:textId="77777777" w:rsidR="00452AAF" w:rsidRDefault="002138ED">
            <w:pPr>
              <w:jc w:val="both"/>
            </w:pPr>
            <w:proofErr w:type="spellStart"/>
            <w:r>
              <w:t>Действующие</w:t>
            </w:r>
            <w:proofErr w:type="spellEnd"/>
            <w:r>
              <w:t xml:space="preserve"> </w:t>
            </w:r>
            <w:proofErr w:type="spellStart"/>
            <w:r>
              <w:t>работники</w:t>
            </w:r>
            <w:proofErr w:type="spellEnd"/>
            <w:r>
              <w:t xml:space="preserve"> </w:t>
            </w:r>
            <w:proofErr w:type="spellStart"/>
            <w:r>
              <w:t>организации</w:t>
            </w:r>
            <w:proofErr w:type="spellEnd"/>
          </w:p>
        </w:tc>
      </w:tr>
      <w:tr w:rsidR="00452AAF" w:rsidRPr="002D4DCC" w14:paraId="54356979" w14:textId="77777777">
        <w:trPr>
          <w:jc w:val="center"/>
        </w:trPr>
        <w:tc>
          <w:tcPr>
            <w:tcW w:w="2700" w:type="dxa"/>
          </w:tcPr>
          <w:p w14:paraId="6691D2E3"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03544DB2" w14:textId="77777777" w:rsidR="00452AAF" w:rsidRPr="002D4DCC" w:rsidRDefault="002138ED">
            <w:pPr>
              <w:jc w:val="both"/>
              <w:rPr>
                <w:lang w:val="ru-RU"/>
              </w:rPr>
            </w:pPr>
            <w:r w:rsidRPr="002D4DCC">
              <w:rPr>
                <w:lang w:val="ru-RU"/>
              </w:rPr>
              <w:t>ФИО (для публикации на сайте), должность, подразделение, номер рабочего телефона, адрес электронной почты (корпоративный), фотография работника (с согласия)</w:t>
            </w:r>
          </w:p>
        </w:tc>
      </w:tr>
      <w:tr w:rsidR="00452AAF" w:rsidRPr="002D4DCC" w14:paraId="23F6DDCE" w14:textId="77777777">
        <w:trPr>
          <w:jc w:val="center"/>
        </w:trPr>
        <w:tc>
          <w:tcPr>
            <w:tcW w:w="2700" w:type="dxa"/>
          </w:tcPr>
          <w:p w14:paraId="201C2F90"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7459614E" w14:textId="77777777" w:rsidR="00452AAF" w:rsidRPr="002D4DCC" w:rsidRDefault="002138ED">
            <w:pPr>
              <w:jc w:val="both"/>
              <w:rPr>
                <w:lang w:val="ru-RU"/>
              </w:rPr>
            </w:pPr>
            <w:r w:rsidRPr="002D4DCC">
              <w:rPr>
                <w:lang w:val="ru-RU"/>
              </w:rPr>
              <w:t xml:space="preserve">Федеральный закон от 27.07.2006 № 152-ФЗ «О персональных данных» (ст. 9, 10.1), согласие на обработку </w:t>
            </w:r>
            <w:proofErr w:type="spellStart"/>
            <w:r w:rsidRPr="002D4DCC">
              <w:rPr>
                <w:lang w:val="ru-RU"/>
              </w:rPr>
              <w:t>ПДн</w:t>
            </w:r>
            <w:proofErr w:type="spellEnd"/>
          </w:p>
        </w:tc>
      </w:tr>
      <w:tr w:rsidR="00452AAF" w:rsidRPr="002D4DCC" w14:paraId="6DFE4E9A" w14:textId="77777777">
        <w:trPr>
          <w:jc w:val="center"/>
        </w:trPr>
        <w:tc>
          <w:tcPr>
            <w:tcW w:w="2700" w:type="dxa"/>
          </w:tcPr>
          <w:p w14:paraId="50A7F40A"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5649F30E" w14:textId="77777777" w:rsidR="00452AAF" w:rsidRPr="002D4DCC" w:rsidRDefault="002138ED">
            <w:pPr>
              <w:jc w:val="both"/>
              <w:rPr>
                <w:lang w:val="ru-RU"/>
              </w:rPr>
            </w:pPr>
            <w:r w:rsidRPr="002D4DCC">
              <w:rPr>
                <w:lang w:val="ru-RU"/>
              </w:rPr>
              <w:t>Сбор, хранение, использование, передача (распространение)</w:t>
            </w:r>
          </w:p>
        </w:tc>
      </w:tr>
      <w:tr w:rsidR="00452AAF" w14:paraId="0208BCF0" w14:textId="77777777">
        <w:trPr>
          <w:jc w:val="center"/>
        </w:trPr>
        <w:tc>
          <w:tcPr>
            <w:tcW w:w="2700" w:type="dxa"/>
          </w:tcPr>
          <w:p w14:paraId="501A6713"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1FF12AEE" w14:textId="77777777" w:rsidR="00452AAF" w:rsidRDefault="002138ED">
            <w:pPr>
              <w:jc w:val="both"/>
            </w:pPr>
            <w:proofErr w:type="spellStart"/>
            <w:r>
              <w:t>Автоматизированная</w:t>
            </w:r>
            <w:proofErr w:type="spellEnd"/>
            <w:r>
              <w:t xml:space="preserve">, ЛВС, </w:t>
            </w:r>
            <w:proofErr w:type="spellStart"/>
            <w:r>
              <w:t>Интернет</w:t>
            </w:r>
            <w:proofErr w:type="spellEnd"/>
          </w:p>
        </w:tc>
      </w:tr>
      <w:tr w:rsidR="00452AAF" w:rsidRPr="002D4DCC" w14:paraId="2C7930C3" w14:textId="77777777">
        <w:trPr>
          <w:jc w:val="center"/>
        </w:trPr>
        <w:tc>
          <w:tcPr>
            <w:tcW w:w="2700" w:type="dxa"/>
          </w:tcPr>
          <w:p w14:paraId="2444F9D0" w14:textId="77777777" w:rsidR="00452AAF" w:rsidRDefault="002138ED">
            <w:proofErr w:type="spellStart"/>
            <w:r>
              <w:rPr>
                <w:b/>
              </w:rPr>
              <w:t>Материальные</w:t>
            </w:r>
            <w:proofErr w:type="spellEnd"/>
            <w:r>
              <w:rPr>
                <w:b/>
              </w:rPr>
              <w:t xml:space="preserve"> </w:t>
            </w:r>
            <w:proofErr w:type="spellStart"/>
            <w:r>
              <w:rPr>
                <w:b/>
              </w:rPr>
              <w:lastRenderedPageBreak/>
              <w:t>носители</w:t>
            </w:r>
            <w:proofErr w:type="spellEnd"/>
            <w:r>
              <w:rPr>
                <w:b/>
              </w:rPr>
              <w:t>:</w:t>
            </w:r>
          </w:p>
        </w:tc>
        <w:tc>
          <w:tcPr>
            <w:tcW w:w="6938" w:type="dxa"/>
          </w:tcPr>
          <w:p w14:paraId="05306401" w14:textId="77777777" w:rsidR="00452AAF" w:rsidRPr="002D4DCC" w:rsidRDefault="002138ED">
            <w:pPr>
              <w:jc w:val="both"/>
              <w:rPr>
                <w:lang w:val="ru-RU"/>
              </w:rPr>
            </w:pPr>
            <w:r w:rsidRPr="002D4DCC">
              <w:rPr>
                <w:lang w:val="ru-RU"/>
              </w:rPr>
              <w:lastRenderedPageBreak/>
              <w:t xml:space="preserve">Заявка-список персональных данных работников для </w:t>
            </w:r>
            <w:r w:rsidRPr="002D4DCC">
              <w:rPr>
                <w:lang w:val="ru-RU"/>
              </w:rPr>
              <w:lastRenderedPageBreak/>
              <w:t>размещения на официальном сайте; Согласие на публикацию персональных данных на официальном сайте; Фотография работника для публикации</w:t>
            </w:r>
          </w:p>
        </w:tc>
      </w:tr>
      <w:tr w:rsidR="00452AAF" w:rsidRPr="002D4DCC" w14:paraId="3D3050B5" w14:textId="77777777">
        <w:trPr>
          <w:jc w:val="center"/>
        </w:trPr>
        <w:tc>
          <w:tcPr>
            <w:tcW w:w="2700" w:type="dxa"/>
          </w:tcPr>
          <w:p w14:paraId="40507DBC" w14:textId="77777777" w:rsidR="00452AAF" w:rsidRDefault="002138ED">
            <w:proofErr w:type="spellStart"/>
            <w:r>
              <w:rPr>
                <w:b/>
              </w:rPr>
              <w:lastRenderedPageBreak/>
              <w:t>Места</w:t>
            </w:r>
            <w:proofErr w:type="spellEnd"/>
            <w:r>
              <w:rPr>
                <w:b/>
              </w:rPr>
              <w:t xml:space="preserve"> </w:t>
            </w:r>
            <w:proofErr w:type="spellStart"/>
            <w:r>
              <w:rPr>
                <w:b/>
              </w:rPr>
              <w:t>хранения</w:t>
            </w:r>
            <w:proofErr w:type="spellEnd"/>
            <w:r>
              <w:rPr>
                <w:b/>
              </w:rPr>
              <w:t>:</w:t>
            </w:r>
          </w:p>
        </w:tc>
        <w:tc>
          <w:tcPr>
            <w:tcW w:w="6938" w:type="dxa"/>
          </w:tcPr>
          <w:p w14:paraId="6AF4676A"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4C09E228" w14:textId="77777777">
        <w:trPr>
          <w:jc w:val="center"/>
        </w:trPr>
        <w:tc>
          <w:tcPr>
            <w:tcW w:w="2700" w:type="dxa"/>
          </w:tcPr>
          <w:p w14:paraId="01950BB2" w14:textId="77777777" w:rsidR="00452AAF" w:rsidRDefault="002138ED">
            <w:proofErr w:type="spellStart"/>
            <w:r>
              <w:rPr>
                <w:b/>
              </w:rPr>
              <w:t>Получатели</w:t>
            </w:r>
            <w:proofErr w:type="spellEnd"/>
            <w:r>
              <w:rPr>
                <w:b/>
              </w:rPr>
              <w:t>:</w:t>
            </w:r>
          </w:p>
        </w:tc>
        <w:tc>
          <w:tcPr>
            <w:tcW w:w="6938" w:type="dxa"/>
          </w:tcPr>
          <w:p w14:paraId="4DEE5A45" w14:textId="77777777" w:rsidR="00452AAF" w:rsidRDefault="002138ED">
            <w:pPr>
              <w:jc w:val="both"/>
            </w:pPr>
            <w:proofErr w:type="spellStart"/>
            <w:r>
              <w:t>Неограниченный</w:t>
            </w:r>
            <w:proofErr w:type="spellEnd"/>
            <w:r>
              <w:t xml:space="preserve"> </w:t>
            </w:r>
            <w:proofErr w:type="spellStart"/>
            <w:r>
              <w:t>круг</w:t>
            </w:r>
            <w:proofErr w:type="spellEnd"/>
            <w:r>
              <w:t xml:space="preserve"> </w:t>
            </w:r>
            <w:proofErr w:type="spellStart"/>
            <w:r>
              <w:t>лиц</w:t>
            </w:r>
            <w:proofErr w:type="spellEnd"/>
          </w:p>
        </w:tc>
      </w:tr>
      <w:tr w:rsidR="00452AAF" w:rsidRPr="002D4DCC" w14:paraId="37F61160" w14:textId="77777777">
        <w:trPr>
          <w:jc w:val="center"/>
        </w:trPr>
        <w:tc>
          <w:tcPr>
            <w:tcW w:w="2700" w:type="dxa"/>
          </w:tcPr>
          <w:p w14:paraId="3235FCB6"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5C2CA656" w14:textId="77777777" w:rsidR="00452AAF" w:rsidRPr="002D4DCC" w:rsidRDefault="002138ED">
            <w:pPr>
              <w:jc w:val="both"/>
              <w:rPr>
                <w:lang w:val="ru-RU"/>
              </w:rPr>
            </w:pPr>
            <w:r w:rsidRPr="002D4DCC">
              <w:rPr>
                <w:lang w:val="ru-RU"/>
              </w:rPr>
              <w:t>До отзыва согласия / до увольнения (ФЗ-152 (ч. 2 ст. 9, ч. 4 ст. 21))</w:t>
            </w:r>
          </w:p>
        </w:tc>
      </w:tr>
      <w:tr w:rsidR="00452AAF" w14:paraId="59FD2C1E" w14:textId="77777777">
        <w:trPr>
          <w:jc w:val="center"/>
        </w:trPr>
        <w:tc>
          <w:tcPr>
            <w:tcW w:w="2700" w:type="dxa"/>
          </w:tcPr>
          <w:p w14:paraId="76056B6F"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48F7802D"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6FDF8A79" w14:textId="77777777">
        <w:trPr>
          <w:jc w:val="center"/>
        </w:trPr>
        <w:tc>
          <w:tcPr>
            <w:tcW w:w="2700" w:type="dxa"/>
          </w:tcPr>
          <w:p w14:paraId="609258B5"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6962017A"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6DD02609" w14:textId="77777777" w:rsidR="00452AAF" w:rsidRDefault="00452AAF"/>
    <w:p w14:paraId="65501EA1" w14:textId="77777777" w:rsidR="00452AAF" w:rsidRPr="00632D01" w:rsidRDefault="002138ED">
      <w:pPr>
        <w:ind w:firstLine="709"/>
        <w:jc w:val="both"/>
        <w:rPr>
          <w:lang w:val="ru-RU"/>
        </w:rPr>
      </w:pPr>
      <w:r w:rsidRPr="00632D01">
        <w:rPr>
          <w:b/>
          <w:lang w:val="ru-RU"/>
        </w:rPr>
        <w:t>Цель обработки № 14. Антикоррупционные декларации госслужащих</w:t>
      </w:r>
    </w:p>
    <w:p w14:paraId="4DB3EDF7" w14:textId="77777777" w:rsidR="00452AAF" w:rsidRPr="002D4DCC" w:rsidRDefault="002138ED">
      <w:pPr>
        <w:ind w:firstLine="709"/>
        <w:jc w:val="both"/>
        <w:rPr>
          <w:lang w:val="ru-RU"/>
        </w:rPr>
      </w:pPr>
      <w:r w:rsidRPr="002D4DCC">
        <w:rPr>
          <w:lang w:val="ru-RU"/>
        </w:rPr>
        <w:t>Размещение на официальном сайте организации сведений о доходах, расходах, об имуществе и обязательствах имущественного характера государственных (муниципальных) служащих и членов их семей в целях противодействия коррупции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0F6F4226" w14:textId="77777777">
        <w:trPr>
          <w:jc w:val="center"/>
        </w:trPr>
        <w:tc>
          <w:tcPr>
            <w:tcW w:w="2700" w:type="dxa"/>
          </w:tcPr>
          <w:p w14:paraId="0ABCF0A7"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0D68FAEE" w14:textId="77777777" w:rsidR="00452AAF" w:rsidRPr="002D4DCC" w:rsidRDefault="002138ED">
            <w:pPr>
              <w:jc w:val="both"/>
              <w:rPr>
                <w:lang w:val="ru-RU"/>
              </w:rPr>
            </w:pPr>
            <w:r w:rsidRPr="002D4DCC">
              <w:rPr>
                <w:lang w:val="ru-RU"/>
              </w:rPr>
              <w:t>Действующие работники организации; Родственники работников</w:t>
            </w:r>
          </w:p>
        </w:tc>
      </w:tr>
      <w:tr w:rsidR="00452AAF" w:rsidRPr="002D4DCC" w14:paraId="650CCC8F" w14:textId="77777777">
        <w:trPr>
          <w:jc w:val="center"/>
        </w:trPr>
        <w:tc>
          <w:tcPr>
            <w:tcW w:w="2700" w:type="dxa"/>
          </w:tcPr>
          <w:p w14:paraId="3A495C6F"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2B6BE3BE"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Должность, подразделение, табельный номер, реквизиты трудового договора (номер / дата заключения), дата приёма на работу, дата увольнения, сведения о трудовом стаже, сведения о предыдущих местах работы, Сведения о доходах за отчётный период (заработная плата, иные выплаты), сведения об имуществе (недвижимое, транспортные средства, ценные бумаги), сведения о счетах в банках, сведения о расходах, сведения об обязательствах имущественного характера (кредиты, займы)</w:t>
            </w:r>
          </w:p>
        </w:tc>
      </w:tr>
      <w:tr w:rsidR="00452AAF" w:rsidRPr="002D4DCC" w14:paraId="01041C38" w14:textId="77777777">
        <w:trPr>
          <w:jc w:val="center"/>
        </w:trPr>
        <w:tc>
          <w:tcPr>
            <w:tcW w:w="2700" w:type="dxa"/>
          </w:tcPr>
          <w:p w14:paraId="3710704D"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0CB11876" w14:textId="77777777" w:rsidR="00452AAF" w:rsidRPr="002D4DCC" w:rsidRDefault="002138ED">
            <w:pPr>
              <w:jc w:val="both"/>
              <w:rPr>
                <w:lang w:val="ru-RU"/>
              </w:rPr>
            </w:pPr>
            <w:r w:rsidRPr="002D4DCC">
              <w:rPr>
                <w:lang w:val="ru-RU"/>
              </w:rPr>
              <w:t>Федеральный закон от 25.12.2008 № 273-ФЗ «О противодействии коррупции» (ст. 8, 8.1); Указ Президента Российской Федерации от 08.07.2013 № 613 «Вопросы противодействия коррупции» (п. 2, 8); Федеральный закон от 27.07.2006 № 152-ФЗ «О персональных данных» (ст. 10.1)</w:t>
            </w:r>
          </w:p>
        </w:tc>
      </w:tr>
      <w:tr w:rsidR="00452AAF" w:rsidRPr="002D4DCC" w14:paraId="38D25FE4" w14:textId="77777777">
        <w:trPr>
          <w:jc w:val="center"/>
        </w:trPr>
        <w:tc>
          <w:tcPr>
            <w:tcW w:w="2700" w:type="dxa"/>
          </w:tcPr>
          <w:p w14:paraId="15BB5069"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4E088B3C" w14:textId="77777777" w:rsidR="00452AAF" w:rsidRPr="002D4DCC" w:rsidRDefault="002138ED">
            <w:pPr>
              <w:jc w:val="both"/>
              <w:rPr>
                <w:lang w:val="ru-RU"/>
              </w:rPr>
            </w:pPr>
            <w:r w:rsidRPr="002D4DCC">
              <w:rPr>
                <w:lang w:val="ru-RU"/>
              </w:rPr>
              <w:t>Сбор, запись, систематизация, хранение, извлечение, использование, передача (распространение)</w:t>
            </w:r>
          </w:p>
        </w:tc>
      </w:tr>
      <w:tr w:rsidR="00452AAF" w14:paraId="60C52AD8" w14:textId="77777777">
        <w:trPr>
          <w:jc w:val="center"/>
        </w:trPr>
        <w:tc>
          <w:tcPr>
            <w:tcW w:w="2700" w:type="dxa"/>
          </w:tcPr>
          <w:p w14:paraId="79B57CF3"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42876F49" w14:textId="77777777" w:rsidR="00452AAF" w:rsidRDefault="002138ED">
            <w:pPr>
              <w:jc w:val="both"/>
            </w:pPr>
            <w:proofErr w:type="spellStart"/>
            <w:r>
              <w:t>Автоматизированная</w:t>
            </w:r>
            <w:proofErr w:type="spellEnd"/>
            <w:r>
              <w:t xml:space="preserve">, ЛВС, </w:t>
            </w:r>
            <w:proofErr w:type="spellStart"/>
            <w:r>
              <w:t>Интернет</w:t>
            </w:r>
            <w:proofErr w:type="spellEnd"/>
          </w:p>
        </w:tc>
      </w:tr>
      <w:tr w:rsidR="00452AAF" w:rsidRPr="002D4DCC" w14:paraId="0D7312E6" w14:textId="77777777">
        <w:trPr>
          <w:jc w:val="center"/>
        </w:trPr>
        <w:tc>
          <w:tcPr>
            <w:tcW w:w="2700" w:type="dxa"/>
          </w:tcPr>
          <w:p w14:paraId="07098CD2"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146BFA6E" w14:textId="77777777" w:rsidR="00452AAF" w:rsidRPr="002D4DCC" w:rsidRDefault="002138ED">
            <w:pPr>
              <w:jc w:val="both"/>
              <w:rPr>
                <w:lang w:val="ru-RU"/>
              </w:rPr>
            </w:pPr>
            <w:r w:rsidRPr="002D4DCC">
              <w:rPr>
                <w:lang w:val="ru-RU"/>
              </w:rPr>
              <w:t xml:space="preserve">Справка о доходах, расходах, об имуществе и обязательствах имущественного характера; Уведомление о возникновении конфликта интересов; Сведения о доходах госслужащих, </w:t>
            </w:r>
            <w:r w:rsidRPr="002D4DCC">
              <w:rPr>
                <w:lang w:val="ru-RU"/>
              </w:rPr>
              <w:lastRenderedPageBreak/>
              <w:t>размещаемые на официальном сайте; Реестр государственных (муниципальных) служащих</w:t>
            </w:r>
          </w:p>
        </w:tc>
      </w:tr>
      <w:tr w:rsidR="00452AAF" w:rsidRPr="002D4DCC" w14:paraId="6250C208" w14:textId="77777777">
        <w:trPr>
          <w:jc w:val="center"/>
        </w:trPr>
        <w:tc>
          <w:tcPr>
            <w:tcW w:w="2700" w:type="dxa"/>
          </w:tcPr>
          <w:p w14:paraId="12A8B93B" w14:textId="77777777" w:rsidR="00452AAF" w:rsidRDefault="002138ED">
            <w:proofErr w:type="spellStart"/>
            <w:r>
              <w:rPr>
                <w:b/>
              </w:rPr>
              <w:lastRenderedPageBreak/>
              <w:t>Места</w:t>
            </w:r>
            <w:proofErr w:type="spellEnd"/>
            <w:r>
              <w:rPr>
                <w:b/>
              </w:rPr>
              <w:t xml:space="preserve"> </w:t>
            </w:r>
            <w:proofErr w:type="spellStart"/>
            <w:r>
              <w:rPr>
                <w:b/>
              </w:rPr>
              <w:t>хранения</w:t>
            </w:r>
            <w:proofErr w:type="spellEnd"/>
            <w:r>
              <w:rPr>
                <w:b/>
              </w:rPr>
              <w:t>:</w:t>
            </w:r>
          </w:p>
        </w:tc>
        <w:tc>
          <w:tcPr>
            <w:tcW w:w="6938" w:type="dxa"/>
          </w:tcPr>
          <w:p w14:paraId="6DD6BE55"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60927A10" w14:textId="77777777">
        <w:trPr>
          <w:jc w:val="center"/>
        </w:trPr>
        <w:tc>
          <w:tcPr>
            <w:tcW w:w="2700" w:type="dxa"/>
          </w:tcPr>
          <w:p w14:paraId="4F309030" w14:textId="77777777" w:rsidR="00452AAF" w:rsidRDefault="002138ED">
            <w:proofErr w:type="spellStart"/>
            <w:r>
              <w:rPr>
                <w:b/>
              </w:rPr>
              <w:t>Получатели</w:t>
            </w:r>
            <w:proofErr w:type="spellEnd"/>
            <w:r>
              <w:rPr>
                <w:b/>
              </w:rPr>
              <w:t>:</w:t>
            </w:r>
          </w:p>
        </w:tc>
        <w:tc>
          <w:tcPr>
            <w:tcW w:w="6938" w:type="dxa"/>
          </w:tcPr>
          <w:p w14:paraId="15184EC4" w14:textId="77777777" w:rsidR="00452AAF" w:rsidRDefault="002138ED">
            <w:pPr>
              <w:jc w:val="both"/>
            </w:pPr>
            <w:proofErr w:type="spellStart"/>
            <w:r>
              <w:t>Неограниченный</w:t>
            </w:r>
            <w:proofErr w:type="spellEnd"/>
            <w:r>
              <w:t xml:space="preserve"> </w:t>
            </w:r>
            <w:proofErr w:type="spellStart"/>
            <w:r>
              <w:t>круг</w:t>
            </w:r>
            <w:proofErr w:type="spellEnd"/>
            <w:r>
              <w:t xml:space="preserve"> </w:t>
            </w:r>
            <w:proofErr w:type="spellStart"/>
            <w:r>
              <w:t>лиц</w:t>
            </w:r>
            <w:proofErr w:type="spellEnd"/>
          </w:p>
        </w:tc>
      </w:tr>
      <w:tr w:rsidR="00452AAF" w:rsidRPr="002D4DCC" w14:paraId="0763E61E" w14:textId="77777777">
        <w:trPr>
          <w:jc w:val="center"/>
        </w:trPr>
        <w:tc>
          <w:tcPr>
            <w:tcW w:w="2700" w:type="dxa"/>
          </w:tcPr>
          <w:p w14:paraId="6E618EE0"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2FB32A20" w14:textId="77777777" w:rsidR="00452AAF" w:rsidRPr="002D4DCC" w:rsidRDefault="002138ED">
            <w:pPr>
              <w:jc w:val="both"/>
              <w:rPr>
                <w:lang w:val="ru-RU"/>
              </w:rPr>
            </w:pPr>
            <w:r w:rsidRPr="002D4DCC">
              <w:rPr>
                <w:lang w:val="ru-RU"/>
              </w:rPr>
              <w:t>5 лет (ФЗ-273 (ст. 8); Указ Президента №613 (п. 8))</w:t>
            </w:r>
          </w:p>
        </w:tc>
      </w:tr>
      <w:tr w:rsidR="00452AAF" w14:paraId="27AD1547" w14:textId="77777777">
        <w:trPr>
          <w:jc w:val="center"/>
        </w:trPr>
        <w:tc>
          <w:tcPr>
            <w:tcW w:w="2700" w:type="dxa"/>
          </w:tcPr>
          <w:p w14:paraId="1E7FD43C"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28FDB247"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7E02D015" w14:textId="77777777">
        <w:trPr>
          <w:jc w:val="center"/>
        </w:trPr>
        <w:tc>
          <w:tcPr>
            <w:tcW w:w="2700" w:type="dxa"/>
          </w:tcPr>
          <w:p w14:paraId="36160336"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0585EDDC"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4CF5BA8D" w14:textId="77777777" w:rsidR="00452AAF" w:rsidRDefault="00452AAF"/>
    <w:p w14:paraId="0A02960F" w14:textId="77777777" w:rsidR="00452AAF" w:rsidRPr="00632D01" w:rsidRDefault="002138ED">
      <w:pPr>
        <w:ind w:firstLine="709"/>
        <w:jc w:val="both"/>
        <w:rPr>
          <w:lang w:val="ru-RU"/>
        </w:rPr>
      </w:pPr>
      <w:r w:rsidRPr="00632D01">
        <w:rPr>
          <w:b/>
          <w:lang w:val="ru-RU"/>
        </w:rPr>
        <w:t>Цель обработки № 15. Выпуск электронной подписи и оформление доверенностей</w:t>
      </w:r>
    </w:p>
    <w:p w14:paraId="204360F8" w14:textId="77777777" w:rsidR="00452AAF" w:rsidRPr="002D4DCC" w:rsidRDefault="002138ED">
      <w:pPr>
        <w:ind w:firstLine="709"/>
        <w:jc w:val="both"/>
        <w:rPr>
          <w:lang w:val="ru-RU"/>
        </w:rPr>
      </w:pPr>
      <w:r w:rsidRPr="002D4DCC">
        <w:rPr>
          <w:lang w:val="ru-RU"/>
        </w:rPr>
        <w:t>Передача персональных данных в удостоверяющий центр для выпуска сертификата ключа электронной подписи, оформление доверенностей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188FDD0B" w14:textId="77777777">
        <w:trPr>
          <w:jc w:val="center"/>
        </w:trPr>
        <w:tc>
          <w:tcPr>
            <w:tcW w:w="2700" w:type="dxa"/>
          </w:tcPr>
          <w:p w14:paraId="53EBC151"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1664153F" w14:textId="77777777" w:rsidR="00452AAF" w:rsidRDefault="002138ED">
            <w:pPr>
              <w:jc w:val="both"/>
            </w:pPr>
            <w:proofErr w:type="spellStart"/>
            <w:r>
              <w:t>Действующие</w:t>
            </w:r>
            <w:proofErr w:type="spellEnd"/>
            <w:r>
              <w:t xml:space="preserve"> </w:t>
            </w:r>
            <w:proofErr w:type="spellStart"/>
            <w:r>
              <w:t>работники</w:t>
            </w:r>
            <w:proofErr w:type="spellEnd"/>
            <w:r>
              <w:t xml:space="preserve"> </w:t>
            </w:r>
            <w:proofErr w:type="spellStart"/>
            <w:r>
              <w:t>организации</w:t>
            </w:r>
            <w:proofErr w:type="spellEnd"/>
          </w:p>
        </w:tc>
      </w:tr>
      <w:tr w:rsidR="00452AAF" w:rsidRPr="002D4DCC" w14:paraId="3D06BE7E" w14:textId="77777777">
        <w:trPr>
          <w:jc w:val="center"/>
        </w:trPr>
        <w:tc>
          <w:tcPr>
            <w:tcW w:w="2700" w:type="dxa"/>
          </w:tcPr>
          <w:p w14:paraId="621FA997"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73B9E157"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 ИНН, СНИЛС, регистрационный номер в СФР, Сертификат ключа, идентификатор ЭП, срок действия</w:t>
            </w:r>
          </w:p>
        </w:tc>
      </w:tr>
      <w:tr w:rsidR="00452AAF" w:rsidRPr="002D4DCC" w14:paraId="75270F22" w14:textId="77777777">
        <w:trPr>
          <w:jc w:val="center"/>
        </w:trPr>
        <w:tc>
          <w:tcPr>
            <w:tcW w:w="2700" w:type="dxa"/>
          </w:tcPr>
          <w:p w14:paraId="46C6B33A"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4FD68E89" w14:textId="77777777" w:rsidR="00452AAF" w:rsidRPr="002D4DCC" w:rsidRDefault="002138ED">
            <w:pPr>
              <w:jc w:val="both"/>
              <w:rPr>
                <w:lang w:val="ru-RU"/>
              </w:rPr>
            </w:pPr>
            <w:r w:rsidRPr="002D4DCC">
              <w:rPr>
                <w:lang w:val="ru-RU"/>
              </w:rPr>
              <w:t xml:space="preserve">Федеральный закон от 27.07.2006 № 152-ФЗ «О персональных данных» (ст. 9); Федеральный закон от 06.04.2011 № 63-ФЗ «Об электронной подписи» (ст. 14, 18), согласие на обработку </w:t>
            </w:r>
            <w:proofErr w:type="spellStart"/>
            <w:r w:rsidRPr="002D4DCC">
              <w:rPr>
                <w:lang w:val="ru-RU"/>
              </w:rPr>
              <w:t>ПДн</w:t>
            </w:r>
            <w:proofErr w:type="spellEnd"/>
          </w:p>
        </w:tc>
      </w:tr>
      <w:tr w:rsidR="00452AAF" w14:paraId="02905165" w14:textId="77777777">
        <w:trPr>
          <w:jc w:val="center"/>
        </w:trPr>
        <w:tc>
          <w:tcPr>
            <w:tcW w:w="2700" w:type="dxa"/>
          </w:tcPr>
          <w:p w14:paraId="767C84BB"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21FD0407" w14:textId="77777777" w:rsidR="00452AAF" w:rsidRDefault="002138ED">
            <w:pPr>
              <w:jc w:val="both"/>
            </w:pPr>
            <w:proofErr w:type="spellStart"/>
            <w:r>
              <w:t>Сбор</w:t>
            </w:r>
            <w:proofErr w:type="spellEnd"/>
            <w:r>
              <w:t xml:space="preserve">, </w:t>
            </w:r>
            <w:proofErr w:type="spellStart"/>
            <w:r>
              <w:t>хранение</w:t>
            </w:r>
            <w:proofErr w:type="spellEnd"/>
            <w:r>
              <w:t xml:space="preserve">, </w:t>
            </w:r>
            <w:proofErr w:type="spellStart"/>
            <w:r>
              <w:t>передача</w:t>
            </w:r>
            <w:proofErr w:type="spellEnd"/>
          </w:p>
        </w:tc>
      </w:tr>
      <w:tr w:rsidR="00452AAF" w14:paraId="349C0E30" w14:textId="77777777">
        <w:trPr>
          <w:jc w:val="center"/>
        </w:trPr>
        <w:tc>
          <w:tcPr>
            <w:tcW w:w="2700" w:type="dxa"/>
          </w:tcPr>
          <w:p w14:paraId="758F42CA"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14023AF2"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050F9789" w14:textId="77777777">
        <w:trPr>
          <w:jc w:val="center"/>
        </w:trPr>
        <w:tc>
          <w:tcPr>
            <w:tcW w:w="2700" w:type="dxa"/>
          </w:tcPr>
          <w:p w14:paraId="61D90AB9"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5E7D3964" w14:textId="77777777" w:rsidR="00452AAF" w:rsidRPr="002D4DCC" w:rsidRDefault="002138ED">
            <w:pPr>
              <w:jc w:val="both"/>
              <w:rPr>
                <w:lang w:val="ru-RU"/>
              </w:rPr>
            </w:pPr>
            <w:r w:rsidRPr="002D4DCC">
              <w:rPr>
                <w:lang w:val="ru-RU"/>
              </w:rPr>
              <w:t>Заявление на ДМС; Заявление на ДМС для членов семьи; Заявление на корпоративную связь; Заявление на выпуск ЭП; Доверенность; Сертификат ключа ЭП</w:t>
            </w:r>
          </w:p>
        </w:tc>
      </w:tr>
      <w:tr w:rsidR="00452AAF" w:rsidRPr="002D4DCC" w14:paraId="6CD53CE5" w14:textId="77777777">
        <w:trPr>
          <w:jc w:val="center"/>
        </w:trPr>
        <w:tc>
          <w:tcPr>
            <w:tcW w:w="2700" w:type="dxa"/>
          </w:tcPr>
          <w:p w14:paraId="42350CF4"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083ED099"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312168EE" w14:textId="77777777">
        <w:trPr>
          <w:jc w:val="center"/>
        </w:trPr>
        <w:tc>
          <w:tcPr>
            <w:tcW w:w="2700" w:type="dxa"/>
          </w:tcPr>
          <w:p w14:paraId="4B8E09B0" w14:textId="77777777" w:rsidR="00452AAF" w:rsidRDefault="002138ED">
            <w:proofErr w:type="spellStart"/>
            <w:r>
              <w:rPr>
                <w:b/>
              </w:rPr>
              <w:t>Получатели</w:t>
            </w:r>
            <w:proofErr w:type="spellEnd"/>
            <w:r>
              <w:rPr>
                <w:b/>
              </w:rPr>
              <w:t>:</w:t>
            </w:r>
          </w:p>
        </w:tc>
        <w:tc>
          <w:tcPr>
            <w:tcW w:w="6938" w:type="dxa"/>
          </w:tcPr>
          <w:p w14:paraId="23167F61" w14:textId="77777777" w:rsidR="00452AAF" w:rsidRDefault="002138ED">
            <w:pPr>
              <w:jc w:val="both"/>
            </w:pPr>
            <w:proofErr w:type="spellStart"/>
            <w:r>
              <w:t>Удостоверяющий</w:t>
            </w:r>
            <w:proofErr w:type="spellEnd"/>
            <w:r>
              <w:t xml:space="preserve"> </w:t>
            </w:r>
            <w:proofErr w:type="spellStart"/>
            <w:r>
              <w:t>центр</w:t>
            </w:r>
            <w:proofErr w:type="spellEnd"/>
            <w:r>
              <w:t xml:space="preserve"> (УЦ); </w:t>
            </w:r>
            <w:proofErr w:type="spellStart"/>
            <w:r>
              <w:t>Нотариус</w:t>
            </w:r>
            <w:proofErr w:type="spellEnd"/>
          </w:p>
        </w:tc>
      </w:tr>
      <w:tr w:rsidR="00452AAF" w14:paraId="6C1A9B1D" w14:textId="77777777">
        <w:trPr>
          <w:jc w:val="center"/>
        </w:trPr>
        <w:tc>
          <w:tcPr>
            <w:tcW w:w="2700" w:type="dxa"/>
          </w:tcPr>
          <w:p w14:paraId="69C3513E"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0510AF1D" w14:textId="77777777" w:rsidR="00452AAF" w:rsidRDefault="002138ED">
            <w:pPr>
              <w:jc w:val="both"/>
            </w:pPr>
            <w:r>
              <w:t xml:space="preserve">5 </w:t>
            </w:r>
            <w:proofErr w:type="spellStart"/>
            <w:r>
              <w:t>лет</w:t>
            </w:r>
            <w:proofErr w:type="spellEnd"/>
            <w:r>
              <w:t xml:space="preserve"> (ФЗ-63 (ч. 5 </w:t>
            </w:r>
            <w:proofErr w:type="spellStart"/>
            <w:r>
              <w:t>ст</w:t>
            </w:r>
            <w:proofErr w:type="spellEnd"/>
            <w:r>
              <w:t>. 14))</w:t>
            </w:r>
          </w:p>
        </w:tc>
      </w:tr>
      <w:tr w:rsidR="00452AAF" w14:paraId="46EB23DB" w14:textId="77777777">
        <w:trPr>
          <w:jc w:val="center"/>
        </w:trPr>
        <w:tc>
          <w:tcPr>
            <w:tcW w:w="2700" w:type="dxa"/>
          </w:tcPr>
          <w:p w14:paraId="53BD8E7C"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2A101B11"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6938A63E" w14:textId="77777777">
        <w:trPr>
          <w:jc w:val="center"/>
        </w:trPr>
        <w:tc>
          <w:tcPr>
            <w:tcW w:w="2700" w:type="dxa"/>
          </w:tcPr>
          <w:p w14:paraId="45CB69BE" w14:textId="77777777" w:rsidR="00452AAF" w:rsidRDefault="002138ED">
            <w:proofErr w:type="spellStart"/>
            <w:r>
              <w:rPr>
                <w:b/>
              </w:rPr>
              <w:lastRenderedPageBreak/>
              <w:t>Трансграничная</w:t>
            </w:r>
            <w:proofErr w:type="spellEnd"/>
            <w:r>
              <w:rPr>
                <w:b/>
              </w:rPr>
              <w:t xml:space="preserve"> </w:t>
            </w:r>
            <w:proofErr w:type="spellStart"/>
            <w:r>
              <w:rPr>
                <w:b/>
              </w:rPr>
              <w:t>передача</w:t>
            </w:r>
            <w:proofErr w:type="spellEnd"/>
            <w:r>
              <w:rPr>
                <w:b/>
              </w:rPr>
              <w:t>:</w:t>
            </w:r>
          </w:p>
        </w:tc>
        <w:tc>
          <w:tcPr>
            <w:tcW w:w="6938" w:type="dxa"/>
          </w:tcPr>
          <w:p w14:paraId="27A4680E"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3D4E8B77" w14:textId="77777777" w:rsidR="00452AAF" w:rsidRDefault="00452AAF"/>
    <w:p w14:paraId="09492023" w14:textId="77777777" w:rsidR="00452AAF" w:rsidRPr="00632D01" w:rsidRDefault="002138ED">
      <w:pPr>
        <w:ind w:firstLine="709"/>
        <w:jc w:val="both"/>
        <w:rPr>
          <w:lang w:val="ru-RU"/>
        </w:rPr>
      </w:pPr>
      <w:r w:rsidRPr="00632D01">
        <w:rPr>
          <w:b/>
          <w:lang w:val="ru-RU"/>
        </w:rPr>
        <w:t>Цель обработки № 16. Аттестация и оценка квалификации сотрудников</w:t>
      </w:r>
    </w:p>
    <w:p w14:paraId="55629244" w14:textId="77777777" w:rsidR="00452AAF" w:rsidRPr="002D4DCC" w:rsidRDefault="002138ED">
      <w:pPr>
        <w:ind w:firstLine="709"/>
        <w:jc w:val="both"/>
        <w:rPr>
          <w:lang w:val="ru-RU"/>
        </w:rPr>
      </w:pPr>
      <w:r w:rsidRPr="002D4DCC">
        <w:rPr>
          <w:lang w:val="ru-RU"/>
        </w:rPr>
        <w:t>Проведение аттестации работников, оценка соответствия квалификации занимаемой должности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50FFAEC2" w14:textId="77777777">
        <w:trPr>
          <w:jc w:val="center"/>
        </w:trPr>
        <w:tc>
          <w:tcPr>
            <w:tcW w:w="2700" w:type="dxa"/>
          </w:tcPr>
          <w:p w14:paraId="41921358"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1BFCEC3D" w14:textId="77777777" w:rsidR="00452AAF" w:rsidRDefault="002138ED">
            <w:pPr>
              <w:jc w:val="both"/>
            </w:pPr>
            <w:proofErr w:type="spellStart"/>
            <w:r>
              <w:t>Действующие</w:t>
            </w:r>
            <w:proofErr w:type="spellEnd"/>
            <w:r>
              <w:t xml:space="preserve"> </w:t>
            </w:r>
            <w:proofErr w:type="spellStart"/>
            <w:r>
              <w:t>работники</w:t>
            </w:r>
            <w:proofErr w:type="spellEnd"/>
            <w:r>
              <w:t xml:space="preserve"> </w:t>
            </w:r>
            <w:proofErr w:type="spellStart"/>
            <w:r>
              <w:t>организации</w:t>
            </w:r>
            <w:proofErr w:type="spellEnd"/>
          </w:p>
        </w:tc>
      </w:tr>
      <w:tr w:rsidR="00452AAF" w:rsidRPr="002D4DCC" w14:paraId="13C4DF43" w14:textId="77777777">
        <w:trPr>
          <w:jc w:val="center"/>
        </w:trPr>
        <w:tc>
          <w:tcPr>
            <w:tcW w:w="2700" w:type="dxa"/>
          </w:tcPr>
          <w:p w14:paraId="7BE03711"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63AD8B46"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Уровень образования, реквизиты документа об образовании (серия / номер / дата выдачи / наименование учебного заведения / специальность / квалификация), сведения о повышении квалификации, сведения о профессиональной переподготовке, владение иностранными языками, реквизиты сертификатов и удостоверений, Должность, подразделение, табельный номер, реквизиты трудового договора (номер / дата заключения), дата приёма на работу, дата увольнения, сведения о трудовом стаже, сведения о предыдущих местах работы</w:t>
            </w:r>
          </w:p>
        </w:tc>
      </w:tr>
      <w:tr w:rsidR="00452AAF" w:rsidRPr="002D4DCC" w14:paraId="630FEB48" w14:textId="77777777">
        <w:trPr>
          <w:jc w:val="center"/>
        </w:trPr>
        <w:tc>
          <w:tcPr>
            <w:tcW w:w="2700" w:type="dxa"/>
          </w:tcPr>
          <w:p w14:paraId="02B5D739"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150E5CEF" w14:textId="77777777" w:rsidR="00452AAF" w:rsidRPr="002D4DCC" w:rsidRDefault="002138ED">
            <w:pPr>
              <w:jc w:val="both"/>
              <w:rPr>
                <w:lang w:val="ru-RU"/>
              </w:rPr>
            </w:pPr>
            <w:r w:rsidRPr="002D4DCC">
              <w:rPr>
                <w:lang w:val="ru-RU"/>
              </w:rPr>
              <w:t xml:space="preserve">Трудовой кодекс Российской Федерации от 30.12.2001 № 197-ФЗ (п. 3 ч. 1 ст. 81), договор с субъектом </w:t>
            </w:r>
            <w:proofErr w:type="spellStart"/>
            <w:r w:rsidRPr="002D4DCC">
              <w:rPr>
                <w:lang w:val="ru-RU"/>
              </w:rPr>
              <w:t>ПДн</w:t>
            </w:r>
            <w:proofErr w:type="spellEnd"/>
            <w:r w:rsidRPr="002D4DCC">
              <w:rPr>
                <w:lang w:val="ru-RU"/>
              </w:rPr>
              <w:t xml:space="preserve">, согласие на обработку </w:t>
            </w:r>
            <w:proofErr w:type="spellStart"/>
            <w:r w:rsidRPr="002D4DCC">
              <w:rPr>
                <w:lang w:val="ru-RU"/>
              </w:rPr>
              <w:t>ПДн</w:t>
            </w:r>
            <w:proofErr w:type="spellEnd"/>
          </w:p>
        </w:tc>
      </w:tr>
      <w:tr w:rsidR="00452AAF" w:rsidRPr="002D4DCC" w14:paraId="46281407" w14:textId="77777777">
        <w:trPr>
          <w:jc w:val="center"/>
        </w:trPr>
        <w:tc>
          <w:tcPr>
            <w:tcW w:w="2700" w:type="dxa"/>
          </w:tcPr>
          <w:p w14:paraId="74C20B4F"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5338D3F4" w14:textId="77777777" w:rsidR="00452AAF" w:rsidRPr="002D4DCC" w:rsidRDefault="002138ED">
            <w:pPr>
              <w:jc w:val="both"/>
              <w:rPr>
                <w:lang w:val="ru-RU"/>
              </w:rPr>
            </w:pPr>
            <w:r w:rsidRPr="002D4DCC">
              <w:rPr>
                <w:lang w:val="ru-RU"/>
              </w:rPr>
              <w:t>Сбор, запись, хранение, извлечение, использование</w:t>
            </w:r>
          </w:p>
        </w:tc>
      </w:tr>
      <w:tr w:rsidR="00452AAF" w14:paraId="1F2151E6" w14:textId="77777777">
        <w:trPr>
          <w:jc w:val="center"/>
        </w:trPr>
        <w:tc>
          <w:tcPr>
            <w:tcW w:w="2700" w:type="dxa"/>
          </w:tcPr>
          <w:p w14:paraId="0A9528F6"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175125BC" w14:textId="77777777" w:rsidR="00452AAF" w:rsidRDefault="002138ED">
            <w:pPr>
              <w:jc w:val="both"/>
            </w:pPr>
            <w:proofErr w:type="spellStart"/>
            <w:r>
              <w:t>Смешанная</w:t>
            </w:r>
            <w:proofErr w:type="spellEnd"/>
            <w:r>
              <w:t>, ЛВС</w:t>
            </w:r>
          </w:p>
        </w:tc>
      </w:tr>
      <w:tr w:rsidR="00452AAF" w:rsidRPr="002D4DCC" w14:paraId="05993283" w14:textId="77777777">
        <w:trPr>
          <w:jc w:val="center"/>
        </w:trPr>
        <w:tc>
          <w:tcPr>
            <w:tcW w:w="2700" w:type="dxa"/>
          </w:tcPr>
          <w:p w14:paraId="5C4FABA9"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77795AB1" w14:textId="77777777" w:rsidR="00452AAF" w:rsidRPr="002D4DCC" w:rsidRDefault="002138ED">
            <w:pPr>
              <w:jc w:val="both"/>
              <w:rPr>
                <w:lang w:val="ru-RU"/>
              </w:rPr>
            </w:pPr>
            <w:r w:rsidRPr="002D4DCC">
              <w:rPr>
                <w:lang w:val="ru-RU"/>
              </w:rPr>
              <w:t xml:space="preserve">Трудовой договор; Личная карточка (форма Т-2); Приказы (формы Т-1, Т-5, Т-6, Т-8, Т-9, Т-11); Штатное расписание (форма Т-3); График отпусков (форма Т-7); Должностная инструкция; Заявления; Доп. соглашения; Согласие на обработку </w:t>
            </w:r>
            <w:proofErr w:type="spellStart"/>
            <w:r w:rsidRPr="002D4DCC">
              <w:rPr>
                <w:lang w:val="ru-RU"/>
              </w:rPr>
              <w:t>ПДн</w:t>
            </w:r>
            <w:proofErr w:type="spellEnd"/>
            <w:r w:rsidRPr="002D4DCC">
              <w:rPr>
                <w:lang w:val="ru-RU"/>
              </w:rPr>
              <w:t>; Копия паспорта гражданина РФ; Личное дело работника</w:t>
            </w:r>
          </w:p>
        </w:tc>
      </w:tr>
      <w:tr w:rsidR="00452AAF" w:rsidRPr="002D4DCC" w14:paraId="2B1077CA" w14:textId="77777777">
        <w:trPr>
          <w:jc w:val="center"/>
        </w:trPr>
        <w:tc>
          <w:tcPr>
            <w:tcW w:w="2700" w:type="dxa"/>
          </w:tcPr>
          <w:p w14:paraId="613388F4"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1119EFC8"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2EA19365" w14:textId="77777777">
        <w:trPr>
          <w:jc w:val="center"/>
        </w:trPr>
        <w:tc>
          <w:tcPr>
            <w:tcW w:w="2700" w:type="dxa"/>
          </w:tcPr>
          <w:p w14:paraId="31D059B3" w14:textId="77777777" w:rsidR="00452AAF" w:rsidRDefault="002138ED">
            <w:proofErr w:type="spellStart"/>
            <w:r>
              <w:rPr>
                <w:b/>
              </w:rPr>
              <w:t>Получатели</w:t>
            </w:r>
            <w:proofErr w:type="spellEnd"/>
            <w:r>
              <w:rPr>
                <w:b/>
              </w:rPr>
              <w:t>:</w:t>
            </w:r>
          </w:p>
        </w:tc>
        <w:tc>
          <w:tcPr>
            <w:tcW w:w="6938" w:type="dxa"/>
          </w:tcPr>
          <w:p w14:paraId="210DEF49" w14:textId="77777777" w:rsidR="00452AAF" w:rsidRDefault="002138ED">
            <w:pPr>
              <w:jc w:val="both"/>
            </w:pPr>
            <w:proofErr w:type="spellStart"/>
            <w:r>
              <w:t>Не</w:t>
            </w:r>
            <w:proofErr w:type="spellEnd"/>
            <w:r>
              <w:t xml:space="preserve"> </w:t>
            </w:r>
            <w:proofErr w:type="spellStart"/>
            <w:r>
              <w:t>передаются</w:t>
            </w:r>
            <w:proofErr w:type="spellEnd"/>
          </w:p>
        </w:tc>
      </w:tr>
      <w:tr w:rsidR="00452AAF" w14:paraId="4E73836E" w14:textId="77777777">
        <w:trPr>
          <w:jc w:val="center"/>
        </w:trPr>
        <w:tc>
          <w:tcPr>
            <w:tcW w:w="2700" w:type="dxa"/>
          </w:tcPr>
          <w:p w14:paraId="07A0554C"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2CF502A7" w14:textId="77777777" w:rsidR="00452AAF" w:rsidRDefault="002138ED">
            <w:pPr>
              <w:jc w:val="both"/>
            </w:pPr>
            <w:r>
              <w:t xml:space="preserve">15 </w:t>
            </w:r>
            <w:proofErr w:type="spellStart"/>
            <w:r>
              <w:t>лет</w:t>
            </w:r>
            <w:proofErr w:type="spellEnd"/>
            <w:r>
              <w:t xml:space="preserve"> (</w:t>
            </w:r>
            <w:proofErr w:type="spellStart"/>
            <w:r>
              <w:t>Приказ</w:t>
            </w:r>
            <w:proofErr w:type="spellEnd"/>
            <w:r>
              <w:t xml:space="preserve"> </w:t>
            </w:r>
            <w:proofErr w:type="spellStart"/>
            <w:r>
              <w:t>Росархива</w:t>
            </w:r>
            <w:proofErr w:type="spellEnd"/>
            <w:r>
              <w:t xml:space="preserve"> № 236 (п. 380))</w:t>
            </w:r>
          </w:p>
        </w:tc>
      </w:tr>
      <w:tr w:rsidR="00452AAF" w14:paraId="287A51B0" w14:textId="77777777">
        <w:trPr>
          <w:jc w:val="center"/>
        </w:trPr>
        <w:tc>
          <w:tcPr>
            <w:tcW w:w="2700" w:type="dxa"/>
          </w:tcPr>
          <w:p w14:paraId="4085E6BB"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6BF1709E"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0B398F86" w14:textId="77777777">
        <w:trPr>
          <w:jc w:val="center"/>
        </w:trPr>
        <w:tc>
          <w:tcPr>
            <w:tcW w:w="2700" w:type="dxa"/>
          </w:tcPr>
          <w:p w14:paraId="779CA32D"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4F2CF82C"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3A43AB7F" w14:textId="77777777" w:rsidR="00452AAF" w:rsidRDefault="00452AAF"/>
    <w:p w14:paraId="5116FA3B" w14:textId="77777777" w:rsidR="00452AAF" w:rsidRPr="00632D01" w:rsidRDefault="002138ED">
      <w:pPr>
        <w:ind w:firstLine="709"/>
        <w:jc w:val="both"/>
        <w:rPr>
          <w:lang w:val="ru-RU"/>
        </w:rPr>
      </w:pPr>
      <w:r w:rsidRPr="00632D01">
        <w:rPr>
          <w:b/>
          <w:lang w:val="ru-RU"/>
        </w:rPr>
        <w:t>Цель обработки № 17. Корпоративная мобильная связь</w:t>
      </w:r>
    </w:p>
    <w:p w14:paraId="798A9421" w14:textId="77777777" w:rsidR="00452AAF" w:rsidRPr="002D4DCC" w:rsidRDefault="002138ED">
      <w:pPr>
        <w:ind w:firstLine="709"/>
        <w:jc w:val="both"/>
        <w:rPr>
          <w:lang w:val="ru-RU"/>
        </w:rPr>
      </w:pPr>
      <w:r w:rsidRPr="002D4DCC">
        <w:rPr>
          <w:lang w:val="ru-RU"/>
        </w:rPr>
        <w:lastRenderedPageBreak/>
        <w:t>Оформление корпоративных сим-карт, передача персональных данных работников оператору связи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4D37D976" w14:textId="77777777">
        <w:trPr>
          <w:jc w:val="center"/>
        </w:trPr>
        <w:tc>
          <w:tcPr>
            <w:tcW w:w="2700" w:type="dxa"/>
          </w:tcPr>
          <w:p w14:paraId="5461A901"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419D5E4F" w14:textId="77777777" w:rsidR="00452AAF" w:rsidRDefault="002138ED">
            <w:pPr>
              <w:jc w:val="both"/>
            </w:pPr>
            <w:proofErr w:type="spellStart"/>
            <w:r>
              <w:t>Действующие</w:t>
            </w:r>
            <w:proofErr w:type="spellEnd"/>
            <w:r>
              <w:t xml:space="preserve"> </w:t>
            </w:r>
            <w:proofErr w:type="spellStart"/>
            <w:r>
              <w:t>работники</w:t>
            </w:r>
            <w:proofErr w:type="spellEnd"/>
            <w:r>
              <w:t xml:space="preserve"> </w:t>
            </w:r>
            <w:proofErr w:type="spellStart"/>
            <w:r>
              <w:t>организации</w:t>
            </w:r>
            <w:proofErr w:type="spellEnd"/>
          </w:p>
        </w:tc>
      </w:tr>
      <w:tr w:rsidR="00452AAF" w:rsidRPr="002D4DCC" w14:paraId="443E7434" w14:textId="77777777">
        <w:trPr>
          <w:jc w:val="center"/>
        </w:trPr>
        <w:tc>
          <w:tcPr>
            <w:tcW w:w="2700" w:type="dxa"/>
          </w:tcPr>
          <w:p w14:paraId="729E58C2"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3FC002F6"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w:t>
            </w:r>
          </w:p>
        </w:tc>
      </w:tr>
      <w:tr w:rsidR="00452AAF" w:rsidRPr="002D4DCC" w14:paraId="427261BF" w14:textId="77777777">
        <w:trPr>
          <w:jc w:val="center"/>
        </w:trPr>
        <w:tc>
          <w:tcPr>
            <w:tcW w:w="2700" w:type="dxa"/>
          </w:tcPr>
          <w:p w14:paraId="2AFCCAC1"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3EFB1C1D" w14:textId="77777777" w:rsidR="00452AAF" w:rsidRPr="002D4DCC" w:rsidRDefault="002138ED">
            <w:pPr>
              <w:jc w:val="both"/>
              <w:rPr>
                <w:lang w:val="ru-RU"/>
              </w:rPr>
            </w:pPr>
            <w:r w:rsidRPr="002D4DCC">
              <w:rPr>
                <w:lang w:val="ru-RU"/>
              </w:rPr>
              <w:t xml:space="preserve">Федеральный закон от 27.07.2006 № 152-ФЗ «О персональных данных» (ст. 9), согласие на обработку </w:t>
            </w:r>
            <w:proofErr w:type="spellStart"/>
            <w:r w:rsidRPr="002D4DCC">
              <w:rPr>
                <w:lang w:val="ru-RU"/>
              </w:rPr>
              <w:t>ПДн</w:t>
            </w:r>
            <w:proofErr w:type="spellEnd"/>
          </w:p>
        </w:tc>
      </w:tr>
      <w:tr w:rsidR="00452AAF" w14:paraId="59AE2C99" w14:textId="77777777">
        <w:trPr>
          <w:jc w:val="center"/>
        </w:trPr>
        <w:tc>
          <w:tcPr>
            <w:tcW w:w="2700" w:type="dxa"/>
          </w:tcPr>
          <w:p w14:paraId="391CB4BA"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1D4E2355" w14:textId="77777777" w:rsidR="00452AAF" w:rsidRDefault="002138ED">
            <w:pPr>
              <w:jc w:val="both"/>
            </w:pPr>
            <w:proofErr w:type="spellStart"/>
            <w:r>
              <w:t>Сбор</w:t>
            </w:r>
            <w:proofErr w:type="spellEnd"/>
            <w:r>
              <w:t xml:space="preserve">, </w:t>
            </w:r>
            <w:proofErr w:type="spellStart"/>
            <w:r>
              <w:t>запись</w:t>
            </w:r>
            <w:proofErr w:type="spellEnd"/>
            <w:r>
              <w:t xml:space="preserve">, </w:t>
            </w:r>
            <w:proofErr w:type="spellStart"/>
            <w:r>
              <w:t>хранение</w:t>
            </w:r>
            <w:proofErr w:type="spellEnd"/>
            <w:r>
              <w:t xml:space="preserve">, </w:t>
            </w:r>
            <w:proofErr w:type="spellStart"/>
            <w:r>
              <w:t>передача</w:t>
            </w:r>
            <w:proofErr w:type="spellEnd"/>
          </w:p>
        </w:tc>
      </w:tr>
      <w:tr w:rsidR="00452AAF" w14:paraId="40320692" w14:textId="77777777">
        <w:trPr>
          <w:jc w:val="center"/>
        </w:trPr>
        <w:tc>
          <w:tcPr>
            <w:tcW w:w="2700" w:type="dxa"/>
          </w:tcPr>
          <w:p w14:paraId="09F1D6AE"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1DC596AC" w14:textId="77777777" w:rsidR="00452AAF" w:rsidRDefault="002138ED">
            <w:pPr>
              <w:jc w:val="both"/>
            </w:pPr>
            <w:proofErr w:type="spellStart"/>
            <w:r>
              <w:t>Смешанная</w:t>
            </w:r>
            <w:proofErr w:type="spellEnd"/>
            <w:r>
              <w:t>, ЛВС</w:t>
            </w:r>
          </w:p>
        </w:tc>
      </w:tr>
      <w:tr w:rsidR="00452AAF" w:rsidRPr="002D4DCC" w14:paraId="0BC25AF3" w14:textId="77777777">
        <w:trPr>
          <w:jc w:val="center"/>
        </w:trPr>
        <w:tc>
          <w:tcPr>
            <w:tcW w:w="2700" w:type="dxa"/>
          </w:tcPr>
          <w:p w14:paraId="5A32F0D2"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6F4D83B3" w14:textId="77777777" w:rsidR="00452AAF" w:rsidRPr="002D4DCC" w:rsidRDefault="002138ED">
            <w:pPr>
              <w:jc w:val="both"/>
              <w:rPr>
                <w:lang w:val="ru-RU"/>
              </w:rPr>
            </w:pPr>
            <w:r w:rsidRPr="002D4DCC">
              <w:rPr>
                <w:lang w:val="ru-RU"/>
              </w:rPr>
              <w:t>Заявление на ДМС; Заявление на ДМС для членов семьи; Заявление на корпоративную связь; Заявление на выпуск ЭП; Доверенность; Сертификат ключа ЭП</w:t>
            </w:r>
          </w:p>
        </w:tc>
      </w:tr>
      <w:tr w:rsidR="00452AAF" w14:paraId="140EE748" w14:textId="77777777">
        <w:trPr>
          <w:jc w:val="center"/>
        </w:trPr>
        <w:tc>
          <w:tcPr>
            <w:tcW w:w="2700" w:type="dxa"/>
          </w:tcPr>
          <w:p w14:paraId="3A27C590"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22D30260" w14:textId="77777777" w:rsidR="00452AAF" w:rsidRDefault="002138ED">
            <w:pPr>
              <w:jc w:val="both"/>
            </w:pPr>
            <w:proofErr w:type="spellStart"/>
            <w:r>
              <w:t>Мобильные</w:t>
            </w:r>
            <w:proofErr w:type="spellEnd"/>
            <w:r>
              <w:t xml:space="preserve"> </w:t>
            </w:r>
            <w:proofErr w:type="spellStart"/>
            <w:r>
              <w:t>устройства</w:t>
            </w:r>
            <w:proofErr w:type="spellEnd"/>
          </w:p>
        </w:tc>
      </w:tr>
      <w:tr w:rsidR="00452AAF" w14:paraId="30A37B68" w14:textId="77777777">
        <w:trPr>
          <w:jc w:val="center"/>
        </w:trPr>
        <w:tc>
          <w:tcPr>
            <w:tcW w:w="2700" w:type="dxa"/>
          </w:tcPr>
          <w:p w14:paraId="1ACB76CC" w14:textId="77777777" w:rsidR="00452AAF" w:rsidRDefault="002138ED">
            <w:proofErr w:type="spellStart"/>
            <w:r>
              <w:rPr>
                <w:b/>
              </w:rPr>
              <w:t>Получатели</w:t>
            </w:r>
            <w:proofErr w:type="spellEnd"/>
            <w:r>
              <w:rPr>
                <w:b/>
              </w:rPr>
              <w:t>:</w:t>
            </w:r>
          </w:p>
        </w:tc>
        <w:tc>
          <w:tcPr>
            <w:tcW w:w="6938" w:type="dxa"/>
          </w:tcPr>
          <w:p w14:paraId="0A992816" w14:textId="77777777" w:rsidR="00452AAF" w:rsidRDefault="002138ED">
            <w:pPr>
              <w:jc w:val="both"/>
            </w:pPr>
            <w:proofErr w:type="spellStart"/>
            <w:r>
              <w:t>Оператор</w:t>
            </w:r>
            <w:proofErr w:type="spellEnd"/>
            <w:r>
              <w:t xml:space="preserve"> </w:t>
            </w:r>
            <w:proofErr w:type="spellStart"/>
            <w:r>
              <w:t>мобильной</w:t>
            </w:r>
            <w:proofErr w:type="spellEnd"/>
            <w:r>
              <w:t xml:space="preserve"> </w:t>
            </w:r>
            <w:proofErr w:type="spellStart"/>
            <w:r>
              <w:t>связи</w:t>
            </w:r>
            <w:proofErr w:type="spellEnd"/>
          </w:p>
        </w:tc>
      </w:tr>
      <w:tr w:rsidR="00452AAF" w14:paraId="401E304C" w14:textId="77777777">
        <w:trPr>
          <w:jc w:val="center"/>
        </w:trPr>
        <w:tc>
          <w:tcPr>
            <w:tcW w:w="2700" w:type="dxa"/>
          </w:tcPr>
          <w:p w14:paraId="0AC20D17"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517CE9B2" w14:textId="77777777" w:rsidR="00452AAF" w:rsidRDefault="002138ED">
            <w:pPr>
              <w:jc w:val="both"/>
            </w:pPr>
            <w:r>
              <w:t xml:space="preserve">3 </w:t>
            </w:r>
            <w:proofErr w:type="spellStart"/>
            <w:r>
              <w:t>года</w:t>
            </w:r>
            <w:proofErr w:type="spellEnd"/>
            <w:r>
              <w:t xml:space="preserve"> (ГК РФ (</w:t>
            </w:r>
            <w:proofErr w:type="spellStart"/>
            <w:r>
              <w:t>ст</w:t>
            </w:r>
            <w:proofErr w:type="spellEnd"/>
            <w:r>
              <w:t>. 196))</w:t>
            </w:r>
          </w:p>
        </w:tc>
      </w:tr>
      <w:tr w:rsidR="00452AAF" w14:paraId="6327EA18" w14:textId="77777777">
        <w:trPr>
          <w:jc w:val="center"/>
        </w:trPr>
        <w:tc>
          <w:tcPr>
            <w:tcW w:w="2700" w:type="dxa"/>
          </w:tcPr>
          <w:p w14:paraId="612FBD42"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7F7C6B28"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1D5321BB" w14:textId="77777777">
        <w:trPr>
          <w:jc w:val="center"/>
        </w:trPr>
        <w:tc>
          <w:tcPr>
            <w:tcW w:w="2700" w:type="dxa"/>
          </w:tcPr>
          <w:p w14:paraId="0D4C91A2"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4D7BB171"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1941C912" w14:textId="77777777" w:rsidR="00452AAF" w:rsidRDefault="00452AAF"/>
    <w:p w14:paraId="0BCB6B9E" w14:textId="77777777" w:rsidR="00452AAF" w:rsidRPr="00632D01" w:rsidRDefault="002138ED">
      <w:pPr>
        <w:ind w:firstLine="709"/>
        <w:jc w:val="both"/>
        <w:rPr>
          <w:lang w:val="ru-RU"/>
        </w:rPr>
      </w:pPr>
      <w:r w:rsidRPr="00632D01">
        <w:rPr>
          <w:b/>
          <w:lang w:val="ru-RU"/>
        </w:rPr>
        <w:t>Цель обработки № 18. Обеспечение экстренной связи</w:t>
      </w:r>
    </w:p>
    <w:p w14:paraId="15EC4918" w14:textId="77777777" w:rsidR="00452AAF" w:rsidRPr="002D4DCC" w:rsidRDefault="002138ED">
      <w:pPr>
        <w:ind w:firstLine="709"/>
        <w:jc w:val="both"/>
        <w:rPr>
          <w:lang w:val="ru-RU"/>
        </w:rPr>
      </w:pPr>
      <w:r w:rsidRPr="002D4DCC">
        <w:rPr>
          <w:lang w:val="ru-RU"/>
        </w:rPr>
        <w:t>Хранение контактных данных лиц для связи в чрезвычайных и экстренных ситуациях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10FC03EB" w14:textId="77777777">
        <w:trPr>
          <w:jc w:val="center"/>
        </w:trPr>
        <w:tc>
          <w:tcPr>
            <w:tcW w:w="2700" w:type="dxa"/>
          </w:tcPr>
          <w:p w14:paraId="24BCD624"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7B6FF44C" w14:textId="77777777" w:rsidR="00452AAF" w:rsidRDefault="002138ED">
            <w:pPr>
              <w:jc w:val="both"/>
            </w:pPr>
            <w:proofErr w:type="spellStart"/>
            <w:r>
              <w:t>Родственники</w:t>
            </w:r>
            <w:proofErr w:type="spellEnd"/>
            <w:r>
              <w:t xml:space="preserve"> </w:t>
            </w:r>
            <w:proofErr w:type="spellStart"/>
            <w:r>
              <w:t>работников</w:t>
            </w:r>
            <w:proofErr w:type="spellEnd"/>
          </w:p>
        </w:tc>
      </w:tr>
      <w:tr w:rsidR="00452AAF" w:rsidRPr="002D4DCC" w14:paraId="046A0203" w14:textId="77777777">
        <w:trPr>
          <w:jc w:val="center"/>
        </w:trPr>
        <w:tc>
          <w:tcPr>
            <w:tcW w:w="2700" w:type="dxa"/>
          </w:tcPr>
          <w:p w14:paraId="2F2F0F09"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3B609CBE"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w:t>
            </w:r>
          </w:p>
        </w:tc>
      </w:tr>
      <w:tr w:rsidR="00452AAF" w:rsidRPr="002D4DCC" w14:paraId="32080682" w14:textId="77777777">
        <w:trPr>
          <w:jc w:val="center"/>
        </w:trPr>
        <w:tc>
          <w:tcPr>
            <w:tcW w:w="2700" w:type="dxa"/>
          </w:tcPr>
          <w:p w14:paraId="71DBF086"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1DA730CE" w14:textId="77777777" w:rsidR="00452AAF" w:rsidRPr="002D4DCC" w:rsidRDefault="002138ED">
            <w:pPr>
              <w:jc w:val="both"/>
              <w:rPr>
                <w:lang w:val="ru-RU"/>
              </w:rPr>
            </w:pPr>
            <w:r w:rsidRPr="002D4DCC">
              <w:rPr>
                <w:lang w:val="ru-RU"/>
              </w:rPr>
              <w:t xml:space="preserve">Федеральный закон от 27.07.2006 № 152-ФЗ «О персональных данных» (ст. 9), согласие на обработку </w:t>
            </w:r>
            <w:proofErr w:type="spellStart"/>
            <w:r w:rsidRPr="002D4DCC">
              <w:rPr>
                <w:lang w:val="ru-RU"/>
              </w:rPr>
              <w:t>ПДн</w:t>
            </w:r>
            <w:proofErr w:type="spellEnd"/>
          </w:p>
        </w:tc>
      </w:tr>
      <w:tr w:rsidR="00452AAF" w:rsidRPr="002D4DCC" w14:paraId="72C55297" w14:textId="77777777">
        <w:trPr>
          <w:jc w:val="center"/>
        </w:trPr>
        <w:tc>
          <w:tcPr>
            <w:tcW w:w="2700" w:type="dxa"/>
          </w:tcPr>
          <w:p w14:paraId="78EE817D" w14:textId="77777777" w:rsidR="00452AAF" w:rsidRDefault="002138ED">
            <w:proofErr w:type="spellStart"/>
            <w:r>
              <w:rPr>
                <w:b/>
              </w:rPr>
              <w:lastRenderedPageBreak/>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70EA9790" w14:textId="77777777" w:rsidR="00452AAF" w:rsidRPr="002D4DCC" w:rsidRDefault="002138ED">
            <w:pPr>
              <w:jc w:val="both"/>
              <w:rPr>
                <w:lang w:val="ru-RU"/>
              </w:rPr>
            </w:pPr>
            <w:r w:rsidRPr="002D4DCC">
              <w:rPr>
                <w:lang w:val="ru-RU"/>
              </w:rPr>
              <w:t>Сбор, запись, хранение, извлечение, использование</w:t>
            </w:r>
          </w:p>
        </w:tc>
      </w:tr>
      <w:tr w:rsidR="00452AAF" w14:paraId="622BE4AC" w14:textId="77777777">
        <w:trPr>
          <w:jc w:val="center"/>
        </w:trPr>
        <w:tc>
          <w:tcPr>
            <w:tcW w:w="2700" w:type="dxa"/>
          </w:tcPr>
          <w:p w14:paraId="16FE5E9F"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3780C5AA" w14:textId="77777777" w:rsidR="00452AAF" w:rsidRDefault="002138ED">
            <w:pPr>
              <w:jc w:val="both"/>
            </w:pPr>
            <w:proofErr w:type="spellStart"/>
            <w:r>
              <w:t>Смешанная</w:t>
            </w:r>
            <w:proofErr w:type="spellEnd"/>
            <w:r>
              <w:t>, ЛВС</w:t>
            </w:r>
          </w:p>
        </w:tc>
      </w:tr>
      <w:tr w:rsidR="00452AAF" w:rsidRPr="002D4DCC" w14:paraId="25078ACB" w14:textId="77777777">
        <w:trPr>
          <w:jc w:val="center"/>
        </w:trPr>
        <w:tc>
          <w:tcPr>
            <w:tcW w:w="2700" w:type="dxa"/>
          </w:tcPr>
          <w:p w14:paraId="48F07320"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4B7D67E5" w14:textId="77777777" w:rsidR="00452AAF" w:rsidRPr="002D4DCC" w:rsidRDefault="002138ED">
            <w:pPr>
              <w:jc w:val="both"/>
              <w:rPr>
                <w:lang w:val="ru-RU"/>
              </w:rPr>
            </w:pPr>
            <w:r w:rsidRPr="002D4DCC">
              <w:rPr>
                <w:lang w:val="ru-RU"/>
              </w:rPr>
              <w:t>Карточка экстренных контактов работника; Журнал экстренных ситуаций</w:t>
            </w:r>
          </w:p>
        </w:tc>
      </w:tr>
      <w:tr w:rsidR="00452AAF" w:rsidRPr="002D4DCC" w14:paraId="166A6B58" w14:textId="77777777">
        <w:trPr>
          <w:jc w:val="center"/>
        </w:trPr>
        <w:tc>
          <w:tcPr>
            <w:tcW w:w="2700" w:type="dxa"/>
          </w:tcPr>
          <w:p w14:paraId="2D6455FA"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7D43358D"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04036BA5" w14:textId="77777777">
        <w:trPr>
          <w:jc w:val="center"/>
        </w:trPr>
        <w:tc>
          <w:tcPr>
            <w:tcW w:w="2700" w:type="dxa"/>
          </w:tcPr>
          <w:p w14:paraId="0BA4D208" w14:textId="77777777" w:rsidR="00452AAF" w:rsidRDefault="002138ED">
            <w:proofErr w:type="spellStart"/>
            <w:r>
              <w:rPr>
                <w:b/>
              </w:rPr>
              <w:t>Получатели</w:t>
            </w:r>
            <w:proofErr w:type="spellEnd"/>
            <w:r>
              <w:rPr>
                <w:b/>
              </w:rPr>
              <w:t>:</w:t>
            </w:r>
          </w:p>
        </w:tc>
        <w:tc>
          <w:tcPr>
            <w:tcW w:w="6938" w:type="dxa"/>
          </w:tcPr>
          <w:p w14:paraId="4D1A4630" w14:textId="77777777" w:rsidR="00452AAF" w:rsidRDefault="002138ED">
            <w:pPr>
              <w:jc w:val="both"/>
            </w:pPr>
            <w:proofErr w:type="spellStart"/>
            <w:r>
              <w:t>Не</w:t>
            </w:r>
            <w:proofErr w:type="spellEnd"/>
            <w:r>
              <w:t xml:space="preserve"> </w:t>
            </w:r>
            <w:proofErr w:type="spellStart"/>
            <w:r>
              <w:t>передаются</w:t>
            </w:r>
            <w:proofErr w:type="spellEnd"/>
          </w:p>
        </w:tc>
      </w:tr>
      <w:tr w:rsidR="00452AAF" w:rsidRPr="002D4DCC" w14:paraId="12420D16" w14:textId="77777777">
        <w:trPr>
          <w:jc w:val="center"/>
        </w:trPr>
        <w:tc>
          <w:tcPr>
            <w:tcW w:w="2700" w:type="dxa"/>
          </w:tcPr>
          <w:p w14:paraId="12454201"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0601E886" w14:textId="77777777" w:rsidR="00452AAF" w:rsidRPr="002D4DCC" w:rsidRDefault="002138ED">
            <w:pPr>
              <w:jc w:val="both"/>
              <w:rPr>
                <w:lang w:val="ru-RU"/>
              </w:rPr>
            </w:pPr>
            <w:r w:rsidRPr="002D4DCC">
              <w:rPr>
                <w:lang w:val="ru-RU"/>
              </w:rPr>
              <w:t>Весь период работы сотрудника (ФЗ-152 (ч. 4 ст. 21))</w:t>
            </w:r>
          </w:p>
        </w:tc>
      </w:tr>
      <w:tr w:rsidR="00452AAF" w14:paraId="77D5F411" w14:textId="77777777">
        <w:trPr>
          <w:jc w:val="center"/>
        </w:trPr>
        <w:tc>
          <w:tcPr>
            <w:tcW w:w="2700" w:type="dxa"/>
          </w:tcPr>
          <w:p w14:paraId="0AFCC582"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1E31CEC4"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2FE21590" w14:textId="77777777">
        <w:trPr>
          <w:jc w:val="center"/>
        </w:trPr>
        <w:tc>
          <w:tcPr>
            <w:tcW w:w="2700" w:type="dxa"/>
          </w:tcPr>
          <w:p w14:paraId="66011939"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53319305"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0F61FAA0" w14:textId="77777777" w:rsidR="00452AAF" w:rsidRDefault="00452AAF"/>
    <w:p w14:paraId="3CD88047" w14:textId="77777777" w:rsidR="00452AAF" w:rsidRPr="00632D01" w:rsidRDefault="002138ED">
      <w:pPr>
        <w:ind w:firstLine="709"/>
        <w:jc w:val="both"/>
        <w:rPr>
          <w:lang w:val="ru-RU"/>
        </w:rPr>
      </w:pPr>
      <w:r w:rsidRPr="00632D01">
        <w:rPr>
          <w:b/>
          <w:lang w:val="ru-RU"/>
        </w:rPr>
        <w:t>Цель обработки № 19. Договорные отношения с контрагентами — юридическими лицами</w:t>
      </w:r>
    </w:p>
    <w:p w14:paraId="58BDE774" w14:textId="77777777" w:rsidR="00452AAF" w:rsidRPr="002D4DCC" w:rsidRDefault="002138ED">
      <w:pPr>
        <w:ind w:firstLine="709"/>
        <w:jc w:val="both"/>
        <w:rPr>
          <w:lang w:val="ru-RU"/>
        </w:rPr>
      </w:pPr>
      <w:r w:rsidRPr="002D4DCC">
        <w:rPr>
          <w:lang w:val="ru-RU"/>
        </w:rPr>
        <w:t>Заключение и исполнение договоров с организациями-контрагентами, ведение деловой переписки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545303BF" w14:textId="77777777">
        <w:trPr>
          <w:jc w:val="center"/>
        </w:trPr>
        <w:tc>
          <w:tcPr>
            <w:tcW w:w="2700" w:type="dxa"/>
          </w:tcPr>
          <w:p w14:paraId="086527CF"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2BB4DB6F" w14:textId="77777777" w:rsidR="00452AAF" w:rsidRPr="002D4DCC" w:rsidRDefault="002138ED">
            <w:pPr>
              <w:jc w:val="both"/>
              <w:rPr>
                <w:lang w:val="ru-RU"/>
              </w:rPr>
            </w:pPr>
            <w:r w:rsidRPr="002D4DCC">
              <w:rPr>
                <w:lang w:val="ru-RU"/>
              </w:rPr>
              <w:t>Представители организаций-контрагентов; Индивидуальные предприниматели и самозанятые</w:t>
            </w:r>
          </w:p>
        </w:tc>
      </w:tr>
      <w:tr w:rsidR="00452AAF" w:rsidRPr="002D4DCC" w14:paraId="41A03F59" w14:textId="77777777">
        <w:trPr>
          <w:jc w:val="center"/>
        </w:trPr>
        <w:tc>
          <w:tcPr>
            <w:tcW w:w="2700" w:type="dxa"/>
          </w:tcPr>
          <w:p w14:paraId="0FC388BC"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5B615FAC"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 ФИО представителя, должность, подразделение, реквизиты доверенности (номер / дата / срок действия), наименование организации представителя</w:t>
            </w:r>
          </w:p>
        </w:tc>
      </w:tr>
      <w:tr w:rsidR="00452AAF" w:rsidRPr="002D4DCC" w14:paraId="0CCCF00F" w14:textId="77777777">
        <w:trPr>
          <w:jc w:val="center"/>
        </w:trPr>
        <w:tc>
          <w:tcPr>
            <w:tcW w:w="2700" w:type="dxa"/>
          </w:tcPr>
          <w:p w14:paraId="3BAB0875"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2B704327" w14:textId="77777777" w:rsidR="00452AAF" w:rsidRPr="002D4DCC" w:rsidRDefault="002138ED">
            <w:pPr>
              <w:jc w:val="both"/>
              <w:rPr>
                <w:lang w:val="ru-RU"/>
              </w:rPr>
            </w:pPr>
            <w:r w:rsidRPr="002D4DCC">
              <w:rPr>
                <w:lang w:val="ru-RU"/>
              </w:rPr>
              <w:t>Федеральный закон от 27.07.2006 № 152-ФЗ «О персональных данных» (п. 7 ч. 1 ст. 6); Гражданский кодекс Российской Федерации (гл. 27–29)</w:t>
            </w:r>
          </w:p>
        </w:tc>
      </w:tr>
      <w:tr w:rsidR="00452AAF" w:rsidRPr="002D4DCC" w14:paraId="7F99A51D" w14:textId="77777777">
        <w:trPr>
          <w:jc w:val="center"/>
        </w:trPr>
        <w:tc>
          <w:tcPr>
            <w:tcW w:w="2700" w:type="dxa"/>
          </w:tcPr>
          <w:p w14:paraId="2D222E77"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135D5BDB" w14:textId="77777777" w:rsidR="00452AAF" w:rsidRPr="002D4DCC" w:rsidRDefault="002138ED">
            <w:pPr>
              <w:jc w:val="both"/>
              <w:rPr>
                <w:lang w:val="ru-RU"/>
              </w:rPr>
            </w:pPr>
            <w:r w:rsidRPr="002D4DCC">
              <w:rPr>
                <w:lang w:val="ru-RU"/>
              </w:rPr>
              <w:t>Сбор, запись, систематизация, хранение, уточнение, извлечение, использование, передача</w:t>
            </w:r>
          </w:p>
        </w:tc>
      </w:tr>
      <w:tr w:rsidR="00452AAF" w14:paraId="2F3C55C0" w14:textId="77777777">
        <w:trPr>
          <w:jc w:val="center"/>
        </w:trPr>
        <w:tc>
          <w:tcPr>
            <w:tcW w:w="2700" w:type="dxa"/>
          </w:tcPr>
          <w:p w14:paraId="44605175"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3E21BC29"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2A839F15" w14:textId="77777777">
        <w:trPr>
          <w:jc w:val="center"/>
        </w:trPr>
        <w:tc>
          <w:tcPr>
            <w:tcW w:w="2700" w:type="dxa"/>
          </w:tcPr>
          <w:p w14:paraId="38B26CF5"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300AD469" w14:textId="77777777" w:rsidR="00452AAF" w:rsidRPr="002D4DCC" w:rsidRDefault="002138ED">
            <w:pPr>
              <w:jc w:val="both"/>
              <w:rPr>
                <w:lang w:val="ru-RU"/>
              </w:rPr>
            </w:pPr>
            <w:r w:rsidRPr="002D4DCC">
              <w:rPr>
                <w:lang w:val="ru-RU"/>
              </w:rPr>
              <w:t>Договор с контрагентом; Акт выполненных работ; Счёт / счёт-фактура; Карточка контрагента; Выписка из ЕГРЮЛ/ЕГРИП; Копия паспорта подписанта; Учредительные документы контрагента; Деловая переписка</w:t>
            </w:r>
          </w:p>
        </w:tc>
      </w:tr>
      <w:tr w:rsidR="00452AAF" w:rsidRPr="002D4DCC" w14:paraId="16056B50" w14:textId="77777777">
        <w:trPr>
          <w:jc w:val="center"/>
        </w:trPr>
        <w:tc>
          <w:tcPr>
            <w:tcW w:w="2700" w:type="dxa"/>
          </w:tcPr>
          <w:p w14:paraId="167AA16D"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798FA04C" w14:textId="77777777" w:rsidR="00452AAF" w:rsidRPr="002D4DCC" w:rsidRDefault="002138ED">
            <w:pPr>
              <w:jc w:val="both"/>
              <w:rPr>
                <w:lang w:val="ru-RU"/>
              </w:rPr>
            </w:pPr>
            <w:r w:rsidRPr="002D4DCC">
              <w:rPr>
                <w:lang w:val="ru-RU"/>
              </w:rPr>
              <w:t>Шкаф с замком в юридическом отделе</w:t>
            </w:r>
          </w:p>
        </w:tc>
      </w:tr>
      <w:tr w:rsidR="00452AAF" w14:paraId="4138DC5C" w14:textId="77777777">
        <w:trPr>
          <w:jc w:val="center"/>
        </w:trPr>
        <w:tc>
          <w:tcPr>
            <w:tcW w:w="2700" w:type="dxa"/>
          </w:tcPr>
          <w:p w14:paraId="68F29E86" w14:textId="77777777" w:rsidR="00452AAF" w:rsidRDefault="002138ED">
            <w:proofErr w:type="spellStart"/>
            <w:r>
              <w:rPr>
                <w:b/>
              </w:rPr>
              <w:t>Получатели</w:t>
            </w:r>
            <w:proofErr w:type="spellEnd"/>
            <w:r>
              <w:rPr>
                <w:b/>
              </w:rPr>
              <w:t>:</w:t>
            </w:r>
          </w:p>
        </w:tc>
        <w:tc>
          <w:tcPr>
            <w:tcW w:w="6938" w:type="dxa"/>
          </w:tcPr>
          <w:p w14:paraId="3EB858F1" w14:textId="77777777" w:rsidR="00452AAF" w:rsidRDefault="002138ED">
            <w:pPr>
              <w:jc w:val="both"/>
            </w:pPr>
            <w:proofErr w:type="spellStart"/>
            <w:r>
              <w:t>Оператор</w:t>
            </w:r>
            <w:proofErr w:type="spellEnd"/>
            <w:r>
              <w:t xml:space="preserve"> ЭДО; </w:t>
            </w:r>
            <w:proofErr w:type="spellStart"/>
            <w:r>
              <w:t>Юридическая</w:t>
            </w:r>
            <w:proofErr w:type="spellEnd"/>
            <w:r>
              <w:t xml:space="preserve"> </w:t>
            </w:r>
            <w:proofErr w:type="spellStart"/>
            <w:r>
              <w:t>фирма</w:t>
            </w:r>
            <w:proofErr w:type="spellEnd"/>
          </w:p>
        </w:tc>
      </w:tr>
      <w:tr w:rsidR="00452AAF" w:rsidRPr="002D4DCC" w14:paraId="5104750D" w14:textId="77777777">
        <w:trPr>
          <w:jc w:val="center"/>
        </w:trPr>
        <w:tc>
          <w:tcPr>
            <w:tcW w:w="2700" w:type="dxa"/>
          </w:tcPr>
          <w:p w14:paraId="3D6A81D9" w14:textId="77777777" w:rsidR="00452AAF" w:rsidRDefault="002138ED">
            <w:proofErr w:type="spellStart"/>
            <w:r>
              <w:rPr>
                <w:b/>
              </w:rPr>
              <w:lastRenderedPageBreak/>
              <w:t>Сроки</w:t>
            </w:r>
            <w:proofErr w:type="spellEnd"/>
            <w:r>
              <w:rPr>
                <w:b/>
              </w:rPr>
              <w:t xml:space="preserve"> </w:t>
            </w:r>
            <w:proofErr w:type="spellStart"/>
            <w:r>
              <w:rPr>
                <w:b/>
              </w:rPr>
              <w:t>хранения</w:t>
            </w:r>
            <w:proofErr w:type="spellEnd"/>
            <w:r>
              <w:rPr>
                <w:b/>
              </w:rPr>
              <w:t>:</w:t>
            </w:r>
          </w:p>
        </w:tc>
        <w:tc>
          <w:tcPr>
            <w:tcW w:w="6938" w:type="dxa"/>
          </w:tcPr>
          <w:p w14:paraId="3A044629" w14:textId="77777777" w:rsidR="00452AAF" w:rsidRPr="002D4DCC" w:rsidRDefault="002138ED">
            <w:pPr>
              <w:jc w:val="both"/>
              <w:rPr>
                <w:lang w:val="ru-RU"/>
              </w:rPr>
            </w:pPr>
            <w:r w:rsidRPr="002D4DCC">
              <w:rPr>
                <w:lang w:val="ru-RU"/>
              </w:rPr>
              <w:t xml:space="preserve">5 лет (Приказ </w:t>
            </w:r>
            <w:proofErr w:type="spellStart"/>
            <w:r w:rsidRPr="002D4DCC">
              <w:rPr>
                <w:lang w:val="ru-RU"/>
              </w:rPr>
              <w:t>Росархива</w:t>
            </w:r>
            <w:proofErr w:type="spellEnd"/>
            <w:r w:rsidRPr="002D4DCC">
              <w:rPr>
                <w:lang w:val="ru-RU"/>
              </w:rPr>
              <w:t xml:space="preserve"> № 236 (п. 277); ГК РФ (ст. 196))</w:t>
            </w:r>
          </w:p>
        </w:tc>
      </w:tr>
      <w:tr w:rsidR="00452AAF" w14:paraId="3D4101C8" w14:textId="77777777">
        <w:trPr>
          <w:jc w:val="center"/>
        </w:trPr>
        <w:tc>
          <w:tcPr>
            <w:tcW w:w="2700" w:type="dxa"/>
          </w:tcPr>
          <w:p w14:paraId="330B4B9D"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5360A259"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5945B7C0" w14:textId="77777777">
        <w:trPr>
          <w:jc w:val="center"/>
        </w:trPr>
        <w:tc>
          <w:tcPr>
            <w:tcW w:w="2700" w:type="dxa"/>
          </w:tcPr>
          <w:p w14:paraId="01EE1A25"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266DB1AB"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62A72E4B" w14:textId="77777777" w:rsidR="00452AAF" w:rsidRDefault="00452AAF"/>
    <w:p w14:paraId="42A7E284" w14:textId="77777777" w:rsidR="00452AAF" w:rsidRPr="00632D01" w:rsidRDefault="002138ED">
      <w:pPr>
        <w:ind w:firstLine="709"/>
        <w:jc w:val="both"/>
        <w:rPr>
          <w:lang w:val="ru-RU"/>
        </w:rPr>
      </w:pPr>
      <w:r w:rsidRPr="00632D01">
        <w:rPr>
          <w:b/>
          <w:lang w:val="ru-RU"/>
        </w:rPr>
        <w:t>Цель обработки № 20. Должная осмотрительность при выборе контрагентов</w:t>
      </w:r>
    </w:p>
    <w:p w14:paraId="3DA9B1AD" w14:textId="77777777" w:rsidR="00452AAF" w:rsidRPr="002D4DCC" w:rsidRDefault="002138ED">
      <w:pPr>
        <w:ind w:firstLine="709"/>
        <w:jc w:val="both"/>
        <w:rPr>
          <w:lang w:val="ru-RU"/>
        </w:rPr>
      </w:pPr>
      <w:r w:rsidRPr="002D4DCC">
        <w:rPr>
          <w:lang w:val="ru-RU"/>
        </w:rPr>
        <w:t>Проверка деловой репутации и благонадёжности контрагентов в целях снижения налоговых и правовых рисков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34473331" w14:textId="77777777">
        <w:trPr>
          <w:jc w:val="center"/>
        </w:trPr>
        <w:tc>
          <w:tcPr>
            <w:tcW w:w="2700" w:type="dxa"/>
          </w:tcPr>
          <w:p w14:paraId="32121DE1"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7C110705" w14:textId="77777777" w:rsidR="00452AAF" w:rsidRPr="002D4DCC" w:rsidRDefault="002138ED">
            <w:pPr>
              <w:jc w:val="both"/>
              <w:rPr>
                <w:lang w:val="ru-RU"/>
              </w:rPr>
            </w:pPr>
            <w:r w:rsidRPr="002D4DCC">
              <w:rPr>
                <w:lang w:val="ru-RU"/>
              </w:rPr>
              <w:t>Представители организаций-контрагентов; Индивидуальные предприниматели и самозанятые</w:t>
            </w:r>
          </w:p>
        </w:tc>
      </w:tr>
      <w:tr w:rsidR="00452AAF" w:rsidRPr="002D4DCC" w14:paraId="74C7641B" w14:textId="77777777">
        <w:trPr>
          <w:jc w:val="center"/>
        </w:trPr>
        <w:tc>
          <w:tcPr>
            <w:tcW w:w="2700" w:type="dxa"/>
          </w:tcPr>
          <w:p w14:paraId="2A83B9B1"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1A777B71"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 Размер доли/акций, дата приобретения, вид участия, количество голосов на собрании участников (акционеров), ОГРНИП (для членов КФХ)</w:t>
            </w:r>
          </w:p>
        </w:tc>
      </w:tr>
      <w:tr w:rsidR="00452AAF" w:rsidRPr="002D4DCC" w14:paraId="0DFBBD45" w14:textId="77777777">
        <w:trPr>
          <w:jc w:val="center"/>
        </w:trPr>
        <w:tc>
          <w:tcPr>
            <w:tcW w:w="2700" w:type="dxa"/>
          </w:tcPr>
          <w:p w14:paraId="205859A5"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7873CFE7" w14:textId="77777777" w:rsidR="00452AAF" w:rsidRPr="002D4DCC" w:rsidRDefault="002138ED">
            <w:pPr>
              <w:jc w:val="both"/>
              <w:rPr>
                <w:lang w:val="ru-RU"/>
              </w:rPr>
            </w:pPr>
            <w:r w:rsidRPr="002D4DCC">
              <w:rPr>
                <w:lang w:val="ru-RU"/>
              </w:rPr>
              <w:t>Налоговый кодекс Российской Федерации (часть первая) от 31.07.1998 № 146-ФЗ (ст. 54.1); Письмо Федеральной налоговой службы от 10.03.2021 № БВ-4-7/3060@</w:t>
            </w:r>
          </w:p>
        </w:tc>
      </w:tr>
      <w:tr w:rsidR="00452AAF" w:rsidRPr="002D4DCC" w14:paraId="1A935742" w14:textId="77777777">
        <w:trPr>
          <w:jc w:val="center"/>
        </w:trPr>
        <w:tc>
          <w:tcPr>
            <w:tcW w:w="2700" w:type="dxa"/>
          </w:tcPr>
          <w:p w14:paraId="0D98A65C"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3432C3EE" w14:textId="77777777" w:rsidR="00452AAF" w:rsidRPr="002D4DCC" w:rsidRDefault="002138ED">
            <w:pPr>
              <w:jc w:val="both"/>
              <w:rPr>
                <w:lang w:val="ru-RU"/>
              </w:rPr>
            </w:pPr>
            <w:r w:rsidRPr="002D4DCC">
              <w:rPr>
                <w:lang w:val="ru-RU"/>
              </w:rPr>
              <w:t>Сбор, запись, хранение, извлечение, использование</w:t>
            </w:r>
          </w:p>
        </w:tc>
      </w:tr>
      <w:tr w:rsidR="00452AAF" w14:paraId="24C04128" w14:textId="77777777">
        <w:trPr>
          <w:jc w:val="center"/>
        </w:trPr>
        <w:tc>
          <w:tcPr>
            <w:tcW w:w="2700" w:type="dxa"/>
          </w:tcPr>
          <w:p w14:paraId="218731A1"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5A87BF3C"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5305FA6C" w14:textId="77777777">
        <w:trPr>
          <w:jc w:val="center"/>
        </w:trPr>
        <w:tc>
          <w:tcPr>
            <w:tcW w:w="2700" w:type="dxa"/>
          </w:tcPr>
          <w:p w14:paraId="7E9065A2"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0497EA59" w14:textId="77777777" w:rsidR="00452AAF" w:rsidRPr="002D4DCC" w:rsidRDefault="002138ED">
            <w:pPr>
              <w:jc w:val="both"/>
              <w:rPr>
                <w:lang w:val="ru-RU"/>
              </w:rPr>
            </w:pPr>
            <w:r w:rsidRPr="002D4DCC">
              <w:rPr>
                <w:lang w:val="ru-RU"/>
              </w:rPr>
              <w:t>Договор с контрагентом; Акт выполненных работ; Счёт / счёт-фактура; Карточка контрагента; Выписка из ЕГРЮЛ/ЕГРИП; Копия паспорта подписанта; Учредительные документы контрагента; Деловая переписка</w:t>
            </w:r>
          </w:p>
        </w:tc>
      </w:tr>
      <w:tr w:rsidR="00452AAF" w:rsidRPr="002D4DCC" w14:paraId="20F97F9B" w14:textId="77777777">
        <w:trPr>
          <w:jc w:val="center"/>
        </w:trPr>
        <w:tc>
          <w:tcPr>
            <w:tcW w:w="2700" w:type="dxa"/>
          </w:tcPr>
          <w:p w14:paraId="2764F3E0"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66ECAEC4"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3CBF3BA0" w14:textId="77777777">
        <w:trPr>
          <w:jc w:val="center"/>
        </w:trPr>
        <w:tc>
          <w:tcPr>
            <w:tcW w:w="2700" w:type="dxa"/>
          </w:tcPr>
          <w:p w14:paraId="1EA10E17" w14:textId="77777777" w:rsidR="00452AAF" w:rsidRDefault="002138ED">
            <w:proofErr w:type="spellStart"/>
            <w:r>
              <w:rPr>
                <w:b/>
              </w:rPr>
              <w:t>Получатели</w:t>
            </w:r>
            <w:proofErr w:type="spellEnd"/>
            <w:r>
              <w:rPr>
                <w:b/>
              </w:rPr>
              <w:t>:</w:t>
            </w:r>
          </w:p>
        </w:tc>
        <w:tc>
          <w:tcPr>
            <w:tcW w:w="6938" w:type="dxa"/>
          </w:tcPr>
          <w:p w14:paraId="23A64559" w14:textId="77777777" w:rsidR="00452AAF" w:rsidRDefault="002138ED">
            <w:pPr>
              <w:jc w:val="both"/>
            </w:pPr>
            <w:proofErr w:type="spellStart"/>
            <w:r>
              <w:t>Юридическая</w:t>
            </w:r>
            <w:proofErr w:type="spellEnd"/>
            <w:r>
              <w:t xml:space="preserve"> </w:t>
            </w:r>
            <w:proofErr w:type="spellStart"/>
            <w:r>
              <w:t>фирма</w:t>
            </w:r>
            <w:proofErr w:type="spellEnd"/>
          </w:p>
        </w:tc>
      </w:tr>
      <w:tr w:rsidR="00452AAF" w14:paraId="4408B274" w14:textId="77777777">
        <w:trPr>
          <w:jc w:val="center"/>
        </w:trPr>
        <w:tc>
          <w:tcPr>
            <w:tcW w:w="2700" w:type="dxa"/>
          </w:tcPr>
          <w:p w14:paraId="0F5F503B"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56959883" w14:textId="77777777" w:rsidR="00452AAF" w:rsidRDefault="002138ED">
            <w:pPr>
              <w:jc w:val="both"/>
            </w:pPr>
            <w:r>
              <w:t xml:space="preserve">5 </w:t>
            </w:r>
            <w:proofErr w:type="spellStart"/>
            <w:r>
              <w:t>лет</w:t>
            </w:r>
            <w:proofErr w:type="spellEnd"/>
            <w:r>
              <w:t xml:space="preserve"> (НК РФ (</w:t>
            </w:r>
            <w:proofErr w:type="spellStart"/>
            <w:r>
              <w:t>ст</w:t>
            </w:r>
            <w:proofErr w:type="spellEnd"/>
            <w:r>
              <w:t>. 54.1))</w:t>
            </w:r>
          </w:p>
        </w:tc>
      </w:tr>
      <w:tr w:rsidR="00452AAF" w14:paraId="57509A1D" w14:textId="77777777">
        <w:trPr>
          <w:jc w:val="center"/>
        </w:trPr>
        <w:tc>
          <w:tcPr>
            <w:tcW w:w="2700" w:type="dxa"/>
          </w:tcPr>
          <w:p w14:paraId="1CB2F651"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18A043AA"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028E2BFC" w14:textId="77777777">
        <w:trPr>
          <w:jc w:val="center"/>
        </w:trPr>
        <w:tc>
          <w:tcPr>
            <w:tcW w:w="2700" w:type="dxa"/>
          </w:tcPr>
          <w:p w14:paraId="4A351DB5"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72C1740E"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233A0F6E" w14:textId="77777777" w:rsidR="00452AAF" w:rsidRDefault="00452AAF"/>
    <w:p w14:paraId="056EC13D" w14:textId="77777777" w:rsidR="00452AAF" w:rsidRPr="00632D01" w:rsidRDefault="002138ED">
      <w:pPr>
        <w:ind w:firstLine="709"/>
        <w:jc w:val="both"/>
        <w:rPr>
          <w:lang w:val="ru-RU"/>
        </w:rPr>
      </w:pPr>
      <w:r w:rsidRPr="00632D01">
        <w:rPr>
          <w:b/>
          <w:lang w:val="ru-RU"/>
        </w:rPr>
        <w:lastRenderedPageBreak/>
        <w:t>Цель обработки № 21. Рассмотрение обращений и претензий клиентов</w:t>
      </w:r>
    </w:p>
    <w:p w14:paraId="04F7F637" w14:textId="77777777" w:rsidR="00452AAF" w:rsidRPr="002D4DCC" w:rsidRDefault="002138ED">
      <w:pPr>
        <w:ind w:firstLine="709"/>
        <w:jc w:val="both"/>
        <w:rPr>
          <w:lang w:val="ru-RU"/>
        </w:rPr>
      </w:pPr>
      <w:r w:rsidRPr="002D4DCC">
        <w:rPr>
          <w:lang w:val="ru-RU"/>
        </w:rPr>
        <w:t>Приём и рассмотрение обращений, жалоб и претензий клиентов, досудебное урегулирование споров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31BFEF0B" w14:textId="77777777">
        <w:trPr>
          <w:jc w:val="center"/>
        </w:trPr>
        <w:tc>
          <w:tcPr>
            <w:tcW w:w="2700" w:type="dxa"/>
          </w:tcPr>
          <w:p w14:paraId="37AD402C"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0C83A790" w14:textId="77777777" w:rsidR="00452AAF" w:rsidRDefault="002138ED">
            <w:pPr>
              <w:jc w:val="both"/>
            </w:pPr>
            <w:proofErr w:type="spellStart"/>
            <w:r>
              <w:t>Заявители</w:t>
            </w:r>
            <w:proofErr w:type="spellEnd"/>
            <w:r>
              <w:t xml:space="preserve"> (</w:t>
            </w:r>
            <w:proofErr w:type="spellStart"/>
            <w:r>
              <w:t>авторы</w:t>
            </w:r>
            <w:proofErr w:type="spellEnd"/>
            <w:r>
              <w:t xml:space="preserve"> </w:t>
            </w:r>
            <w:proofErr w:type="spellStart"/>
            <w:r>
              <w:t>обращений</w:t>
            </w:r>
            <w:proofErr w:type="spellEnd"/>
            <w:r>
              <w:t>)</w:t>
            </w:r>
          </w:p>
        </w:tc>
      </w:tr>
      <w:tr w:rsidR="00452AAF" w:rsidRPr="002D4DCC" w14:paraId="34311F68" w14:textId="77777777">
        <w:trPr>
          <w:jc w:val="center"/>
        </w:trPr>
        <w:tc>
          <w:tcPr>
            <w:tcW w:w="2700" w:type="dxa"/>
          </w:tcPr>
          <w:p w14:paraId="2B424786"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28BEA0F2"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 Номер договора/заказа, история покупок, карта лояльности, обращения</w:t>
            </w:r>
          </w:p>
        </w:tc>
      </w:tr>
      <w:tr w:rsidR="00452AAF" w:rsidRPr="002D4DCC" w14:paraId="0DBA5641" w14:textId="77777777">
        <w:trPr>
          <w:jc w:val="center"/>
        </w:trPr>
        <w:tc>
          <w:tcPr>
            <w:tcW w:w="2700" w:type="dxa"/>
          </w:tcPr>
          <w:p w14:paraId="5B8EBB29"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0DAF00B2" w14:textId="77777777" w:rsidR="00452AAF" w:rsidRPr="002D4DCC" w:rsidRDefault="002138ED">
            <w:pPr>
              <w:jc w:val="both"/>
              <w:rPr>
                <w:lang w:val="ru-RU"/>
              </w:rPr>
            </w:pPr>
            <w:r w:rsidRPr="002D4DCC">
              <w:rPr>
                <w:lang w:val="ru-RU"/>
              </w:rPr>
              <w:t>Закон Российской Федерации от 07.02.1992 № 2300-1 «О защите прав потребителей» (ст. 18–26); Федеральный закон от 02.05.2006 № 59-ФЗ «О порядке рассмотрения обращений граждан Российской Федерации» (для государственных и муниципальных организаций)</w:t>
            </w:r>
          </w:p>
        </w:tc>
      </w:tr>
      <w:tr w:rsidR="00452AAF" w:rsidRPr="002D4DCC" w14:paraId="703FE189" w14:textId="77777777">
        <w:trPr>
          <w:jc w:val="center"/>
        </w:trPr>
        <w:tc>
          <w:tcPr>
            <w:tcW w:w="2700" w:type="dxa"/>
          </w:tcPr>
          <w:p w14:paraId="408BA7D2"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48B20392" w14:textId="77777777" w:rsidR="00452AAF" w:rsidRPr="002D4DCC" w:rsidRDefault="002138ED">
            <w:pPr>
              <w:jc w:val="both"/>
              <w:rPr>
                <w:lang w:val="ru-RU"/>
              </w:rPr>
            </w:pPr>
            <w:r w:rsidRPr="002D4DCC">
              <w:rPr>
                <w:lang w:val="ru-RU"/>
              </w:rPr>
              <w:t>Сбор, запись, систематизация, хранение, извлечение, использование</w:t>
            </w:r>
          </w:p>
        </w:tc>
      </w:tr>
      <w:tr w:rsidR="00452AAF" w14:paraId="1D27773F" w14:textId="77777777">
        <w:trPr>
          <w:jc w:val="center"/>
        </w:trPr>
        <w:tc>
          <w:tcPr>
            <w:tcW w:w="2700" w:type="dxa"/>
          </w:tcPr>
          <w:p w14:paraId="5DBC3B61"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193EE6C3"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550C0EDE" w14:textId="77777777">
        <w:trPr>
          <w:jc w:val="center"/>
        </w:trPr>
        <w:tc>
          <w:tcPr>
            <w:tcW w:w="2700" w:type="dxa"/>
          </w:tcPr>
          <w:p w14:paraId="0E166C67"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0D496DF5" w14:textId="77777777" w:rsidR="00452AAF" w:rsidRPr="002D4DCC" w:rsidRDefault="002138ED">
            <w:pPr>
              <w:jc w:val="both"/>
              <w:rPr>
                <w:lang w:val="ru-RU"/>
              </w:rPr>
            </w:pPr>
            <w:r w:rsidRPr="002D4DCC">
              <w:rPr>
                <w:lang w:val="ru-RU"/>
              </w:rPr>
              <w:t>Договор с клиентом; Кассовый/товарный чек; Гарантийный талон; Карточка клиента; Заявление на программу лояльности; Обращения/жалобы; Журнал регистрации обращений</w:t>
            </w:r>
          </w:p>
        </w:tc>
      </w:tr>
      <w:tr w:rsidR="00452AAF" w:rsidRPr="002D4DCC" w14:paraId="79D203D2" w14:textId="77777777">
        <w:trPr>
          <w:jc w:val="center"/>
        </w:trPr>
        <w:tc>
          <w:tcPr>
            <w:tcW w:w="2700" w:type="dxa"/>
          </w:tcPr>
          <w:p w14:paraId="4AA343B3"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7468F6D3" w14:textId="77777777" w:rsidR="00452AAF" w:rsidRPr="002D4DCC" w:rsidRDefault="002138ED">
            <w:pPr>
              <w:jc w:val="both"/>
              <w:rPr>
                <w:lang w:val="ru-RU"/>
              </w:rPr>
            </w:pPr>
            <w:r w:rsidRPr="002D4DCC">
              <w:rPr>
                <w:lang w:val="ru-RU"/>
              </w:rPr>
              <w:t>Шкаф с замком в приёмной / регистратуре</w:t>
            </w:r>
          </w:p>
        </w:tc>
      </w:tr>
      <w:tr w:rsidR="00452AAF" w14:paraId="240F469C" w14:textId="77777777">
        <w:trPr>
          <w:jc w:val="center"/>
        </w:trPr>
        <w:tc>
          <w:tcPr>
            <w:tcW w:w="2700" w:type="dxa"/>
          </w:tcPr>
          <w:p w14:paraId="08E98335" w14:textId="77777777" w:rsidR="00452AAF" w:rsidRDefault="002138ED">
            <w:proofErr w:type="spellStart"/>
            <w:r>
              <w:rPr>
                <w:b/>
              </w:rPr>
              <w:t>Получатели</w:t>
            </w:r>
            <w:proofErr w:type="spellEnd"/>
            <w:r>
              <w:rPr>
                <w:b/>
              </w:rPr>
              <w:t>:</w:t>
            </w:r>
          </w:p>
        </w:tc>
        <w:tc>
          <w:tcPr>
            <w:tcW w:w="6938" w:type="dxa"/>
          </w:tcPr>
          <w:p w14:paraId="015B3BBC" w14:textId="77777777" w:rsidR="00452AAF" w:rsidRDefault="002138ED">
            <w:pPr>
              <w:jc w:val="both"/>
            </w:pPr>
            <w:proofErr w:type="spellStart"/>
            <w:r>
              <w:t>Не</w:t>
            </w:r>
            <w:proofErr w:type="spellEnd"/>
            <w:r>
              <w:t xml:space="preserve"> </w:t>
            </w:r>
            <w:proofErr w:type="spellStart"/>
            <w:r>
              <w:t>передаются</w:t>
            </w:r>
            <w:proofErr w:type="spellEnd"/>
          </w:p>
        </w:tc>
      </w:tr>
      <w:tr w:rsidR="00452AAF" w14:paraId="4F718B8D" w14:textId="77777777">
        <w:trPr>
          <w:jc w:val="center"/>
        </w:trPr>
        <w:tc>
          <w:tcPr>
            <w:tcW w:w="2700" w:type="dxa"/>
          </w:tcPr>
          <w:p w14:paraId="791481B2"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22C089C2" w14:textId="77777777" w:rsidR="00452AAF" w:rsidRDefault="002138ED">
            <w:pPr>
              <w:jc w:val="both"/>
            </w:pPr>
            <w:r>
              <w:t xml:space="preserve">5 </w:t>
            </w:r>
            <w:proofErr w:type="spellStart"/>
            <w:r>
              <w:t>лет</w:t>
            </w:r>
            <w:proofErr w:type="spellEnd"/>
            <w:r>
              <w:t xml:space="preserve"> (</w:t>
            </w:r>
            <w:proofErr w:type="spellStart"/>
            <w:r>
              <w:t>Приказ</w:t>
            </w:r>
            <w:proofErr w:type="spellEnd"/>
            <w:r>
              <w:t xml:space="preserve"> </w:t>
            </w:r>
            <w:proofErr w:type="spellStart"/>
            <w:r>
              <w:t>Росархива</w:t>
            </w:r>
            <w:proofErr w:type="spellEnd"/>
            <w:r>
              <w:t xml:space="preserve"> № 236 (п. 161))</w:t>
            </w:r>
          </w:p>
        </w:tc>
      </w:tr>
      <w:tr w:rsidR="00452AAF" w14:paraId="297213FD" w14:textId="77777777">
        <w:trPr>
          <w:jc w:val="center"/>
        </w:trPr>
        <w:tc>
          <w:tcPr>
            <w:tcW w:w="2700" w:type="dxa"/>
          </w:tcPr>
          <w:p w14:paraId="52038347"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6BD01993"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2839DB50" w14:textId="77777777">
        <w:trPr>
          <w:jc w:val="center"/>
        </w:trPr>
        <w:tc>
          <w:tcPr>
            <w:tcW w:w="2700" w:type="dxa"/>
          </w:tcPr>
          <w:p w14:paraId="1875A6DB"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748EE025"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4E9F46E1" w14:textId="77777777" w:rsidR="00452AAF" w:rsidRDefault="00452AAF"/>
    <w:p w14:paraId="4F6F1621" w14:textId="77777777" w:rsidR="00452AAF" w:rsidRPr="00632D01" w:rsidRDefault="002138ED">
      <w:pPr>
        <w:ind w:firstLine="709"/>
        <w:jc w:val="both"/>
        <w:rPr>
          <w:lang w:val="ru-RU"/>
        </w:rPr>
      </w:pPr>
      <w:r w:rsidRPr="00632D01">
        <w:rPr>
          <w:b/>
          <w:lang w:val="ru-RU"/>
        </w:rPr>
        <w:t>Цель обработки № 22. Функционирование сайта и онлайн-сервисов</w:t>
      </w:r>
    </w:p>
    <w:p w14:paraId="73B0DB82" w14:textId="77777777" w:rsidR="00452AAF" w:rsidRPr="002D4DCC" w:rsidRDefault="002138ED">
      <w:pPr>
        <w:ind w:firstLine="709"/>
        <w:jc w:val="both"/>
        <w:rPr>
          <w:lang w:val="ru-RU"/>
        </w:rPr>
      </w:pPr>
      <w:r w:rsidRPr="002D4DCC">
        <w:rPr>
          <w:lang w:val="ru-RU"/>
        </w:rPr>
        <w:t xml:space="preserve">Обеспечение функционирования интернет-сайта и онлайн-сервисов организации, обработка файлов </w:t>
      </w:r>
      <w:r>
        <w:t>cookie</w:t>
      </w:r>
      <w:r w:rsidRPr="002D4DCC">
        <w:rPr>
          <w:lang w:val="ru-RU"/>
        </w:rPr>
        <w:t>, ведение статистики посещаемости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0A6A7C57" w14:textId="77777777">
        <w:trPr>
          <w:jc w:val="center"/>
        </w:trPr>
        <w:tc>
          <w:tcPr>
            <w:tcW w:w="2700" w:type="dxa"/>
          </w:tcPr>
          <w:p w14:paraId="62E1FD2A"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12BA26AD" w14:textId="77777777" w:rsidR="00452AAF" w:rsidRDefault="002138ED">
            <w:pPr>
              <w:jc w:val="both"/>
            </w:pPr>
            <w:proofErr w:type="spellStart"/>
            <w:r>
              <w:t>Посетители</w:t>
            </w:r>
            <w:proofErr w:type="spellEnd"/>
            <w:r>
              <w:t xml:space="preserve"> </w:t>
            </w:r>
            <w:proofErr w:type="spellStart"/>
            <w:r>
              <w:t>сайта</w:t>
            </w:r>
            <w:proofErr w:type="spellEnd"/>
            <w:r>
              <w:t xml:space="preserve">; </w:t>
            </w:r>
            <w:proofErr w:type="spellStart"/>
            <w:r>
              <w:t>Зарегистрированные</w:t>
            </w:r>
            <w:proofErr w:type="spellEnd"/>
            <w:r>
              <w:t xml:space="preserve"> </w:t>
            </w:r>
            <w:proofErr w:type="spellStart"/>
            <w:r>
              <w:t>пользователи</w:t>
            </w:r>
            <w:proofErr w:type="spellEnd"/>
          </w:p>
        </w:tc>
      </w:tr>
      <w:tr w:rsidR="00452AAF" w:rsidRPr="002D4DCC" w14:paraId="6B99D123" w14:textId="77777777">
        <w:trPr>
          <w:jc w:val="center"/>
        </w:trPr>
        <w:tc>
          <w:tcPr>
            <w:tcW w:w="2700" w:type="dxa"/>
          </w:tcPr>
          <w:p w14:paraId="3230BFA4"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1334CC99" w14:textId="77777777" w:rsidR="00452AAF" w:rsidRPr="002D4DCC" w:rsidRDefault="002138ED">
            <w:pPr>
              <w:jc w:val="both"/>
              <w:rPr>
                <w:lang w:val="ru-RU"/>
              </w:rPr>
            </w:pPr>
            <w:r>
              <w:t>IP</w:t>
            </w:r>
            <w:r w:rsidRPr="002D4DCC">
              <w:rPr>
                <w:lang w:val="ru-RU"/>
              </w:rPr>
              <w:t xml:space="preserve">-адрес, </w:t>
            </w:r>
            <w:r>
              <w:t>cookie</w:t>
            </w:r>
            <w:r w:rsidRPr="002D4DCC">
              <w:rPr>
                <w:lang w:val="ru-RU"/>
              </w:rPr>
              <w:t>-</w:t>
            </w:r>
            <w:r>
              <w:t>ID</w:t>
            </w:r>
            <w:r w:rsidRPr="002D4DCC">
              <w:rPr>
                <w:lang w:val="ru-RU"/>
              </w:rPr>
              <w:t xml:space="preserve">, </w:t>
            </w:r>
            <w:r>
              <w:t>user</w:t>
            </w:r>
            <w:r w:rsidRPr="002D4DCC">
              <w:rPr>
                <w:lang w:val="ru-RU"/>
              </w:rPr>
              <w:t>-</w:t>
            </w:r>
            <w:r>
              <w:t>agent</w:t>
            </w:r>
            <w:r w:rsidRPr="002D4DCC">
              <w:rPr>
                <w:lang w:val="ru-RU"/>
              </w:rPr>
              <w:t>, геолокация, история посещений страниц сайта</w:t>
            </w:r>
          </w:p>
        </w:tc>
      </w:tr>
      <w:tr w:rsidR="00452AAF" w:rsidRPr="002D4DCC" w14:paraId="07285AFB" w14:textId="77777777">
        <w:trPr>
          <w:jc w:val="center"/>
        </w:trPr>
        <w:tc>
          <w:tcPr>
            <w:tcW w:w="2700" w:type="dxa"/>
          </w:tcPr>
          <w:p w14:paraId="06F91777"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1D05EB80" w14:textId="77777777" w:rsidR="00452AAF" w:rsidRPr="002D4DCC" w:rsidRDefault="002138ED">
            <w:pPr>
              <w:jc w:val="both"/>
              <w:rPr>
                <w:lang w:val="ru-RU"/>
              </w:rPr>
            </w:pPr>
            <w:r w:rsidRPr="002D4DCC">
              <w:rPr>
                <w:lang w:val="ru-RU"/>
              </w:rPr>
              <w:t xml:space="preserve">Федеральный закон от 27.07.2006 № 152-ФЗ «О персональных данных» (ст. 9), согласие на обработку </w:t>
            </w:r>
            <w:proofErr w:type="spellStart"/>
            <w:r w:rsidRPr="002D4DCC">
              <w:rPr>
                <w:lang w:val="ru-RU"/>
              </w:rPr>
              <w:t>ПДн</w:t>
            </w:r>
            <w:proofErr w:type="spellEnd"/>
          </w:p>
        </w:tc>
      </w:tr>
      <w:tr w:rsidR="00452AAF" w:rsidRPr="002D4DCC" w14:paraId="2B3886D8" w14:textId="77777777">
        <w:trPr>
          <w:jc w:val="center"/>
        </w:trPr>
        <w:tc>
          <w:tcPr>
            <w:tcW w:w="2700" w:type="dxa"/>
          </w:tcPr>
          <w:p w14:paraId="3236FB9E" w14:textId="77777777" w:rsidR="00452AAF" w:rsidRDefault="002138ED">
            <w:proofErr w:type="spellStart"/>
            <w:r>
              <w:rPr>
                <w:b/>
              </w:rPr>
              <w:lastRenderedPageBreak/>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025FAB3A" w14:textId="77777777" w:rsidR="00452AAF" w:rsidRPr="002D4DCC" w:rsidRDefault="002138ED">
            <w:pPr>
              <w:jc w:val="both"/>
              <w:rPr>
                <w:lang w:val="ru-RU"/>
              </w:rPr>
            </w:pPr>
            <w:r w:rsidRPr="002D4DCC">
              <w:rPr>
                <w:lang w:val="ru-RU"/>
              </w:rPr>
              <w:t>Сбор, запись, систематизация, накопление, хранение, использование, обезличивание, удаление</w:t>
            </w:r>
          </w:p>
        </w:tc>
      </w:tr>
      <w:tr w:rsidR="00452AAF" w14:paraId="66016E8D" w14:textId="77777777">
        <w:trPr>
          <w:jc w:val="center"/>
        </w:trPr>
        <w:tc>
          <w:tcPr>
            <w:tcW w:w="2700" w:type="dxa"/>
          </w:tcPr>
          <w:p w14:paraId="3299DDD8"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53E07BFD" w14:textId="77777777" w:rsidR="00452AAF" w:rsidRDefault="002138ED">
            <w:pPr>
              <w:jc w:val="both"/>
            </w:pPr>
            <w:proofErr w:type="spellStart"/>
            <w:r>
              <w:t>Автоматизированная</w:t>
            </w:r>
            <w:proofErr w:type="spellEnd"/>
            <w:r>
              <w:t xml:space="preserve">, ЛВС, </w:t>
            </w:r>
            <w:proofErr w:type="spellStart"/>
            <w:r>
              <w:t>Интернет</w:t>
            </w:r>
            <w:proofErr w:type="spellEnd"/>
          </w:p>
        </w:tc>
      </w:tr>
      <w:tr w:rsidR="00452AAF" w:rsidRPr="002D4DCC" w14:paraId="5168EDFF" w14:textId="77777777">
        <w:trPr>
          <w:jc w:val="center"/>
        </w:trPr>
        <w:tc>
          <w:tcPr>
            <w:tcW w:w="2700" w:type="dxa"/>
          </w:tcPr>
          <w:p w14:paraId="5FFB08AA"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3C883BBF" w14:textId="77777777" w:rsidR="00452AAF" w:rsidRPr="002D4DCC" w:rsidRDefault="002138ED">
            <w:pPr>
              <w:jc w:val="both"/>
              <w:rPr>
                <w:lang w:val="ru-RU"/>
              </w:rPr>
            </w:pPr>
            <w:r>
              <w:t>Cookie</w:t>
            </w:r>
            <w:r w:rsidRPr="002D4DCC">
              <w:rPr>
                <w:lang w:val="ru-RU"/>
              </w:rPr>
              <w:t xml:space="preserve">-файлы (электронные); Лог-файлы сервера; Электронная форма регистрации пользователя сайта; Согласие на обработку </w:t>
            </w:r>
            <w:r>
              <w:t>cookie</w:t>
            </w:r>
          </w:p>
        </w:tc>
      </w:tr>
      <w:tr w:rsidR="00452AAF" w14:paraId="0069345A" w14:textId="77777777">
        <w:trPr>
          <w:jc w:val="center"/>
        </w:trPr>
        <w:tc>
          <w:tcPr>
            <w:tcW w:w="2700" w:type="dxa"/>
          </w:tcPr>
          <w:p w14:paraId="417F20C9"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45198DFE" w14:textId="77777777" w:rsidR="00452AAF" w:rsidRDefault="002138ED">
            <w:pPr>
              <w:jc w:val="both"/>
            </w:pPr>
            <w:proofErr w:type="spellStart"/>
            <w:r>
              <w:t>Облачная</w:t>
            </w:r>
            <w:proofErr w:type="spellEnd"/>
            <w:r>
              <w:t xml:space="preserve"> </w:t>
            </w:r>
            <w:proofErr w:type="spellStart"/>
            <w:r>
              <w:t>инфраструктура</w:t>
            </w:r>
            <w:proofErr w:type="spellEnd"/>
            <w:r>
              <w:t xml:space="preserve"> (ЦОД </w:t>
            </w:r>
            <w:proofErr w:type="spellStart"/>
            <w:r>
              <w:t>провайдера</w:t>
            </w:r>
            <w:proofErr w:type="spellEnd"/>
            <w:r>
              <w:t>)</w:t>
            </w:r>
          </w:p>
        </w:tc>
      </w:tr>
      <w:tr w:rsidR="00452AAF" w:rsidRPr="002D4DCC" w14:paraId="3F20B030" w14:textId="77777777">
        <w:trPr>
          <w:jc w:val="center"/>
        </w:trPr>
        <w:tc>
          <w:tcPr>
            <w:tcW w:w="2700" w:type="dxa"/>
          </w:tcPr>
          <w:p w14:paraId="5F0A0376" w14:textId="77777777" w:rsidR="00452AAF" w:rsidRDefault="002138ED">
            <w:proofErr w:type="spellStart"/>
            <w:r>
              <w:rPr>
                <w:b/>
              </w:rPr>
              <w:t>Получатели</w:t>
            </w:r>
            <w:proofErr w:type="spellEnd"/>
            <w:r>
              <w:rPr>
                <w:b/>
              </w:rPr>
              <w:t>:</w:t>
            </w:r>
          </w:p>
        </w:tc>
        <w:tc>
          <w:tcPr>
            <w:tcW w:w="6938" w:type="dxa"/>
          </w:tcPr>
          <w:p w14:paraId="1E33AA80" w14:textId="77777777" w:rsidR="00452AAF" w:rsidRPr="002D4DCC" w:rsidRDefault="002138ED">
            <w:pPr>
              <w:jc w:val="both"/>
              <w:rPr>
                <w:lang w:val="ru-RU"/>
              </w:rPr>
            </w:pPr>
            <w:r w:rsidRPr="002D4DCC">
              <w:rPr>
                <w:lang w:val="ru-RU"/>
              </w:rPr>
              <w:t>Провайдер облачной инфраструктуры; Провайдер хостинга; Сервис веб-аналитики</w:t>
            </w:r>
          </w:p>
        </w:tc>
      </w:tr>
      <w:tr w:rsidR="00452AAF" w:rsidRPr="002D4DCC" w14:paraId="0A90D08A" w14:textId="77777777">
        <w:trPr>
          <w:jc w:val="center"/>
        </w:trPr>
        <w:tc>
          <w:tcPr>
            <w:tcW w:w="2700" w:type="dxa"/>
          </w:tcPr>
          <w:p w14:paraId="64140A69"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6FE04A57" w14:textId="77777777" w:rsidR="00452AAF" w:rsidRPr="002D4DCC" w:rsidRDefault="002138ED">
            <w:pPr>
              <w:jc w:val="both"/>
              <w:rPr>
                <w:lang w:val="ru-RU"/>
              </w:rPr>
            </w:pPr>
            <w:r>
              <w:t>Cookie</w:t>
            </w:r>
            <w:r w:rsidRPr="002D4DCC">
              <w:rPr>
                <w:lang w:val="ru-RU"/>
              </w:rPr>
              <w:t>: 1–2 года; Аккаунт: до удаления + 3 года (ФЗ-152 (ч. 4 ст. 21))</w:t>
            </w:r>
          </w:p>
        </w:tc>
      </w:tr>
      <w:tr w:rsidR="00452AAF" w14:paraId="109CEEE1" w14:textId="77777777">
        <w:trPr>
          <w:jc w:val="center"/>
        </w:trPr>
        <w:tc>
          <w:tcPr>
            <w:tcW w:w="2700" w:type="dxa"/>
          </w:tcPr>
          <w:p w14:paraId="709CE505"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4E0AD512"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379AEAA0" w14:textId="77777777">
        <w:trPr>
          <w:jc w:val="center"/>
        </w:trPr>
        <w:tc>
          <w:tcPr>
            <w:tcW w:w="2700" w:type="dxa"/>
          </w:tcPr>
          <w:p w14:paraId="6F84F152"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5A2AD0D9"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4D27D524" w14:textId="77777777" w:rsidR="00452AAF" w:rsidRDefault="00452AAF"/>
    <w:p w14:paraId="0C2897D4" w14:textId="77777777" w:rsidR="00452AAF" w:rsidRPr="00632D01" w:rsidRDefault="002138ED">
      <w:pPr>
        <w:ind w:firstLine="709"/>
        <w:jc w:val="both"/>
        <w:rPr>
          <w:lang w:val="ru-RU"/>
        </w:rPr>
      </w:pPr>
      <w:r w:rsidRPr="00632D01">
        <w:rPr>
          <w:b/>
          <w:lang w:val="ru-RU"/>
        </w:rPr>
        <w:t>Цель обработки № 23. Обеспечение пропускного и внутриобъектового режима</w:t>
      </w:r>
    </w:p>
    <w:p w14:paraId="0C555A03" w14:textId="77777777" w:rsidR="00452AAF" w:rsidRPr="002D4DCC" w:rsidRDefault="002138ED">
      <w:pPr>
        <w:ind w:firstLine="709"/>
        <w:jc w:val="both"/>
        <w:rPr>
          <w:lang w:val="ru-RU"/>
        </w:rPr>
      </w:pPr>
      <w:r w:rsidRPr="002D4DCC">
        <w:rPr>
          <w:lang w:val="ru-RU"/>
        </w:rPr>
        <w:t>Обеспечение пропускного и внутриобъектового режима на территории и в помещениях оператора, контроль доступа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14DB8EB4" w14:textId="77777777">
        <w:trPr>
          <w:jc w:val="center"/>
        </w:trPr>
        <w:tc>
          <w:tcPr>
            <w:tcW w:w="2700" w:type="dxa"/>
          </w:tcPr>
          <w:p w14:paraId="416AEF32"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3E671D4B" w14:textId="77777777" w:rsidR="00452AAF" w:rsidRPr="002D4DCC" w:rsidRDefault="002138ED">
            <w:pPr>
              <w:jc w:val="both"/>
              <w:rPr>
                <w:lang w:val="ru-RU"/>
              </w:rPr>
            </w:pPr>
            <w:r w:rsidRPr="002D4DCC">
              <w:rPr>
                <w:lang w:val="ru-RU"/>
              </w:rPr>
              <w:t>Посетители помещений (пропускной режим); Действующие работники организации; Обучающиеся; Законные представители обучающихся</w:t>
            </w:r>
          </w:p>
        </w:tc>
      </w:tr>
      <w:tr w:rsidR="00452AAF" w:rsidRPr="002D4DCC" w14:paraId="5081DCFD" w14:textId="77777777">
        <w:trPr>
          <w:jc w:val="center"/>
        </w:trPr>
        <w:tc>
          <w:tcPr>
            <w:tcW w:w="2700" w:type="dxa"/>
          </w:tcPr>
          <w:p w14:paraId="45FE5BAB"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4A0F8583"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w:t>
            </w:r>
          </w:p>
        </w:tc>
      </w:tr>
      <w:tr w:rsidR="00452AAF" w:rsidRPr="002D4DCC" w14:paraId="4FF7668F" w14:textId="77777777">
        <w:trPr>
          <w:jc w:val="center"/>
        </w:trPr>
        <w:tc>
          <w:tcPr>
            <w:tcW w:w="2700" w:type="dxa"/>
          </w:tcPr>
          <w:p w14:paraId="2107AD0E"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3E86AF14" w14:textId="77777777" w:rsidR="00452AAF" w:rsidRPr="002D4DCC" w:rsidRDefault="002138ED">
            <w:pPr>
              <w:jc w:val="both"/>
              <w:rPr>
                <w:lang w:val="ru-RU"/>
              </w:rPr>
            </w:pPr>
            <w:r w:rsidRPr="002D4DCC">
              <w:rPr>
                <w:lang w:val="ru-RU"/>
              </w:rPr>
              <w:t>Федеральный закон от 27.07.2006 № 152-ФЗ «О персональных данных» (п. 7 ч. 1 ст. 6)</w:t>
            </w:r>
          </w:p>
        </w:tc>
      </w:tr>
      <w:tr w:rsidR="00452AAF" w:rsidRPr="002D4DCC" w14:paraId="1CA94120" w14:textId="77777777">
        <w:trPr>
          <w:jc w:val="center"/>
        </w:trPr>
        <w:tc>
          <w:tcPr>
            <w:tcW w:w="2700" w:type="dxa"/>
          </w:tcPr>
          <w:p w14:paraId="6126630D"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18B2C12B" w14:textId="77777777" w:rsidR="00452AAF" w:rsidRPr="002D4DCC" w:rsidRDefault="002138ED">
            <w:pPr>
              <w:jc w:val="both"/>
              <w:rPr>
                <w:lang w:val="ru-RU"/>
              </w:rPr>
            </w:pPr>
            <w:r w:rsidRPr="002D4DCC">
              <w:rPr>
                <w:lang w:val="ru-RU"/>
              </w:rPr>
              <w:t>Сбор, запись, систематизация, хранение, извлечение, использование, уничтожение</w:t>
            </w:r>
          </w:p>
        </w:tc>
      </w:tr>
      <w:tr w:rsidR="00452AAF" w14:paraId="1CD9FB74" w14:textId="77777777">
        <w:trPr>
          <w:jc w:val="center"/>
        </w:trPr>
        <w:tc>
          <w:tcPr>
            <w:tcW w:w="2700" w:type="dxa"/>
          </w:tcPr>
          <w:p w14:paraId="24342C70"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009986EE" w14:textId="77777777" w:rsidR="00452AAF" w:rsidRDefault="002138ED">
            <w:pPr>
              <w:jc w:val="both"/>
            </w:pPr>
            <w:proofErr w:type="spellStart"/>
            <w:r>
              <w:t>Смешанная</w:t>
            </w:r>
            <w:proofErr w:type="spellEnd"/>
            <w:r>
              <w:t>, ЛВС</w:t>
            </w:r>
          </w:p>
        </w:tc>
      </w:tr>
      <w:tr w:rsidR="00452AAF" w:rsidRPr="002D4DCC" w14:paraId="02B746F2" w14:textId="77777777">
        <w:trPr>
          <w:jc w:val="center"/>
        </w:trPr>
        <w:tc>
          <w:tcPr>
            <w:tcW w:w="2700" w:type="dxa"/>
          </w:tcPr>
          <w:p w14:paraId="7190644F"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4B6527DE" w14:textId="77777777" w:rsidR="00452AAF" w:rsidRPr="002D4DCC" w:rsidRDefault="002138ED">
            <w:pPr>
              <w:jc w:val="both"/>
              <w:rPr>
                <w:lang w:val="ru-RU"/>
              </w:rPr>
            </w:pPr>
            <w:r w:rsidRPr="002D4DCC">
              <w:rPr>
                <w:lang w:val="ru-RU"/>
              </w:rPr>
              <w:t>Журнал учёта посетителей; Заявка на пропуск; Пропуск/бейдж; Журнал событий СКУД</w:t>
            </w:r>
          </w:p>
        </w:tc>
      </w:tr>
      <w:tr w:rsidR="00452AAF" w:rsidRPr="002D4DCC" w14:paraId="130FC327" w14:textId="77777777">
        <w:trPr>
          <w:jc w:val="center"/>
        </w:trPr>
        <w:tc>
          <w:tcPr>
            <w:tcW w:w="2700" w:type="dxa"/>
          </w:tcPr>
          <w:p w14:paraId="4C29567B"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68E778BC" w14:textId="77777777" w:rsidR="00452AAF" w:rsidRPr="002D4DCC" w:rsidRDefault="002138ED">
            <w:pPr>
              <w:jc w:val="both"/>
              <w:rPr>
                <w:lang w:val="ru-RU"/>
              </w:rPr>
            </w:pPr>
            <w:r w:rsidRPr="002D4DCC">
              <w:rPr>
                <w:lang w:val="ru-RU"/>
              </w:rPr>
              <w:t>Шкаф с замком в приёмной / регистратуре; Помещение охраны / пост СКУД</w:t>
            </w:r>
          </w:p>
        </w:tc>
      </w:tr>
      <w:tr w:rsidR="00452AAF" w14:paraId="41226E73" w14:textId="77777777">
        <w:trPr>
          <w:jc w:val="center"/>
        </w:trPr>
        <w:tc>
          <w:tcPr>
            <w:tcW w:w="2700" w:type="dxa"/>
          </w:tcPr>
          <w:p w14:paraId="5EBE7680" w14:textId="77777777" w:rsidR="00452AAF" w:rsidRDefault="002138ED">
            <w:proofErr w:type="spellStart"/>
            <w:r>
              <w:rPr>
                <w:b/>
              </w:rPr>
              <w:t>Получатели</w:t>
            </w:r>
            <w:proofErr w:type="spellEnd"/>
            <w:r>
              <w:rPr>
                <w:b/>
              </w:rPr>
              <w:t>:</w:t>
            </w:r>
          </w:p>
        </w:tc>
        <w:tc>
          <w:tcPr>
            <w:tcW w:w="6938" w:type="dxa"/>
          </w:tcPr>
          <w:p w14:paraId="4BD4E357" w14:textId="77777777" w:rsidR="00452AAF" w:rsidRDefault="002138ED">
            <w:pPr>
              <w:jc w:val="both"/>
            </w:pPr>
            <w:proofErr w:type="spellStart"/>
            <w:r>
              <w:t>Не</w:t>
            </w:r>
            <w:proofErr w:type="spellEnd"/>
            <w:r>
              <w:t xml:space="preserve"> </w:t>
            </w:r>
            <w:proofErr w:type="spellStart"/>
            <w:r>
              <w:t>передаются</w:t>
            </w:r>
            <w:proofErr w:type="spellEnd"/>
          </w:p>
        </w:tc>
      </w:tr>
      <w:tr w:rsidR="00452AAF" w14:paraId="470FB5F7" w14:textId="77777777">
        <w:trPr>
          <w:jc w:val="center"/>
        </w:trPr>
        <w:tc>
          <w:tcPr>
            <w:tcW w:w="2700" w:type="dxa"/>
          </w:tcPr>
          <w:p w14:paraId="60F4168E" w14:textId="77777777" w:rsidR="00452AAF" w:rsidRDefault="002138ED">
            <w:proofErr w:type="spellStart"/>
            <w:r>
              <w:rPr>
                <w:b/>
              </w:rPr>
              <w:lastRenderedPageBreak/>
              <w:t>Сроки</w:t>
            </w:r>
            <w:proofErr w:type="spellEnd"/>
            <w:r>
              <w:rPr>
                <w:b/>
              </w:rPr>
              <w:t xml:space="preserve"> </w:t>
            </w:r>
            <w:proofErr w:type="spellStart"/>
            <w:r>
              <w:rPr>
                <w:b/>
              </w:rPr>
              <w:t>хранения</w:t>
            </w:r>
            <w:proofErr w:type="spellEnd"/>
            <w:r>
              <w:rPr>
                <w:b/>
              </w:rPr>
              <w:t>:</w:t>
            </w:r>
          </w:p>
        </w:tc>
        <w:tc>
          <w:tcPr>
            <w:tcW w:w="6938" w:type="dxa"/>
          </w:tcPr>
          <w:p w14:paraId="0F122B31" w14:textId="77777777" w:rsidR="00452AAF" w:rsidRDefault="002138ED">
            <w:pPr>
              <w:jc w:val="both"/>
            </w:pPr>
            <w:r>
              <w:t xml:space="preserve">1 </w:t>
            </w:r>
            <w:proofErr w:type="spellStart"/>
            <w:r>
              <w:t>год</w:t>
            </w:r>
            <w:proofErr w:type="spellEnd"/>
            <w:r>
              <w:t xml:space="preserve"> (</w:t>
            </w:r>
            <w:proofErr w:type="spellStart"/>
            <w:r>
              <w:t>Приказ</w:t>
            </w:r>
            <w:proofErr w:type="spellEnd"/>
            <w:r>
              <w:t xml:space="preserve"> </w:t>
            </w:r>
            <w:proofErr w:type="spellStart"/>
            <w:r>
              <w:t>Росархива</w:t>
            </w:r>
            <w:proofErr w:type="spellEnd"/>
            <w:r>
              <w:t xml:space="preserve"> № 236 (п. 587))</w:t>
            </w:r>
          </w:p>
        </w:tc>
      </w:tr>
      <w:tr w:rsidR="00452AAF" w14:paraId="2588E69F" w14:textId="77777777">
        <w:trPr>
          <w:jc w:val="center"/>
        </w:trPr>
        <w:tc>
          <w:tcPr>
            <w:tcW w:w="2700" w:type="dxa"/>
          </w:tcPr>
          <w:p w14:paraId="40C4A34A"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52B93090"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623C7146" w14:textId="77777777">
        <w:trPr>
          <w:jc w:val="center"/>
        </w:trPr>
        <w:tc>
          <w:tcPr>
            <w:tcW w:w="2700" w:type="dxa"/>
          </w:tcPr>
          <w:p w14:paraId="1004213B"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097B8225"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43D26E3C" w14:textId="77777777" w:rsidR="00452AAF" w:rsidRDefault="00452AAF"/>
    <w:p w14:paraId="7ADBCB89" w14:textId="77777777" w:rsidR="00452AAF" w:rsidRPr="00632D01" w:rsidRDefault="002138ED">
      <w:pPr>
        <w:ind w:firstLine="709"/>
        <w:jc w:val="both"/>
        <w:rPr>
          <w:lang w:val="ru-RU"/>
        </w:rPr>
      </w:pPr>
      <w:r w:rsidRPr="00632D01">
        <w:rPr>
          <w:b/>
          <w:lang w:val="ru-RU"/>
        </w:rPr>
        <w:t>Цель обработки № 24. Расследование инцидентов информационной безопасности</w:t>
      </w:r>
    </w:p>
    <w:p w14:paraId="5D1C3B82" w14:textId="77777777" w:rsidR="00452AAF" w:rsidRPr="002D4DCC" w:rsidRDefault="002138ED">
      <w:pPr>
        <w:ind w:firstLine="709"/>
        <w:jc w:val="both"/>
        <w:rPr>
          <w:lang w:val="ru-RU"/>
        </w:rPr>
      </w:pPr>
      <w:r w:rsidRPr="002D4DCC">
        <w:rPr>
          <w:lang w:val="ru-RU"/>
        </w:rPr>
        <w:t>Выявление, предотвращение и расследование инцидентов информационной безопасности, уведомление Роскомнадзора об утечках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4E590B39" w14:textId="77777777">
        <w:trPr>
          <w:jc w:val="center"/>
        </w:trPr>
        <w:tc>
          <w:tcPr>
            <w:tcW w:w="2700" w:type="dxa"/>
          </w:tcPr>
          <w:p w14:paraId="1F23C411"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3A2591D9" w14:textId="77777777" w:rsidR="00452AAF" w:rsidRPr="002D4DCC" w:rsidRDefault="002138ED">
            <w:pPr>
              <w:jc w:val="both"/>
              <w:rPr>
                <w:lang w:val="ru-RU"/>
              </w:rPr>
            </w:pPr>
            <w:r w:rsidRPr="002D4DCC">
              <w:rPr>
                <w:lang w:val="ru-RU"/>
              </w:rPr>
              <w:t>Действующие работники организации; Уволенные работники организации; Соискатели вакантных должностей; Родственники работников; Законные представители клиентов; Представители организаций-контрагентов; Участники закупок (44-ФЗ, 223-ФЗ); Индивидуальные предприниматели и самозанятые; Посетители сайта; Зарегистрированные пользователи; Подписчики рассылок; Посетители помещений (пропускной режим); Обучающиеся; Заявители (авторы обращений)</w:t>
            </w:r>
          </w:p>
        </w:tc>
      </w:tr>
      <w:tr w:rsidR="00452AAF" w:rsidRPr="002D4DCC" w14:paraId="0A02F4BF" w14:textId="77777777">
        <w:trPr>
          <w:jc w:val="center"/>
        </w:trPr>
        <w:tc>
          <w:tcPr>
            <w:tcW w:w="2700" w:type="dxa"/>
          </w:tcPr>
          <w:p w14:paraId="491057EF"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130A3794"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w:t>
            </w:r>
          </w:p>
        </w:tc>
      </w:tr>
      <w:tr w:rsidR="00452AAF" w:rsidRPr="002D4DCC" w14:paraId="69E06B1D" w14:textId="77777777">
        <w:trPr>
          <w:jc w:val="center"/>
        </w:trPr>
        <w:tc>
          <w:tcPr>
            <w:tcW w:w="2700" w:type="dxa"/>
          </w:tcPr>
          <w:p w14:paraId="2E73FDE8"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32E081CD" w14:textId="77777777" w:rsidR="00452AAF" w:rsidRPr="002D4DCC" w:rsidRDefault="002138ED">
            <w:pPr>
              <w:jc w:val="both"/>
              <w:rPr>
                <w:lang w:val="ru-RU"/>
              </w:rPr>
            </w:pPr>
            <w:r w:rsidRPr="002D4DCC">
              <w:rPr>
                <w:lang w:val="ru-RU"/>
              </w:rPr>
              <w:t>Федеральный закон от 27.07.2006 № 152-ФЗ «О персональных данных» (ст. 21.1)</w:t>
            </w:r>
          </w:p>
        </w:tc>
      </w:tr>
      <w:tr w:rsidR="00452AAF" w:rsidRPr="002D4DCC" w14:paraId="04C45CD0" w14:textId="77777777">
        <w:trPr>
          <w:jc w:val="center"/>
        </w:trPr>
        <w:tc>
          <w:tcPr>
            <w:tcW w:w="2700" w:type="dxa"/>
          </w:tcPr>
          <w:p w14:paraId="617A28FA"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2682D8D0" w14:textId="77777777" w:rsidR="00452AAF" w:rsidRPr="002D4DCC" w:rsidRDefault="002138ED">
            <w:pPr>
              <w:jc w:val="both"/>
              <w:rPr>
                <w:lang w:val="ru-RU"/>
              </w:rPr>
            </w:pPr>
            <w:r w:rsidRPr="002D4DCC">
              <w:rPr>
                <w:lang w:val="ru-RU"/>
              </w:rPr>
              <w:t>Сбор, запись, хранение, извлечение, использование, передача</w:t>
            </w:r>
          </w:p>
        </w:tc>
      </w:tr>
      <w:tr w:rsidR="00452AAF" w14:paraId="0534DE90" w14:textId="77777777">
        <w:trPr>
          <w:jc w:val="center"/>
        </w:trPr>
        <w:tc>
          <w:tcPr>
            <w:tcW w:w="2700" w:type="dxa"/>
          </w:tcPr>
          <w:p w14:paraId="7C294258"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55E31F4E"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65C01485" w14:textId="77777777">
        <w:trPr>
          <w:jc w:val="center"/>
        </w:trPr>
        <w:tc>
          <w:tcPr>
            <w:tcW w:w="2700" w:type="dxa"/>
          </w:tcPr>
          <w:p w14:paraId="584AEB04"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4D26D4D7" w14:textId="77777777" w:rsidR="00452AAF" w:rsidRPr="002D4DCC" w:rsidRDefault="002138ED">
            <w:pPr>
              <w:jc w:val="both"/>
              <w:rPr>
                <w:lang w:val="ru-RU"/>
              </w:rPr>
            </w:pPr>
            <w:r w:rsidRPr="002D4DCC">
              <w:rPr>
                <w:lang w:val="ru-RU"/>
              </w:rPr>
              <w:t>Акт о выявлении инцидента; Материалы расследования; Журнал инцидентов ИБ; Уведомление РКН об утечке</w:t>
            </w:r>
          </w:p>
        </w:tc>
      </w:tr>
      <w:tr w:rsidR="00452AAF" w14:paraId="13DEC57A" w14:textId="77777777">
        <w:trPr>
          <w:jc w:val="center"/>
        </w:trPr>
        <w:tc>
          <w:tcPr>
            <w:tcW w:w="2700" w:type="dxa"/>
          </w:tcPr>
          <w:p w14:paraId="14E0190C"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742D95F5" w14:textId="77777777" w:rsidR="00452AAF" w:rsidRDefault="002138ED">
            <w:pPr>
              <w:jc w:val="both"/>
            </w:pPr>
            <w:proofErr w:type="spellStart"/>
            <w:r>
              <w:t>Съёмные</w:t>
            </w:r>
            <w:proofErr w:type="spellEnd"/>
            <w:r>
              <w:t xml:space="preserve"> </w:t>
            </w:r>
            <w:proofErr w:type="spellStart"/>
            <w:r>
              <w:t>носители</w:t>
            </w:r>
            <w:proofErr w:type="spellEnd"/>
          </w:p>
        </w:tc>
      </w:tr>
      <w:tr w:rsidR="00452AAF" w14:paraId="37DFF3D6" w14:textId="77777777">
        <w:trPr>
          <w:jc w:val="center"/>
        </w:trPr>
        <w:tc>
          <w:tcPr>
            <w:tcW w:w="2700" w:type="dxa"/>
          </w:tcPr>
          <w:p w14:paraId="644A9B55" w14:textId="77777777" w:rsidR="00452AAF" w:rsidRDefault="002138ED">
            <w:proofErr w:type="spellStart"/>
            <w:r>
              <w:rPr>
                <w:b/>
              </w:rPr>
              <w:t>Получатели</w:t>
            </w:r>
            <w:proofErr w:type="spellEnd"/>
            <w:r>
              <w:rPr>
                <w:b/>
              </w:rPr>
              <w:t>:</w:t>
            </w:r>
          </w:p>
        </w:tc>
        <w:tc>
          <w:tcPr>
            <w:tcW w:w="6938" w:type="dxa"/>
          </w:tcPr>
          <w:p w14:paraId="1D35E6B2" w14:textId="77777777" w:rsidR="00452AAF" w:rsidRDefault="002138ED">
            <w:pPr>
              <w:jc w:val="both"/>
            </w:pPr>
            <w:proofErr w:type="spellStart"/>
            <w:r>
              <w:t>Роскомнадзор</w:t>
            </w:r>
            <w:proofErr w:type="spellEnd"/>
            <w:r>
              <w:t xml:space="preserve">; ФСБ </w:t>
            </w:r>
            <w:proofErr w:type="spellStart"/>
            <w:r>
              <w:t>России</w:t>
            </w:r>
            <w:proofErr w:type="spellEnd"/>
          </w:p>
        </w:tc>
      </w:tr>
      <w:tr w:rsidR="00452AAF" w14:paraId="51ECD1B6" w14:textId="77777777">
        <w:trPr>
          <w:jc w:val="center"/>
        </w:trPr>
        <w:tc>
          <w:tcPr>
            <w:tcW w:w="2700" w:type="dxa"/>
          </w:tcPr>
          <w:p w14:paraId="259A22EC"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253A8AD5" w14:textId="77777777" w:rsidR="00452AAF" w:rsidRDefault="002138ED">
            <w:pPr>
              <w:jc w:val="both"/>
            </w:pPr>
            <w:r>
              <w:t xml:space="preserve">3 </w:t>
            </w:r>
            <w:proofErr w:type="spellStart"/>
            <w:r>
              <w:t>года</w:t>
            </w:r>
            <w:proofErr w:type="spellEnd"/>
            <w:r>
              <w:t xml:space="preserve"> (ГК РФ (</w:t>
            </w:r>
            <w:proofErr w:type="spellStart"/>
            <w:r>
              <w:t>ст</w:t>
            </w:r>
            <w:proofErr w:type="spellEnd"/>
            <w:r>
              <w:t>. 196))</w:t>
            </w:r>
          </w:p>
        </w:tc>
      </w:tr>
      <w:tr w:rsidR="00452AAF" w14:paraId="050B9581" w14:textId="77777777">
        <w:trPr>
          <w:jc w:val="center"/>
        </w:trPr>
        <w:tc>
          <w:tcPr>
            <w:tcW w:w="2700" w:type="dxa"/>
          </w:tcPr>
          <w:p w14:paraId="05362623"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0961B93A"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6BA7B062" w14:textId="77777777">
        <w:trPr>
          <w:jc w:val="center"/>
        </w:trPr>
        <w:tc>
          <w:tcPr>
            <w:tcW w:w="2700" w:type="dxa"/>
          </w:tcPr>
          <w:p w14:paraId="28732884"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64E621B3"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1B269012" w14:textId="77777777" w:rsidR="00452AAF" w:rsidRDefault="00452AAF"/>
    <w:p w14:paraId="3171CEBE" w14:textId="77777777" w:rsidR="00452AAF" w:rsidRPr="00632D01" w:rsidRDefault="002138ED">
      <w:pPr>
        <w:ind w:firstLine="709"/>
        <w:jc w:val="both"/>
        <w:rPr>
          <w:lang w:val="ru-RU"/>
        </w:rPr>
      </w:pPr>
      <w:r w:rsidRPr="00632D01">
        <w:rPr>
          <w:b/>
          <w:lang w:val="ru-RU"/>
        </w:rPr>
        <w:t>Цель обработки № 25. Аудиторские проверки</w:t>
      </w:r>
    </w:p>
    <w:p w14:paraId="76151E72" w14:textId="77777777" w:rsidR="00452AAF" w:rsidRPr="002D4DCC" w:rsidRDefault="002138ED">
      <w:pPr>
        <w:ind w:firstLine="709"/>
        <w:jc w:val="both"/>
        <w:rPr>
          <w:lang w:val="ru-RU"/>
        </w:rPr>
      </w:pPr>
      <w:r w:rsidRPr="002D4DCC">
        <w:rPr>
          <w:lang w:val="ru-RU"/>
        </w:rPr>
        <w:t>Обеспечение проведения внешних и внутренних аудиторских проверок, предоставление документов аудиторам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rsidRPr="002D4DCC" w14:paraId="6C3E039A" w14:textId="77777777">
        <w:trPr>
          <w:jc w:val="center"/>
        </w:trPr>
        <w:tc>
          <w:tcPr>
            <w:tcW w:w="2700" w:type="dxa"/>
          </w:tcPr>
          <w:p w14:paraId="233DE9EF"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19444CAB" w14:textId="77777777" w:rsidR="00452AAF" w:rsidRPr="002D4DCC" w:rsidRDefault="002138ED">
            <w:pPr>
              <w:jc w:val="both"/>
              <w:rPr>
                <w:lang w:val="ru-RU"/>
              </w:rPr>
            </w:pPr>
            <w:r w:rsidRPr="002D4DCC">
              <w:rPr>
                <w:lang w:val="ru-RU"/>
              </w:rPr>
              <w:t>Действующие работники организации; Представители организаций-контрагентов</w:t>
            </w:r>
          </w:p>
        </w:tc>
      </w:tr>
      <w:tr w:rsidR="00452AAF" w:rsidRPr="002D4DCC" w14:paraId="6E47F798" w14:textId="77777777">
        <w:trPr>
          <w:jc w:val="center"/>
        </w:trPr>
        <w:tc>
          <w:tcPr>
            <w:tcW w:w="2700" w:type="dxa"/>
          </w:tcPr>
          <w:p w14:paraId="221D0FBA"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4FF111E2"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Сведения о начисленной и выплаченной заработной плате, сведения о премиях и надбавках, сведения о доходах, банковские реквизиты (наименование банка / номер счёта / БИК)</w:t>
            </w:r>
          </w:p>
        </w:tc>
      </w:tr>
      <w:tr w:rsidR="00452AAF" w:rsidRPr="002D4DCC" w14:paraId="5C50DEAA" w14:textId="77777777">
        <w:trPr>
          <w:jc w:val="center"/>
        </w:trPr>
        <w:tc>
          <w:tcPr>
            <w:tcW w:w="2700" w:type="dxa"/>
          </w:tcPr>
          <w:p w14:paraId="59F28305"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479939F2" w14:textId="77777777" w:rsidR="00452AAF" w:rsidRPr="002D4DCC" w:rsidRDefault="002138ED">
            <w:pPr>
              <w:jc w:val="both"/>
              <w:rPr>
                <w:lang w:val="ru-RU"/>
              </w:rPr>
            </w:pPr>
            <w:r w:rsidRPr="002D4DCC">
              <w:rPr>
                <w:lang w:val="ru-RU"/>
              </w:rPr>
              <w:t>Федеральный закон от 30.12.2008 № 307-ФЗ «Об аудиторской деятельности» (ст. 9, 13)</w:t>
            </w:r>
          </w:p>
        </w:tc>
      </w:tr>
      <w:tr w:rsidR="00452AAF" w14:paraId="15E0F19D" w14:textId="77777777">
        <w:trPr>
          <w:jc w:val="center"/>
        </w:trPr>
        <w:tc>
          <w:tcPr>
            <w:tcW w:w="2700" w:type="dxa"/>
          </w:tcPr>
          <w:p w14:paraId="257B1339"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7D9D4805" w14:textId="77777777" w:rsidR="00452AAF" w:rsidRDefault="002138ED">
            <w:pPr>
              <w:jc w:val="both"/>
            </w:pPr>
            <w:proofErr w:type="spellStart"/>
            <w:r>
              <w:t>Извлечение</w:t>
            </w:r>
            <w:proofErr w:type="spellEnd"/>
            <w:r>
              <w:t xml:space="preserve">, </w:t>
            </w:r>
            <w:proofErr w:type="spellStart"/>
            <w:r>
              <w:t>использование</w:t>
            </w:r>
            <w:proofErr w:type="spellEnd"/>
            <w:r>
              <w:t xml:space="preserve">, </w:t>
            </w:r>
            <w:proofErr w:type="spellStart"/>
            <w:r>
              <w:t>передача</w:t>
            </w:r>
            <w:proofErr w:type="spellEnd"/>
            <w:r>
              <w:t xml:space="preserve"> (</w:t>
            </w:r>
            <w:proofErr w:type="spellStart"/>
            <w:r>
              <w:t>предоставление</w:t>
            </w:r>
            <w:proofErr w:type="spellEnd"/>
            <w:r>
              <w:t>)</w:t>
            </w:r>
          </w:p>
        </w:tc>
      </w:tr>
      <w:tr w:rsidR="00452AAF" w14:paraId="05632FB2" w14:textId="77777777">
        <w:trPr>
          <w:jc w:val="center"/>
        </w:trPr>
        <w:tc>
          <w:tcPr>
            <w:tcW w:w="2700" w:type="dxa"/>
          </w:tcPr>
          <w:p w14:paraId="71A1C902"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66A93BAC" w14:textId="77777777" w:rsidR="00452AAF" w:rsidRDefault="002138ED">
            <w:pPr>
              <w:jc w:val="both"/>
            </w:pPr>
            <w:proofErr w:type="spellStart"/>
            <w:r>
              <w:t>Смешанная</w:t>
            </w:r>
            <w:proofErr w:type="spellEnd"/>
            <w:r>
              <w:t>, ЛВС</w:t>
            </w:r>
          </w:p>
        </w:tc>
      </w:tr>
      <w:tr w:rsidR="00452AAF" w:rsidRPr="002D4DCC" w14:paraId="6B45B7D0" w14:textId="77777777">
        <w:trPr>
          <w:jc w:val="center"/>
        </w:trPr>
        <w:tc>
          <w:tcPr>
            <w:tcW w:w="2700" w:type="dxa"/>
          </w:tcPr>
          <w:p w14:paraId="49297CF5"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57AB8CCF" w14:textId="77777777" w:rsidR="00452AAF" w:rsidRPr="002D4DCC" w:rsidRDefault="002138ED">
            <w:pPr>
              <w:jc w:val="both"/>
              <w:rPr>
                <w:lang w:val="ru-RU"/>
              </w:rPr>
            </w:pPr>
            <w:r w:rsidRPr="002D4DCC">
              <w:rPr>
                <w:lang w:val="ru-RU"/>
              </w:rPr>
              <w:t>Запрос аудитора; Копии документов для аудита; Аудиторское заключение</w:t>
            </w:r>
          </w:p>
        </w:tc>
      </w:tr>
      <w:tr w:rsidR="00452AAF" w:rsidRPr="002D4DCC" w14:paraId="7C191A05" w14:textId="77777777">
        <w:trPr>
          <w:jc w:val="center"/>
        </w:trPr>
        <w:tc>
          <w:tcPr>
            <w:tcW w:w="2700" w:type="dxa"/>
          </w:tcPr>
          <w:p w14:paraId="6CA9A5DD"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434D0080"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4F430CE5" w14:textId="77777777">
        <w:trPr>
          <w:jc w:val="center"/>
        </w:trPr>
        <w:tc>
          <w:tcPr>
            <w:tcW w:w="2700" w:type="dxa"/>
          </w:tcPr>
          <w:p w14:paraId="6A0824C1" w14:textId="77777777" w:rsidR="00452AAF" w:rsidRDefault="002138ED">
            <w:proofErr w:type="spellStart"/>
            <w:r>
              <w:rPr>
                <w:b/>
              </w:rPr>
              <w:t>Получатели</w:t>
            </w:r>
            <w:proofErr w:type="spellEnd"/>
            <w:r>
              <w:rPr>
                <w:b/>
              </w:rPr>
              <w:t>:</w:t>
            </w:r>
          </w:p>
        </w:tc>
        <w:tc>
          <w:tcPr>
            <w:tcW w:w="6938" w:type="dxa"/>
          </w:tcPr>
          <w:p w14:paraId="5576F287" w14:textId="77777777" w:rsidR="00452AAF" w:rsidRDefault="002138ED">
            <w:pPr>
              <w:jc w:val="both"/>
            </w:pPr>
            <w:proofErr w:type="spellStart"/>
            <w:r>
              <w:t>Аудиторская</w:t>
            </w:r>
            <w:proofErr w:type="spellEnd"/>
            <w:r>
              <w:t xml:space="preserve"> </w:t>
            </w:r>
            <w:proofErr w:type="spellStart"/>
            <w:r>
              <w:t>организация</w:t>
            </w:r>
            <w:proofErr w:type="spellEnd"/>
          </w:p>
        </w:tc>
      </w:tr>
      <w:tr w:rsidR="00452AAF" w14:paraId="4EA15BEE" w14:textId="77777777">
        <w:trPr>
          <w:jc w:val="center"/>
        </w:trPr>
        <w:tc>
          <w:tcPr>
            <w:tcW w:w="2700" w:type="dxa"/>
          </w:tcPr>
          <w:p w14:paraId="5A527D97"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29A8DFE0" w14:textId="77777777" w:rsidR="00452AAF" w:rsidRDefault="002138ED">
            <w:pPr>
              <w:jc w:val="both"/>
            </w:pPr>
            <w:r>
              <w:t xml:space="preserve">5 </w:t>
            </w:r>
            <w:proofErr w:type="spellStart"/>
            <w:r>
              <w:t>лет</w:t>
            </w:r>
            <w:proofErr w:type="spellEnd"/>
            <w:r>
              <w:t xml:space="preserve"> (</w:t>
            </w:r>
            <w:proofErr w:type="spellStart"/>
            <w:r>
              <w:t>Приказ</w:t>
            </w:r>
            <w:proofErr w:type="spellEnd"/>
            <w:r>
              <w:t xml:space="preserve"> </w:t>
            </w:r>
            <w:proofErr w:type="spellStart"/>
            <w:r>
              <w:t>Росархива</w:t>
            </w:r>
            <w:proofErr w:type="spellEnd"/>
            <w:r>
              <w:t xml:space="preserve"> № 236 (п. 286))</w:t>
            </w:r>
          </w:p>
        </w:tc>
      </w:tr>
      <w:tr w:rsidR="00452AAF" w14:paraId="4407E933" w14:textId="77777777">
        <w:trPr>
          <w:jc w:val="center"/>
        </w:trPr>
        <w:tc>
          <w:tcPr>
            <w:tcW w:w="2700" w:type="dxa"/>
          </w:tcPr>
          <w:p w14:paraId="1F50A536"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73DEC3BC"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49EF5614" w14:textId="77777777">
        <w:trPr>
          <w:jc w:val="center"/>
        </w:trPr>
        <w:tc>
          <w:tcPr>
            <w:tcW w:w="2700" w:type="dxa"/>
          </w:tcPr>
          <w:p w14:paraId="7E8A2490"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14A99CC1"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7DC61F6B" w14:textId="77777777" w:rsidR="00452AAF" w:rsidRDefault="00452AAF"/>
    <w:p w14:paraId="34B04A20" w14:textId="77777777" w:rsidR="00452AAF" w:rsidRPr="00632D01" w:rsidRDefault="002138ED">
      <w:pPr>
        <w:ind w:firstLine="709"/>
        <w:jc w:val="both"/>
        <w:rPr>
          <w:lang w:val="ru-RU"/>
        </w:rPr>
      </w:pPr>
      <w:r w:rsidRPr="00632D01">
        <w:rPr>
          <w:b/>
          <w:lang w:val="ru-RU"/>
        </w:rPr>
        <w:t>Цель обработки № 26. Организация и проведение мероприятий</w:t>
      </w:r>
    </w:p>
    <w:p w14:paraId="6A188A02" w14:textId="77777777" w:rsidR="00452AAF" w:rsidRPr="002D4DCC" w:rsidRDefault="002138ED">
      <w:pPr>
        <w:ind w:firstLine="709"/>
        <w:jc w:val="both"/>
        <w:rPr>
          <w:lang w:val="ru-RU"/>
        </w:rPr>
      </w:pPr>
      <w:r w:rsidRPr="002D4DCC">
        <w:rPr>
          <w:lang w:val="ru-RU"/>
        </w:rPr>
        <w:t>Регистрация участников мероприятий (конференции, семинары, выставки, конкурсы), выдача сертификатов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3DB47FD2" w14:textId="77777777">
        <w:trPr>
          <w:jc w:val="center"/>
        </w:trPr>
        <w:tc>
          <w:tcPr>
            <w:tcW w:w="2700" w:type="dxa"/>
          </w:tcPr>
          <w:p w14:paraId="4A736D81"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493CD497" w14:textId="77777777" w:rsidR="00452AAF" w:rsidRDefault="002138ED">
            <w:pPr>
              <w:jc w:val="both"/>
            </w:pPr>
            <w:proofErr w:type="spellStart"/>
            <w:r>
              <w:t>Посетители</w:t>
            </w:r>
            <w:proofErr w:type="spellEnd"/>
            <w:r>
              <w:t xml:space="preserve"> </w:t>
            </w:r>
            <w:proofErr w:type="spellStart"/>
            <w:r>
              <w:t>помещений</w:t>
            </w:r>
            <w:proofErr w:type="spellEnd"/>
            <w:r>
              <w:t xml:space="preserve"> (</w:t>
            </w:r>
            <w:proofErr w:type="spellStart"/>
            <w:r>
              <w:t>пропускной</w:t>
            </w:r>
            <w:proofErr w:type="spellEnd"/>
            <w:r>
              <w:t xml:space="preserve"> </w:t>
            </w:r>
            <w:proofErr w:type="spellStart"/>
            <w:r>
              <w:t>режим</w:t>
            </w:r>
            <w:proofErr w:type="spellEnd"/>
            <w:r>
              <w:t>)</w:t>
            </w:r>
          </w:p>
        </w:tc>
      </w:tr>
      <w:tr w:rsidR="00452AAF" w:rsidRPr="002D4DCC" w14:paraId="03DD781F" w14:textId="77777777">
        <w:trPr>
          <w:jc w:val="center"/>
        </w:trPr>
        <w:tc>
          <w:tcPr>
            <w:tcW w:w="2700" w:type="dxa"/>
          </w:tcPr>
          <w:p w14:paraId="50986265"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0103A4FF" w14:textId="77777777" w:rsidR="00452AAF" w:rsidRPr="002D4DCC" w:rsidRDefault="002138ED">
            <w:pPr>
              <w:jc w:val="both"/>
              <w:rPr>
                <w:lang w:val="ru-RU"/>
              </w:rPr>
            </w:pPr>
            <w:r w:rsidRPr="002D4DCC">
              <w:rPr>
                <w:lang w:val="ru-RU"/>
              </w:rPr>
              <w:t xml:space="preserve">ФИО (фамилия / имя / отчество при наличии), предыдущие ФИО (если изменялись), дата рождения, место рождения, пол, гражданство, семейное положение,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 Фотография для документов (личной карточки, пропуска, личного дела), фотографическое изображение для публикации на сайте (с </w:t>
            </w:r>
            <w:r w:rsidRPr="002D4DCC">
              <w:rPr>
                <w:lang w:val="ru-RU"/>
              </w:rPr>
              <w:lastRenderedPageBreak/>
              <w:t>согласия)</w:t>
            </w:r>
          </w:p>
        </w:tc>
      </w:tr>
      <w:tr w:rsidR="00452AAF" w:rsidRPr="002D4DCC" w14:paraId="3BCE5820" w14:textId="77777777">
        <w:trPr>
          <w:jc w:val="center"/>
        </w:trPr>
        <w:tc>
          <w:tcPr>
            <w:tcW w:w="2700" w:type="dxa"/>
          </w:tcPr>
          <w:p w14:paraId="6255FA8D" w14:textId="77777777" w:rsidR="00452AAF" w:rsidRDefault="002138ED">
            <w:proofErr w:type="spellStart"/>
            <w:r>
              <w:rPr>
                <w:b/>
              </w:rPr>
              <w:lastRenderedPageBreak/>
              <w:t>Правовое</w:t>
            </w:r>
            <w:proofErr w:type="spellEnd"/>
            <w:r>
              <w:rPr>
                <w:b/>
              </w:rPr>
              <w:t xml:space="preserve"> </w:t>
            </w:r>
            <w:proofErr w:type="spellStart"/>
            <w:r>
              <w:rPr>
                <w:b/>
              </w:rPr>
              <w:t>основание</w:t>
            </w:r>
            <w:proofErr w:type="spellEnd"/>
            <w:r>
              <w:rPr>
                <w:b/>
              </w:rPr>
              <w:t>:</w:t>
            </w:r>
          </w:p>
        </w:tc>
        <w:tc>
          <w:tcPr>
            <w:tcW w:w="6938" w:type="dxa"/>
          </w:tcPr>
          <w:p w14:paraId="1779EEE4" w14:textId="77777777" w:rsidR="00452AAF" w:rsidRPr="002D4DCC" w:rsidRDefault="002138ED">
            <w:pPr>
              <w:jc w:val="both"/>
              <w:rPr>
                <w:lang w:val="ru-RU"/>
              </w:rPr>
            </w:pPr>
            <w:r w:rsidRPr="002D4DCC">
              <w:rPr>
                <w:lang w:val="ru-RU"/>
              </w:rPr>
              <w:t xml:space="preserve">Федеральный закон от 27.07.2006 № 152-ФЗ «О персональных данных» (ст. 9), согласие на обработку </w:t>
            </w:r>
            <w:proofErr w:type="spellStart"/>
            <w:r w:rsidRPr="002D4DCC">
              <w:rPr>
                <w:lang w:val="ru-RU"/>
              </w:rPr>
              <w:t>ПДн</w:t>
            </w:r>
            <w:proofErr w:type="spellEnd"/>
          </w:p>
        </w:tc>
      </w:tr>
      <w:tr w:rsidR="00452AAF" w:rsidRPr="002D4DCC" w14:paraId="7F8FCB76" w14:textId="77777777">
        <w:trPr>
          <w:jc w:val="center"/>
        </w:trPr>
        <w:tc>
          <w:tcPr>
            <w:tcW w:w="2700" w:type="dxa"/>
          </w:tcPr>
          <w:p w14:paraId="76179F69"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034B6C8B" w14:textId="77777777" w:rsidR="00452AAF" w:rsidRPr="002D4DCC" w:rsidRDefault="002138ED">
            <w:pPr>
              <w:jc w:val="both"/>
              <w:rPr>
                <w:lang w:val="ru-RU"/>
              </w:rPr>
            </w:pPr>
            <w:r w:rsidRPr="002D4DCC">
              <w:rPr>
                <w:lang w:val="ru-RU"/>
              </w:rPr>
              <w:t>Сбор, запись, систематизация, хранение, использование, уничтожение</w:t>
            </w:r>
          </w:p>
        </w:tc>
      </w:tr>
      <w:tr w:rsidR="00452AAF" w14:paraId="249643E9" w14:textId="77777777">
        <w:trPr>
          <w:jc w:val="center"/>
        </w:trPr>
        <w:tc>
          <w:tcPr>
            <w:tcW w:w="2700" w:type="dxa"/>
          </w:tcPr>
          <w:p w14:paraId="4A7D6C33"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48ACB486"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3A12A8A9" w14:textId="77777777">
        <w:trPr>
          <w:jc w:val="center"/>
        </w:trPr>
        <w:tc>
          <w:tcPr>
            <w:tcW w:w="2700" w:type="dxa"/>
          </w:tcPr>
          <w:p w14:paraId="33B80335"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355FDF9F" w14:textId="77777777" w:rsidR="00452AAF" w:rsidRPr="002D4DCC" w:rsidRDefault="002138ED">
            <w:pPr>
              <w:jc w:val="both"/>
              <w:rPr>
                <w:lang w:val="ru-RU"/>
              </w:rPr>
            </w:pPr>
            <w:r w:rsidRPr="002D4DCC">
              <w:rPr>
                <w:lang w:val="ru-RU"/>
              </w:rPr>
              <w:t>Регистрационная форма / анкета участника; Список участников; Бейдж; Согласие на фото/видеосъёмку; Сертификат / диплом участника</w:t>
            </w:r>
          </w:p>
        </w:tc>
      </w:tr>
      <w:tr w:rsidR="00452AAF" w:rsidRPr="002D4DCC" w14:paraId="7BD7C930" w14:textId="77777777">
        <w:trPr>
          <w:jc w:val="center"/>
        </w:trPr>
        <w:tc>
          <w:tcPr>
            <w:tcW w:w="2700" w:type="dxa"/>
          </w:tcPr>
          <w:p w14:paraId="78DD2353"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56A10F60"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0BDFE6DC" w14:textId="77777777">
        <w:trPr>
          <w:jc w:val="center"/>
        </w:trPr>
        <w:tc>
          <w:tcPr>
            <w:tcW w:w="2700" w:type="dxa"/>
          </w:tcPr>
          <w:p w14:paraId="204E252F" w14:textId="77777777" w:rsidR="00452AAF" w:rsidRDefault="002138ED">
            <w:proofErr w:type="spellStart"/>
            <w:r>
              <w:rPr>
                <w:b/>
              </w:rPr>
              <w:t>Получатели</w:t>
            </w:r>
            <w:proofErr w:type="spellEnd"/>
            <w:r>
              <w:rPr>
                <w:b/>
              </w:rPr>
              <w:t>:</w:t>
            </w:r>
          </w:p>
        </w:tc>
        <w:tc>
          <w:tcPr>
            <w:tcW w:w="6938" w:type="dxa"/>
          </w:tcPr>
          <w:p w14:paraId="70F54188" w14:textId="77777777" w:rsidR="00452AAF" w:rsidRDefault="002138ED">
            <w:pPr>
              <w:jc w:val="both"/>
            </w:pPr>
            <w:proofErr w:type="spellStart"/>
            <w:r>
              <w:t>Не</w:t>
            </w:r>
            <w:proofErr w:type="spellEnd"/>
            <w:r>
              <w:t xml:space="preserve"> </w:t>
            </w:r>
            <w:proofErr w:type="spellStart"/>
            <w:r>
              <w:t>передаются</w:t>
            </w:r>
            <w:proofErr w:type="spellEnd"/>
          </w:p>
        </w:tc>
      </w:tr>
      <w:tr w:rsidR="00452AAF" w14:paraId="02189828" w14:textId="77777777">
        <w:trPr>
          <w:jc w:val="center"/>
        </w:trPr>
        <w:tc>
          <w:tcPr>
            <w:tcW w:w="2700" w:type="dxa"/>
          </w:tcPr>
          <w:p w14:paraId="27A8417E"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7CE541C2" w14:textId="77777777" w:rsidR="00452AAF" w:rsidRDefault="002138ED">
            <w:pPr>
              <w:jc w:val="both"/>
            </w:pPr>
            <w:r>
              <w:t xml:space="preserve">1 </w:t>
            </w:r>
            <w:proofErr w:type="spellStart"/>
            <w:r>
              <w:t>год</w:t>
            </w:r>
            <w:proofErr w:type="spellEnd"/>
            <w:r>
              <w:t xml:space="preserve"> (ФЗ-152 (ч. 4 </w:t>
            </w:r>
            <w:proofErr w:type="spellStart"/>
            <w:r>
              <w:t>ст</w:t>
            </w:r>
            <w:proofErr w:type="spellEnd"/>
            <w:r>
              <w:t>. 21))</w:t>
            </w:r>
          </w:p>
        </w:tc>
      </w:tr>
      <w:tr w:rsidR="00452AAF" w14:paraId="00FEBB38" w14:textId="77777777">
        <w:trPr>
          <w:jc w:val="center"/>
        </w:trPr>
        <w:tc>
          <w:tcPr>
            <w:tcW w:w="2700" w:type="dxa"/>
          </w:tcPr>
          <w:p w14:paraId="0491E092"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6B60F0B2"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049F3E69" w14:textId="77777777">
        <w:trPr>
          <w:jc w:val="center"/>
        </w:trPr>
        <w:tc>
          <w:tcPr>
            <w:tcW w:w="2700" w:type="dxa"/>
          </w:tcPr>
          <w:p w14:paraId="47610086"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6F5E02D3"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6C29E908" w14:textId="77777777" w:rsidR="00452AAF" w:rsidRDefault="00452AAF"/>
    <w:p w14:paraId="1EDDBC2A" w14:textId="77777777" w:rsidR="00452AAF" w:rsidRPr="00632D01" w:rsidRDefault="002138ED">
      <w:pPr>
        <w:ind w:firstLine="709"/>
        <w:jc w:val="both"/>
        <w:rPr>
          <w:lang w:val="ru-RU"/>
        </w:rPr>
      </w:pPr>
      <w:r w:rsidRPr="00632D01">
        <w:rPr>
          <w:b/>
          <w:lang w:val="ru-RU"/>
        </w:rPr>
        <w:t>Цель обработки № 27. Оказание государственных и муниципальных услуг</w:t>
      </w:r>
    </w:p>
    <w:p w14:paraId="3B884C3C" w14:textId="77777777" w:rsidR="00452AAF" w:rsidRPr="002D4DCC" w:rsidRDefault="002138ED">
      <w:pPr>
        <w:ind w:firstLine="709"/>
        <w:jc w:val="both"/>
        <w:rPr>
          <w:lang w:val="ru-RU"/>
        </w:rPr>
      </w:pPr>
      <w:r w:rsidRPr="002D4DCC">
        <w:rPr>
          <w:lang w:val="ru-RU"/>
        </w:rPr>
        <w:t>Предоставление государственных и муниципальных услуг, приём и регистрация заявлений, выдача документов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2523D567" w14:textId="77777777">
        <w:trPr>
          <w:jc w:val="center"/>
        </w:trPr>
        <w:tc>
          <w:tcPr>
            <w:tcW w:w="2700" w:type="dxa"/>
          </w:tcPr>
          <w:p w14:paraId="76E15D61"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3EC84C4C" w14:textId="77777777" w:rsidR="00452AAF" w:rsidRDefault="002138ED">
            <w:pPr>
              <w:jc w:val="both"/>
            </w:pPr>
            <w:proofErr w:type="spellStart"/>
            <w:r>
              <w:t>Заявители</w:t>
            </w:r>
            <w:proofErr w:type="spellEnd"/>
            <w:r>
              <w:t xml:space="preserve"> (</w:t>
            </w:r>
            <w:proofErr w:type="spellStart"/>
            <w:r>
              <w:t>авторы</w:t>
            </w:r>
            <w:proofErr w:type="spellEnd"/>
            <w:r>
              <w:t xml:space="preserve"> </w:t>
            </w:r>
            <w:proofErr w:type="spellStart"/>
            <w:r>
              <w:t>обращений</w:t>
            </w:r>
            <w:proofErr w:type="spellEnd"/>
            <w:r>
              <w:t>)</w:t>
            </w:r>
          </w:p>
        </w:tc>
      </w:tr>
      <w:tr w:rsidR="00452AAF" w:rsidRPr="002D4DCC" w14:paraId="7D7267E5" w14:textId="77777777">
        <w:trPr>
          <w:jc w:val="center"/>
        </w:trPr>
        <w:tc>
          <w:tcPr>
            <w:tcW w:w="2700" w:type="dxa"/>
          </w:tcPr>
          <w:p w14:paraId="6ABEA96E"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2F76D913"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 ИНН, СНИЛС, регистрационный номер в СФР,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w:t>
            </w:r>
          </w:p>
        </w:tc>
      </w:tr>
      <w:tr w:rsidR="00452AAF" w:rsidRPr="002D4DCC" w14:paraId="13620C02" w14:textId="77777777">
        <w:trPr>
          <w:jc w:val="center"/>
        </w:trPr>
        <w:tc>
          <w:tcPr>
            <w:tcW w:w="2700" w:type="dxa"/>
          </w:tcPr>
          <w:p w14:paraId="2908ACA9"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4CD49B99" w14:textId="77777777" w:rsidR="00452AAF" w:rsidRPr="002D4DCC" w:rsidRDefault="002138ED">
            <w:pPr>
              <w:jc w:val="both"/>
              <w:rPr>
                <w:lang w:val="ru-RU"/>
              </w:rPr>
            </w:pPr>
            <w:r w:rsidRPr="002D4DCC">
              <w:rPr>
                <w:lang w:val="ru-RU"/>
              </w:rPr>
              <w:t>Федеральный закон от 27.07.2010 № 210-ФЗ «Об организации предоставления государственных и муниципальных услуг» (ст. 5, 6, 7); Федеральный закон от 02.05.2006 № 59-ФЗ «О порядке рассмотрения обращений граждан Российской Федерации» (ст. 5, 10, 12)</w:t>
            </w:r>
          </w:p>
        </w:tc>
      </w:tr>
      <w:tr w:rsidR="00452AAF" w:rsidRPr="002D4DCC" w14:paraId="19307F87" w14:textId="77777777">
        <w:trPr>
          <w:jc w:val="center"/>
        </w:trPr>
        <w:tc>
          <w:tcPr>
            <w:tcW w:w="2700" w:type="dxa"/>
          </w:tcPr>
          <w:p w14:paraId="337370E2"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r>
              <w:rPr>
                <w:b/>
              </w:rPr>
              <w:lastRenderedPageBreak/>
              <w:t>(</w:t>
            </w:r>
            <w:proofErr w:type="spellStart"/>
            <w:r>
              <w:rPr>
                <w:b/>
              </w:rPr>
              <w:t>операций</w:t>
            </w:r>
            <w:proofErr w:type="spellEnd"/>
            <w:r>
              <w:rPr>
                <w:b/>
              </w:rPr>
              <w:t>):</w:t>
            </w:r>
          </w:p>
        </w:tc>
        <w:tc>
          <w:tcPr>
            <w:tcW w:w="6938" w:type="dxa"/>
          </w:tcPr>
          <w:p w14:paraId="6EBE64DE" w14:textId="77777777" w:rsidR="00452AAF" w:rsidRPr="002D4DCC" w:rsidRDefault="002138ED">
            <w:pPr>
              <w:jc w:val="both"/>
              <w:rPr>
                <w:lang w:val="ru-RU"/>
              </w:rPr>
            </w:pPr>
            <w:r w:rsidRPr="002D4DCC">
              <w:rPr>
                <w:lang w:val="ru-RU"/>
              </w:rPr>
              <w:lastRenderedPageBreak/>
              <w:t xml:space="preserve">Сбор, запись, систематизация, хранение, уточнение, извлечение, </w:t>
            </w:r>
            <w:r w:rsidRPr="002D4DCC">
              <w:rPr>
                <w:lang w:val="ru-RU"/>
              </w:rPr>
              <w:lastRenderedPageBreak/>
              <w:t>использование, передача</w:t>
            </w:r>
          </w:p>
        </w:tc>
      </w:tr>
      <w:tr w:rsidR="00452AAF" w14:paraId="12BD0D37" w14:textId="77777777">
        <w:trPr>
          <w:jc w:val="center"/>
        </w:trPr>
        <w:tc>
          <w:tcPr>
            <w:tcW w:w="2700" w:type="dxa"/>
          </w:tcPr>
          <w:p w14:paraId="749920A7" w14:textId="77777777" w:rsidR="00452AAF" w:rsidRDefault="002138ED">
            <w:proofErr w:type="spellStart"/>
            <w:r>
              <w:rPr>
                <w:b/>
              </w:rPr>
              <w:lastRenderedPageBreak/>
              <w:t>Способы</w:t>
            </w:r>
            <w:proofErr w:type="spellEnd"/>
            <w:r>
              <w:rPr>
                <w:b/>
              </w:rPr>
              <w:t xml:space="preserve"> </w:t>
            </w:r>
            <w:proofErr w:type="spellStart"/>
            <w:r>
              <w:rPr>
                <w:b/>
              </w:rPr>
              <w:t>обработки</w:t>
            </w:r>
            <w:proofErr w:type="spellEnd"/>
            <w:r>
              <w:rPr>
                <w:b/>
              </w:rPr>
              <w:t>:</w:t>
            </w:r>
          </w:p>
        </w:tc>
        <w:tc>
          <w:tcPr>
            <w:tcW w:w="6938" w:type="dxa"/>
          </w:tcPr>
          <w:p w14:paraId="318692DE" w14:textId="77777777" w:rsidR="00452AAF" w:rsidRDefault="002138ED">
            <w:pPr>
              <w:jc w:val="both"/>
            </w:pPr>
            <w:proofErr w:type="spellStart"/>
            <w:r>
              <w:t>Смешанная</w:t>
            </w:r>
            <w:proofErr w:type="spellEnd"/>
            <w:r>
              <w:t xml:space="preserve">, ЛВС, </w:t>
            </w:r>
            <w:proofErr w:type="spellStart"/>
            <w:r>
              <w:t>Интернет</w:t>
            </w:r>
            <w:proofErr w:type="spellEnd"/>
            <w:r>
              <w:t>, СМЭВ</w:t>
            </w:r>
          </w:p>
        </w:tc>
      </w:tr>
      <w:tr w:rsidR="00452AAF" w:rsidRPr="002D4DCC" w14:paraId="0605A450" w14:textId="77777777">
        <w:trPr>
          <w:jc w:val="center"/>
        </w:trPr>
        <w:tc>
          <w:tcPr>
            <w:tcW w:w="2700" w:type="dxa"/>
          </w:tcPr>
          <w:p w14:paraId="79B0C427"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0D620FD2" w14:textId="77777777" w:rsidR="00452AAF" w:rsidRPr="002D4DCC" w:rsidRDefault="002138ED">
            <w:pPr>
              <w:jc w:val="both"/>
              <w:rPr>
                <w:lang w:val="ru-RU"/>
              </w:rPr>
            </w:pPr>
            <w:r w:rsidRPr="002D4DCC">
              <w:rPr>
                <w:lang w:val="ru-RU"/>
              </w:rPr>
              <w:t>Заявление на получение услуги; Копии документов заявителя; Расписка в приёме документов; Результат оказания услуги (решение, справка, разрешение)</w:t>
            </w:r>
          </w:p>
        </w:tc>
      </w:tr>
      <w:tr w:rsidR="00452AAF" w:rsidRPr="002D4DCC" w14:paraId="57EDA46F" w14:textId="77777777">
        <w:trPr>
          <w:jc w:val="center"/>
        </w:trPr>
        <w:tc>
          <w:tcPr>
            <w:tcW w:w="2700" w:type="dxa"/>
          </w:tcPr>
          <w:p w14:paraId="217D4D4F" w14:textId="77777777" w:rsidR="00452AAF" w:rsidRDefault="002138ED">
            <w:proofErr w:type="spellStart"/>
            <w:r>
              <w:rPr>
                <w:b/>
              </w:rPr>
              <w:t>Места</w:t>
            </w:r>
            <w:proofErr w:type="spellEnd"/>
            <w:r>
              <w:rPr>
                <w:b/>
              </w:rPr>
              <w:t xml:space="preserve"> </w:t>
            </w:r>
            <w:proofErr w:type="spellStart"/>
            <w:r>
              <w:rPr>
                <w:b/>
              </w:rPr>
              <w:t>хранения</w:t>
            </w:r>
            <w:proofErr w:type="spellEnd"/>
            <w:r>
              <w:rPr>
                <w:b/>
              </w:rPr>
              <w:t>:</w:t>
            </w:r>
          </w:p>
        </w:tc>
        <w:tc>
          <w:tcPr>
            <w:tcW w:w="6938" w:type="dxa"/>
          </w:tcPr>
          <w:p w14:paraId="5F0B84AC" w14:textId="77777777" w:rsidR="00452AAF" w:rsidRPr="002D4DCC" w:rsidRDefault="002138ED">
            <w:pPr>
              <w:jc w:val="both"/>
              <w:rPr>
                <w:lang w:val="ru-RU"/>
              </w:rPr>
            </w:pPr>
            <w:r w:rsidRPr="002D4DCC">
              <w:rPr>
                <w:lang w:val="ru-RU"/>
              </w:rPr>
              <w:t>Серверная комната; Рабочие станции сотрудников</w:t>
            </w:r>
          </w:p>
        </w:tc>
      </w:tr>
      <w:tr w:rsidR="00452AAF" w14:paraId="133254D2" w14:textId="77777777">
        <w:trPr>
          <w:jc w:val="center"/>
        </w:trPr>
        <w:tc>
          <w:tcPr>
            <w:tcW w:w="2700" w:type="dxa"/>
          </w:tcPr>
          <w:p w14:paraId="52CA0A05" w14:textId="77777777" w:rsidR="00452AAF" w:rsidRDefault="002138ED">
            <w:proofErr w:type="spellStart"/>
            <w:r>
              <w:rPr>
                <w:b/>
              </w:rPr>
              <w:t>Получатели</w:t>
            </w:r>
            <w:proofErr w:type="spellEnd"/>
            <w:r>
              <w:rPr>
                <w:b/>
              </w:rPr>
              <w:t>:</w:t>
            </w:r>
          </w:p>
        </w:tc>
        <w:tc>
          <w:tcPr>
            <w:tcW w:w="6938" w:type="dxa"/>
          </w:tcPr>
          <w:p w14:paraId="2BEF3789" w14:textId="77777777" w:rsidR="00452AAF" w:rsidRDefault="002138ED">
            <w:pPr>
              <w:jc w:val="both"/>
            </w:pPr>
            <w:proofErr w:type="spellStart"/>
            <w:r>
              <w:t>Госуслуги</w:t>
            </w:r>
            <w:proofErr w:type="spellEnd"/>
            <w:r>
              <w:t xml:space="preserve"> / ЕСИА; СМЭВ</w:t>
            </w:r>
          </w:p>
        </w:tc>
      </w:tr>
      <w:tr w:rsidR="00452AAF" w14:paraId="5C16558F" w14:textId="77777777">
        <w:trPr>
          <w:jc w:val="center"/>
        </w:trPr>
        <w:tc>
          <w:tcPr>
            <w:tcW w:w="2700" w:type="dxa"/>
          </w:tcPr>
          <w:p w14:paraId="0CECABCC"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6E876ABA" w14:textId="77777777" w:rsidR="00452AAF" w:rsidRDefault="002138ED">
            <w:pPr>
              <w:jc w:val="both"/>
            </w:pPr>
            <w:r>
              <w:t xml:space="preserve">5 </w:t>
            </w:r>
            <w:proofErr w:type="spellStart"/>
            <w:r>
              <w:t>лет</w:t>
            </w:r>
            <w:proofErr w:type="spellEnd"/>
            <w:r>
              <w:t xml:space="preserve"> (</w:t>
            </w:r>
            <w:proofErr w:type="spellStart"/>
            <w:r>
              <w:t>Приказ</w:t>
            </w:r>
            <w:proofErr w:type="spellEnd"/>
            <w:r>
              <w:t xml:space="preserve"> </w:t>
            </w:r>
            <w:proofErr w:type="spellStart"/>
            <w:r>
              <w:t>Росархива</w:t>
            </w:r>
            <w:proofErr w:type="spellEnd"/>
            <w:r>
              <w:t xml:space="preserve"> № 236 (п. 161))</w:t>
            </w:r>
          </w:p>
        </w:tc>
      </w:tr>
      <w:tr w:rsidR="00452AAF" w14:paraId="639AC36A" w14:textId="77777777">
        <w:trPr>
          <w:jc w:val="center"/>
        </w:trPr>
        <w:tc>
          <w:tcPr>
            <w:tcW w:w="2700" w:type="dxa"/>
          </w:tcPr>
          <w:p w14:paraId="5FDD2FAE"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437B1328"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0F1B1B69" w14:textId="77777777">
        <w:trPr>
          <w:jc w:val="center"/>
        </w:trPr>
        <w:tc>
          <w:tcPr>
            <w:tcW w:w="2700" w:type="dxa"/>
          </w:tcPr>
          <w:p w14:paraId="4347AA33"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2F594790"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1DF7322F" w14:textId="77777777" w:rsidR="00452AAF" w:rsidRDefault="00452AAF"/>
    <w:p w14:paraId="2F4D00E7" w14:textId="77777777" w:rsidR="00452AAF" w:rsidRPr="00632D01" w:rsidRDefault="002138ED">
      <w:pPr>
        <w:ind w:firstLine="709"/>
        <w:jc w:val="both"/>
        <w:rPr>
          <w:lang w:val="ru-RU"/>
        </w:rPr>
      </w:pPr>
      <w:r w:rsidRPr="00632D01">
        <w:rPr>
          <w:b/>
          <w:lang w:val="ru-RU"/>
        </w:rPr>
        <w:t>Цель обработки № 28. Организация закупок</w:t>
      </w:r>
    </w:p>
    <w:p w14:paraId="382870DD" w14:textId="77777777" w:rsidR="00452AAF" w:rsidRPr="002D4DCC" w:rsidRDefault="002138ED">
      <w:pPr>
        <w:ind w:firstLine="709"/>
        <w:jc w:val="both"/>
        <w:rPr>
          <w:lang w:val="ru-RU"/>
        </w:rPr>
      </w:pPr>
      <w:r w:rsidRPr="002D4DCC">
        <w:rPr>
          <w:lang w:val="ru-RU"/>
        </w:rPr>
        <w:t>Осуществление закупочной деятельности, рассмотрение заявок участников, заключение контрактов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2A004FBD" w14:textId="77777777">
        <w:trPr>
          <w:jc w:val="center"/>
        </w:trPr>
        <w:tc>
          <w:tcPr>
            <w:tcW w:w="2700" w:type="dxa"/>
          </w:tcPr>
          <w:p w14:paraId="027EAB0D"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5074C041" w14:textId="77777777" w:rsidR="00452AAF" w:rsidRDefault="002138ED">
            <w:pPr>
              <w:jc w:val="both"/>
            </w:pPr>
            <w:proofErr w:type="spellStart"/>
            <w:r>
              <w:t>Участники</w:t>
            </w:r>
            <w:proofErr w:type="spellEnd"/>
            <w:r>
              <w:t xml:space="preserve"> </w:t>
            </w:r>
            <w:proofErr w:type="spellStart"/>
            <w:r>
              <w:t>закупок</w:t>
            </w:r>
            <w:proofErr w:type="spellEnd"/>
            <w:r>
              <w:t xml:space="preserve"> (44-ФЗ, 223-ФЗ)</w:t>
            </w:r>
          </w:p>
        </w:tc>
      </w:tr>
      <w:tr w:rsidR="00452AAF" w:rsidRPr="002D4DCC" w14:paraId="5BDA486A" w14:textId="77777777">
        <w:trPr>
          <w:jc w:val="center"/>
        </w:trPr>
        <w:tc>
          <w:tcPr>
            <w:tcW w:w="2700" w:type="dxa"/>
          </w:tcPr>
          <w:p w14:paraId="68FFD322"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3953B883"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 ФИО представителя, должность, подразделение, реквизиты доверенности (номер / дата / срок действия), наименование организации представителя</w:t>
            </w:r>
          </w:p>
        </w:tc>
      </w:tr>
      <w:tr w:rsidR="00452AAF" w:rsidRPr="002D4DCC" w14:paraId="3976BEF1" w14:textId="77777777">
        <w:trPr>
          <w:jc w:val="center"/>
        </w:trPr>
        <w:tc>
          <w:tcPr>
            <w:tcW w:w="2700" w:type="dxa"/>
          </w:tcPr>
          <w:p w14:paraId="6018E7A4"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367B7650" w14:textId="77777777" w:rsidR="00452AAF" w:rsidRPr="002D4DCC" w:rsidRDefault="002138ED">
            <w:pPr>
              <w:jc w:val="both"/>
              <w:rPr>
                <w:lang w:val="ru-RU"/>
              </w:rPr>
            </w:pPr>
            <w:r w:rsidRPr="002D4DCC">
              <w:rPr>
                <w:lang w:val="ru-RU"/>
              </w:rPr>
              <w:t>Федеральный закон от 05.04.2013 № 44-ФЗ «О контрактной системе в сфере закупок товаров, работ, услуг для обеспечения государственных и муниципальных нужд» (ст. 42, 51, 69); Федеральный закон от 18.07.2011 № 223-ФЗ «О закупках товаров, работ, услуг отдельными видами юридических лиц» (ст. 3, 4)</w:t>
            </w:r>
          </w:p>
        </w:tc>
      </w:tr>
      <w:tr w:rsidR="00452AAF" w:rsidRPr="002D4DCC" w14:paraId="5B2A3748" w14:textId="77777777">
        <w:trPr>
          <w:jc w:val="center"/>
        </w:trPr>
        <w:tc>
          <w:tcPr>
            <w:tcW w:w="2700" w:type="dxa"/>
          </w:tcPr>
          <w:p w14:paraId="1B880243"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4BCB8E98" w14:textId="77777777" w:rsidR="00452AAF" w:rsidRPr="002D4DCC" w:rsidRDefault="002138ED">
            <w:pPr>
              <w:jc w:val="both"/>
              <w:rPr>
                <w:lang w:val="ru-RU"/>
              </w:rPr>
            </w:pPr>
            <w:r w:rsidRPr="002D4DCC">
              <w:rPr>
                <w:lang w:val="ru-RU"/>
              </w:rPr>
              <w:t>Сбор, запись, систематизация, хранение, извлечение, использование, передача</w:t>
            </w:r>
          </w:p>
        </w:tc>
      </w:tr>
      <w:tr w:rsidR="00452AAF" w14:paraId="3845F781" w14:textId="77777777">
        <w:trPr>
          <w:jc w:val="center"/>
        </w:trPr>
        <w:tc>
          <w:tcPr>
            <w:tcW w:w="2700" w:type="dxa"/>
          </w:tcPr>
          <w:p w14:paraId="7D97ABBB"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3EA41853"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5FB7D93F" w14:textId="77777777">
        <w:trPr>
          <w:jc w:val="center"/>
        </w:trPr>
        <w:tc>
          <w:tcPr>
            <w:tcW w:w="2700" w:type="dxa"/>
          </w:tcPr>
          <w:p w14:paraId="6F34D10C"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5844BA9C" w14:textId="77777777" w:rsidR="00452AAF" w:rsidRPr="002D4DCC" w:rsidRDefault="002138ED">
            <w:pPr>
              <w:jc w:val="both"/>
              <w:rPr>
                <w:lang w:val="ru-RU"/>
              </w:rPr>
            </w:pPr>
            <w:r w:rsidRPr="002D4DCC">
              <w:rPr>
                <w:lang w:val="ru-RU"/>
              </w:rPr>
              <w:t>Заявка на участие в закупке; Протокол рассмотрения заявок; Государственный (муниципальный) контракт; Реестр участников закупок</w:t>
            </w:r>
          </w:p>
        </w:tc>
      </w:tr>
      <w:tr w:rsidR="00452AAF" w:rsidRPr="002D4DCC" w14:paraId="3130D4A1" w14:textId="77777777">
        <w:trPr>
          <w:jc w:val="center"/>
        </w:trPr>
        <w:tc>
          <w:tcPr>
            <w:tcW w:w="2700" w:type="dxa"/>
          </w:tcPr>
          <w:p w14:paraId="2B163947" w14:textId="77777777" w:rsidR="00452AAF" w:rsidRDefault="002138ED">
            <w:proofErr w:type="spellStart"/>
            <w:r>
              <w:rPr>
                <w:b/>
              </w:rPr>
              <w:lastRenderedPageBreak/>
              <w:t>Места</w:t>
            </w:r>
            <w:proofErr w:type="spellEnd"/>
            <w:r>
              <w:rPr>
                <w:b/>
              </w:rPr>
              <w:t xml:space="preserve"> </w:t>
            </w:r>
            <w:proofErr w:type="spellStart"/>
            <w:r>
              <w:rPr>
                <w:b/>
              </w:rPr>
              <w:t>хранения</w:t>
            </w:r>
            <w:proofErr w:type="spellEnd"/>
            <w:r>
              <w:rPr>
                <w:b/>
              </w:rPr>
              <w:t>:</w:t>
            </w:r>
          </w:p>
        </w:tc>
        <w:tc>
          <w:tcPr>
            <w:tcW w:w="6938" w:type="dxa"/>
          </w:tcPr>
          <w:p w14:paraId="0EA02825" w14:textId="77777777" w:rsidR="00452AAF" w:rsidRPr="002D4DCC" w:rsidRDefault="002138ED">
            <w:pPr>
              <w:jc w:val="both"/>
              <w:rPr>
                <w:lang w:val="ru-RU"/>
              </w:rPr>
            </w:pPr>
            <w:r w:rsidRPr="002D4DCC">
              <w:rPr>
                <w:lang w:val="ru-RU"/>
              </w:rPr>
              <w:t>Шкаф с замком в юридическом отделе</w:t>
            </w:r>
          </w:p>
        </w:tc>
      </w:tr>
      <w:tr w:rsidR="00452AAF" w:rsidRPr="002D4DCC" w14:paraId="3AC70B4C" w14:textId="77777777">
        <w:trPr>
          <w:jc w:val="center"/>
        </w:trPr>
        <w:tc>
          <w:tcPr>
            <w:tcW w:w="2700" w:type="dxa"/>
          </w:tcPr>
          <w:p w14:paraId="3959FF61" w14:textId="77777777" w:rsidR="00452AAF" w:rsidRDefault="002138ED">
            <w:proofErr w:type="spellStart"/>
            <w:r>
              <w:rPr>
                <w:b/>
              </w:rPr>
              <w:t>Получатели</w:t>
            </w:r>
            <w:proofErr w:type="spellEnd"/>
            <w:r>
              <w:rPr>
                <w:b/>
              </w:rPr>
              <w:t>:</w:t>
            </w:r>
          </w:p>
        </w:tc>
        <w:tc>
          <w:tcPr>
            <w:tcW w:w="6938" w:type="dxa"/>
          </w:tcPr>
          <w:p w14:paraId="4CA6EC60" w14:textId="77777777" w:rsidR="00452AAF" w:rsidRPr="002D4DCC" w:rsidRDefault="002138ED">
            <w:pPr>
              <w:jc w:val="both"/>
              <w:rPr>
                <w:lang w:val="ru-RU"/>
              </w:rPr>
            </w:pPr>
            <w:r w:rsidRPr="002D4DCC">
              <w:rPr>
                <w:lang w:val="ru-RU"/>
              </w:rPr>
              <w:t>ФАС России; ЕИС (</w:t>
            </w:r>
            <w:proofErr w:type="spellStart"/>
            <w:r>
              <w:t>zakupki</w:t>
            </w:r>
            <w:proofErr w:type="spellEnd"/>
            <w:r w:rsidRPr="002D4DCC">
              <w:rPr>
                <w:lang w:val="ru-RU"/>
              </w:rPr>
              <w:t>.</w:t>
            </w:r>
            <w:r>
              <w:t>gov</w:t>
            </w:r>
            <w:r w:rsidRPr="002D4DCC">
              <w:rPr>
                <w:lang w:val="ru-RU"/>
              </w:rPr>
              <w:t>.</w:t>
            </w:r>
            <w:proofErr w:type="spellStart"/>
            <w:r>
              <w:t>ru</w:t>
            </w:r>
            <w:proofErr w:type="spellEnd"/>
            <w:r w:rsidRPr="002D4DCC">
              <w:rPr>
                <w:lang w:val="ru-RU"/>
              </w:rPr>
              <w:t>); Неограниченный круг лиц</w:t>
            </w:r>
          </w:p>
        </w:tc>
      </w:tr>
      <w:tr w:rsidR="00452AAF" w:rsidRPr="002D4DCC" w14:paraId="3321C176" w14:textId="77777777">
        <w:trPr>
          <w:jc w:val="center"/>
        </w:trPr>
        <w:tc>
          <w:tcPr>
            <w:tcW w:w="2700" w:type="dxa"/>
          </w:tcPr>
          <w:p w14:paraId="01093615"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596C8471" w14:textId="77777777" w:rsidR="00452AAF" w:rsidRPr="002D4DCC" w:rsidRDefault="002138ED">
            <w:pPr>
              <w:jc w:val="both"/>
              <w:rPr>
                <w:lang w:val="ru-RU"/>
              </w:rPr>
            </w:pPr>
            <w:r w:rsidRPr="002D4DCC">
              <w:rPr>
                <w:lang w:val="ru-RU"/>
              </w:rPr>
              <w:t xml:space="preserve">5 лет (ФЗ-44 (ч. 15 ст. 4); Приказ </w:t>
            </w:r>
            <w:proofErr w:type="spellStart"/>
            <w:r w:rsidRPr="002D4DCC">
              <w:rPr>
                <w:lang w:val="ru-RU"/>
              </w:rPr>
              <w:t>Росархива</w:t>
            </w:r>
            <w:proofErr w:type="spellEnd"/>
            <w:r w:rsidRPr="002D4DCC">
              <w:rPr>
                <w:lang w:val="ru-RU"/>
              </w:rPr>
              <w:t xml:space="preserve"> № 236 (п. 218))</w:t>
            </w:r>
          </w:p>
        </w:tc>
      </w:tr>
      <w:tr w:rsidR="00452AAF" w14:paraId="429871B2" w14:textId="77777777">
        <w:trPr>
          <w:jc w:val="center"/>
        </w:trPr>
        <w:tc>
          <w:tcPr>
            <w:tcW w:w="2700" w:type="dxa"/>
          </w:tcPr>
          <w:p w14:paraId="3107AC14"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0E613770"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7F1B809D" w14:textId="77777777">
        <w:trPr>
          <w:jc w:val="center"/>
        </w:trPr>
        <w:tc>
          <w:tcPr>
            <w:tcW w:w="2700" w:type="dxa"/>
          </w:tcPr>
          <w:p w14:paraId="6D4E815E"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77C5ECD4"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5D221420" w14:textId="77777777" w:rsidR="00452AAF" w:rsidRDefault="00452AAF"/>
    <w:p w14:paraId="7F6AEAA9" w14:textId="77777777" w:rsidR="00452AAF" w:rsidRPr="00632D01" w:rsidRDefault="002138ED">
      <w:pPr>
        <w:ind w:firstLine="709"/>
        <w:jc w:val="both"/>
        <w:rPr>
          <w:lang w:val="ru-RU"/>
        </w:rPr>
      </w:pPr>
      <w:r w:rsidRPr="00632D01">
        <w:rPr>
          <w:b/>
          <w:lang w:val="ru-RU"/>
        </w:rPr>
        <w:t>Цель обработки № 29. Осуществление образовательной деятельности</w:t>
      </w:r>
    </w:p>
    <w:p w14:paraId="43B949D5" w14:textId="77777777" w:rsidR="00452AAF" w:rsidRPr="002D4DCC" w:rsidRDefault="002138ED">
      <w:pPr>
        <w:ind w:firstLine="709"/>
        <w:jc w:val="both"/>
        <w:rPr>
          <w:lang w:val="ru-RU"/>
        </w:rPr>
      </w:pPr>
      <w:r w:rsidRPr="002D4DCC">
        <w:rPr>
          <w:lang w:val="ru-RU"/>
        </w:rPr>
        <w:t>Организация и осуществление образовательной деятельности, зачисление, ведение учёта успеваемости, выдача документов об образовании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0"/>
        <w:gridCol w:w="6881"/>
      </w:tblGrid>
      <w:tr w:rsidR="00452AAF" w14:paraId="0386138A" w14:textId="77777777">
        <w:trPr>
          <w:jc w:val="center"/>
        </w:trPr>
        <w:tc>
          <w:tcPr>
            <w:tcW w:w="2700" w:type="dxa"/>
          </w:tcPr>
          <w:p w14:paraId="365254B5" w14:textId="77777777" w:rsidR="00452AAF" w:rsidRDefault="002138ED">
            <w:proofErr w:type="spellStart"/>
            <w:r>
              <w:rPr>
                <w:b/>
              </w:rPr>
              <w:t>Категории</w:t>
            </w:r>
            <w:proofErr w:type="spellEnd"/>
            <w:r>
              <w:rPr>
                <w:b/>
              </w:rPr>
              <w:t xml:space="preserve"> </w:t>
            </w:r>
            <w:proofErr w:type="spellStart"/>
            <w:r>
              <w:rPr>
                <w:b/>
              </w:rPr>
              <w:t>субъектов</w:t>
            </w:r>
            <w:proofErr w:type="spellEnd"/>
            <w:r>
              <w:rPr>
                <w:b/>
              </w:rPr>
              <w:t>:</w:t>
            </w:r>
          </w:p>
        </w:tc>
        <w:tc>
          <w:tcPr>
            <w:tcW w:w="6938" w:type="dxa"/>
          </w:tcPr>
          <w:p w14:paraId="0F8885EA" w14:textId="77777777" w:rsidR="00452AAF" w:rsidRDefault="002138ED">
            <w:pPr>
              <w:jc w:val="both"/>
            </w:pPr>
            <w:proofErr w:type="spellStart"/>
            <w:r>
              <w:t>Обучающиеся</w:t>
            </w:r>
            <w:proofErr w:type="spellEnd"/>
            <w:r>
              <w:t xml:space="preserve">; </w:t>
            </w:r>
            <w:proofErr w:type="spellStart"/>
            <w:r>
              <w:t>Законные</w:t>
            </w:r>
            <w:proofErr w:type="spellEnd"/>
            <w:r>
              <w:t xml:space="preserve"> </w:t>
            </w:r>
            <w:proofErr w:type="spellStart"/>
            <w:r>
              <w:t>представители</w:t>
            </w:r>
            <w:proofErr w:type="spellEnd"/>
            <w:r>
              <w:t xml:space="preserve"> </w:t>
            </w:r>
            <w:proofErr w:type="spellStart"/>
            <w:r>
              <w:t>обучающихся</w:t>
            </w:r>
            <w:proofErr w:type="spellEnd"/>
          </w:p>
        </w:tc>
      </w:tr>
      <w:tr w:rsidR="00452AAF" w:rsidRPr="002D4DCC" w14:paraId="580861C0" w14:textId="77777777">
        <w:trPr>
          <w:jc w:val="center"/>
        </w:trPr>
        <w:tc>
          <w:tcPr>
            <w:tcW w:w="2700" w:type="dxa"/>
          </w:tcPr>
          <w:p w14:paraId="49A84B15" w14:textId="77777777" w:rsidR="00452AAF" w:rsidRDefault="002138ED">
            <w:proofErr w:type="spellStart"/>
            <w:r>
              <w:rPr>
                <w:b/>
              </w:rPr>
              <w:t>Категории</w:t>
            </w:r>
            <w:proofErr w:type="spellEnd"/>
            <w:r>
              <w:rPr>
                <w:b/>
              </w:rPr>
              <w:t xml:space="preserve"> </w:t>
            </w:r>
            <w:proofErr w:type="spellStart"/>
            <w:r>
              <w:rPr>
                <w:b/>
              </w:rPr>
              <w:t>персональных</w:t>
            </w:r>
            <w:proofErr w:type="spellEnd"/>
            <w:r>
              <w:rPr>
                <w:b/>
              </w:rPr>
              <w:t xml:space="preserve"> </w:t>
            </w:r>
            <w:proofErr w:type="spellStart"/>
            <w:r>
              <w:rPr>
                <w:b/>
              </w:rPr>
              <w:t>данных</w:t>
            </w:r>
            <w:proofErr w:type="spellEnd"/>
            <w:r>
              <w:rPr>
                <w:b/>
              </w:rPr>
              <w:t>:</w:t>
            </w:r>
          </w:p>
        </w:tc>
        <w:tc>
          <w:tcPr>
            <w:tcW w:w="6938" w:type="dxa"/>
          </w:tcPr>
          <w:p w14:paraId="58553613" w14:textId="77777777" w:rsidR="00452AAF" w:rsidRPr="002D4DCC" w:rsidRDefault="002138ED">
            <w:pPr>
              <w:jc w:val="both"/>
              <w:rPr>
                <w:lang w:val="ru-RU"/>
              </w:rPr>
            </w:pPr>
            <w:r w:rsidRPr="002D4DCC">
              <w:rPr>
                <w:lang w:val="ru-RU"/>
              </w:rPr>
              <w:t>ФИО (фамилия / имя / отчество при наличии), предыдущие ФИО (если изменялись), дата рождения, место рождения, пол, гражданство, семейное положение, Реквизиты паспорта гражданина РФ (серия / номер / кем выдан / дата выдачи / код подразделения), реквизиты заграничного паспорта (серия / номер / срок действия), реквизиты свидетельства о рождении, реквизиты свидетельства о заключении/расторжении брака, реквизиты свидетельства о перемене имени, Адрес регистрации, адрес фактического проживания, номер мобильного телефона (личный), номер мобильного телефона (рабочий), номер рабочего телефона, адрес электронной почты (личный), адрес электронной почты (корпоративный), Уровень образования, реквизиты документа об образовании (серия / номер / дата выдачи / наименование учебного заведения / специальность / квалификация), сведения о повышении квалификации, сведения о профессиональной переподготовке, владение иностранными языками, реквизиты сертификатов и удостоверений, Результат медицинского осмотра (заключение), группа инвалидности, реквизиты ИПРА, Класс/курс, группа, направление подготовки, оценки, посещаемость, достижения</w:t>
            </w:r>
          </w:p>
        </w:tc>
      </w:tr>
      <w:tr w:rsidR="00452AAF" w:rsidRPr="002D4DCC" w14:paraId="6EB05D56" w14:textId="77777777">
        <w:trPr>
          <w:jc w:val="center"/>
        </w:trPr>
        <w:tc>
          <w:tcPr>
            <w:tcW w:w="2700" w:type="dxa"/>
          </w:tcPr>
          <w:p w14:paraId="549ADD56" w14:textId="77777777" w:rsidR="00452AAF" w:rsidRDefault="002138ED">
            <w:proofErr w:type="spellStart"/>
            <w:r>
              <w:rPr>
                <w:b/>
              </w:rPr>
              <w:t>Правовое</w:t>
            </w:r>
            <w:proofErr w:type="spellEnd"/>
            <w:r>
              <w:rPr>
                <w:b/>
              </w:rPr>
              <w:t xml:space="preserve"> </w:t>
            </w:r>
            <w:proofErr w:type="spellStart"/>
            <w:r>
              <w:rPr>
                <w:b/>
              </w:rPr>
              <w:t>основание</w:t>
            </w:r>
            <w:proofErr w:type="spellEnd"/>
            <w:r>
              <w:rPr>
                <w:b/>
              </w:rPr>
              <w:t>:</w:t>
            </w:r>
          </w:p>
        </w:tc>
        <w:tc>
          <w:tcPr>
            <w:tcW w:w="6938" w:type="dxa"/>
          </w:tcPr>
          <w:p w14:paraId="542A1D3C" w14:textId="77777777" w:rsidR="00452AAF" w:rsidRPr="002D4DCC" w:rsidRDefault="002138ED">
            <w:pPr>
              <w:jc w:val="both"/>
              <w:rPr>
                <w:lang w:val="ru-RU"/>
              </w:rPr>
            </w:pPr>
            <w:r w:rsidRPr="002D4DCC">
              <w:rPr>
                <w:lang w:val="ru-RU"/>
              </w:rPr>
              <w:t xml:space="preserve">Федеральный закон от 29.12.2012 № 273-ФЗ «Об образовании в Российской Федерации» (ст. 13, 28, 34, 44), договор с субъектом </w:t>
            </w:r>
            <w:proofErr w:type="spellStart"/>
            <w:r w:rsidRPr="002D4DCC">
              <w:rPr>
                <w:lang w:val="ru-RU"/>
              </w:rPr>
              <w:t>ПДн</w:t>
            </w:r>
            <w:proofErr w:type="spellEnd"/>
            <w:r w:rsidRPr="002D4DCC">
              <w:rPr>
                <w:lang w:val="ru-RU"/>
              </w:rPr>
              <w:t xml:space="preserve">, согласие на обработку </w:t>
            </w:r>
            <w:proofErr w:type="spellStart"/>
            <w:r w:rsidRPr="002D4DCC">
              <w:rPr>
                <w:lang w:val="ru-RU"/>
              </w:rPr>
              <w:t>ПДн</w:t>
            </w:r>
            <w:proofErr w:type="spellEnd"/>
          </w:p>
        </w:tc>
      </w:tr>
      <w:tr w:rsidR="00452AAF" w:rsidRPr="002D4DCC" w14:paraId="045F6DAF" w14:textId="77777777">
        <w:trPr>
          <w:jc w:val="center"/>
        </w:trPr>
        <w:tc>
          <w:tcPr>
            <w:tcW w:w="2700" w:type="dxa"/>
          </w:tcPr>
          <w:p w14:paraId="7EF9A493" w14:textId="77777777" w:rsidR="00452AAF" w:rsidRDefault="002138ED">
            <w:proofErr w:type="spellStart"/>
            <w:r>
              <w:rPr>
                <w:b/>
              </w:rPr>
              <w:t>Перечень</w:t>
            </w:r>
            <w:proofErr w:type="spellEnd"/>
            <w:r>
              <w:rPr>
                <w:b/>
              </w:rPr>
              <w:t xml:space="preserve"> </w:t>
            </w:r>
            <w:proofErr w:type="spellStart"/>
            <w:r>
              <w:rPr>
                <w:b/>
              </w:rPr>
              <w:t>действий</w:t>
            </w:r>
            <w:proofErr w:type="spellEnd"/>
            <w:r>
              <w:rPr>
                <w:b/>
              </w:rPr>
              <w:t xml:space="preserve"> (</w:t>
            </w:r>
            <w:proofErr w:type="spellStart"/>
            <w:r>
              <w:rPr>
                <w:b/>
              </w:rPr>
              <w:t>операций</w:t>
            </w:r>
            <w:proofErr w:type="spellEnd"/>
            <w:r>
              <w:rPr>
                <w:b/>
              </w:rPr>
              <w:t>):</w:t>
            </w:r>
          </w:p>
        </w:tc>
        <w:tc>
          <w:tcPr>
            <w:tcW w:w="6938" w:type="dxa"/>
          </w:tcPr>
          <w:p w14:paraId="4A2B90D1" w14:textId="77777777" w:rsidR="00452AAF" w:rsidRPr="002D4DCC" w:rsidRDefault="002138ED">
            <w:pPr>
              <w:jc w:val="both"/>
              <w:rPr>
                <w:lang w:val="ru-RU"/>
              </w:rPr>
            </w:pPr>
            <w:r w:rsidRPr="002D4DCC">
              <w:rPr>
                <w:lang w:val="ru-RU"/>
              </w:rPr>
              <w:t>Сбор, запись, систематизация, накопление, хранение, уточнение, извлечение, использование, передача, уничтожение</w:t>
            </w:r>
          </w:p>
        </w:tc>
      </w:tr>
      <w:tr w:rsidR="00452AAF" w14:paraId="4B3CE04F" w14:textId="77777777">
        <w:trPr>
          <w:jc w:val="center"/>
        </w:trPr>
        <w:tc>
          <w:tcPr>
            <w:tcW w:w="2700" w:type="dxa"/>
          </w:tcPr>
          <w:p w14:paraId="5BFF7830" w14:textId="77777777" w:rsidR="00452AAF" w:rsidRDefault="002138ED">
            <w:proofErr w:type="spellStart"/>
            <w:r>
              <w:rPr>
                <w:b/>
              </w:rPr>
              <w:t>Способы</w:t>
            </w:r>
            <w:proofErr w:type="spellEnd"/>
            <w:r>
              <w:rPr>
                <w:b/>
              </w:rPr>
              <w:t xml:space="preserve"> </w:t>
            </w:r>
            <w:proofErr w:type="spellStart"/>
            <w:r>
              <w:rPr>
                <w:b/>
              </w:rPr>
              <w:t>обработки</w:t>
            </w:r>
            <w:proofErr w:type="spellEnd"/>
            <w:r>
              <w:rPr>
                <w:b/>
              </w:rPr>
              <w:t>:</w:t>
            </w:r>
          </w:p>
        </w:tc>
        <w:tc>
          <w:tcPr>
            <w:tcW w:w="6938" w:type="dxa"/>
          </w:tcPr>
          <w:p w14:paraId="72B2AA51" w14:textId="77777777" w:rsidR="00452AAF" w:rsidRDefault="002138ED">
            <w:pPr>
              <w:jc w:val="both"/>
            </w:pPr>
            <w:proofErr w:type="spellStart"/>
            <w:r>
              <w:t>Смешанная</w:t>
            </w:r>
            <w:proofErr w:type="spellEnd"/>
            <w:r>
              <w:t xml:space="preserve">, ЛВС, </w:t>
            </w:r>
            <w:proofErr w:type="spellStart"/>
            <w:r>
              <w:t>Интернет</w:t>
            </w:r>
            <w:proofErr w:type="spellEnd"/>
          </w:p>
        </w:tc>
      </w:tr>
      <w:tr w:rsidR="00452AAF" w:rsidRPr="002D4DCC" w14:paraId="474C417F" w14:textId="77777777">
        <w:trPr>
          <w:jc w:val="center"/>
        </w:trPr>
        <w:tc>
          <w:tcPr>
            <w:tcW w:w="2700" w:type="dxa"/>
          </w:tcPr>
          <w:p w14:paraId="79760C57" w14:textId="77777777" w:rsidR="00452AAF" w:rsidRDefault="002138ED">
            <w:proofErr w:type="spellStart"/>
            <w:r>
              <w:rPr>
                <w:b/>
              </w:rPr>
              <w:t>Материальные</w:t>
            </w:r>
            <w:proofErr w:type="spellEnd"/>
            <w:r>
              <w:rPr>
                <w:b/>
              </w:rPr>
              <w:t xml:space="preserve"> </w:t>
            </w:r>
            <w:proofErr w:type="spellStart"/>
            <w:r>
              <w:rPr>
                <w:b/>
              </w:rPr>
              <w:t>носители</w:t>
            </w:r>
            <w:proofErr w:type="spellEnd"/>
            <w:r>
              <w:rPr>
                <w:b/>
              </w:rPr>
              <w:t>:</w:t>
            </w:r>
          </w:p>
        </w:tc>
        <w:tc>
          <w:tcPr>
            <w:tcW w:w="6938" w:type="dxa"/>
          </w:tcPr>
          <w:p w14:paraId="40C4570C" w14:textId="77777777" w:rsidR="00452AAF" w:rsidRPr="002D4DCC" w:rsidRDefault="002138ED">
            <w:pPr>
              <w:jc w:val="both"/>
              <w:rPr>
                <w:lang w:val="ru-RU"/>
              </w:rPr>
            </w:pPr>
            <w:r w:rsidRPr="002D4DCC">
              <w:rPr>
                <w:lang w:val="ru-RU"/>
              </w:rPr>
              <w:t xml:space="preserve">Личное дело обучающегося; Договор об образовании; Заявление о приёме; </w:t>
            </w:r>
            <w:proofErr w:type="spellStart"/>
            <w:r w:rsidRPr="002D4DCC">
              <w:rPr>
                <w:lang w:val="ru-RU"/>
              </w:rPr>
              <w:t>Медсправка</w:t>
            </w:r>
            <w:proofErr w:type="spellEnd"/>
            <w:r w:rsidRPr="002D4DCC">
              <w:rPr>
                <w:lang w:val="ru-RU"/>
              </w:rPr>
              <w:t xml:space="preserve">; Согласие родителей; Зачётная книжка / </w:t>
            </w:r>
            <w:r w:rsidRPr="002D4DCC">
              <w:rPr>
                <w:lang w:val="ru-RU"/>
              </w:rPr>
              <w:lastRenderedPageBreak/>
              <w:t>дневник; Ведомость успеваемости; Журнал успеваемости; Аттестат/диплом (копия)</w:t>
            </w:r>
          </w:p>
        </w:tc>
      </w:tr>
      <w:tr w:rsidR="00452AAF" w:rsidRPr="002D4DCC" w14:paraId="7BD49A67" w14:textId="77777777">
        <w:trPr>
          <w:jc w:val="center"/>
        </w:trPr>
        <w:tc>
          <w:tcPr>
            <w:tcW w:w="2700" w:type="dxa"/>
          </w:tcPr>
          <w:p w14:paraId="537992AE" w14:textId="77777777" w:rsidR="00452AAF" w:rsidRDefault="002138ED">
            <w:proofErr w:type="spellStart"/>
            <w:r>
              <w:rPr>
                <w:b/>
              </w:rPr>
              <w:lastRenderedPageBreak/>
              <w:t>Места</w:t>
            </w:r>
            <w:proofErr w:type="spellEnd"/>
            <w:r>
              <w:rPr>
                <w:b/>
              </w:rPr>
              <w:t xml:space="preserve"> </w:t>
            </w:r>
            <w:proofErr w:type="spellStart"/>
            <w:r>
              <w:rPr>
                <w:b/>
              </w:rPr>
              <w:t>хранения</w:t>
            </w:r>
            <w:proofErr w:type="spellEnd"/>
            <w:r>
              <w:rPr>
                <w:b/>
              </w:rPr>
              <w:t>:</w:t>
            </w:r>
          </w:p>
        </w:tc>
        <w:tc>
          <w:tcPr>
            <w:tcW w:w="6938" w:type="dxa"/>
          </w:tcPr>
          <w:p w14:paraId="79FD0C7A" w14:textId="77777777" w:rsidR="00452AAF" w:rsidRPr="002D4DCC" w:rsidRDefault="002138ED">
            <w:pPr>
              <w:jc w:val="both"/>
              <w:rPr>
                <w:lang w:val="ru-RU"/>
              </w:rPr>
            </w:pPr>
            <w:r w:rsidRPr="002D4DCC">
              <w:rPr>
                <w:lang w:val="ru-RU"/>
              </w:rPr>
              <w:t>Архивное помещение; Шкаф с замком в учебной части; Облачная инфраструктура (ЦОД провайдера)</w:t>
            </w:r>
          </w:p>
        </w:tc>
      </w:tr>
      <w:tr w:rsidR="00452AAF" w:rsidRPr="002D4DCC" w14:paraId="0713B6B8" w14:textId="77777777">
        <w:trPr>
          <w:jc w:val="center"/>
        </w:trPr>
        <w:tc>
          <w:tcPr>
            <w:tcW w:w="2700" w:type="dxa"/>
          </w:tcPr>
          <w:p w14:paraId="26346BD0" w14:textId="77777777" w:rsidR="00452AAF" w:rsidRDefault="002138ED">
            <w:proofErr w:type="spellStart"/>
            <w:r>
              <w:rPr>
                <w:b/>
              </w:rPr>
              <w:t>Получатели</w:t>
            </w:r>
            <w:proofErr w:type="spellEnd"/>
            <w:r>
              <w:rPr>
                <w:b/>
              </w:rPr>
              <w:t>:</w:t>
            </w:r>
          </w:p>
        </w:tc>
        <w:tc>
          <w:tcPr>
            <w:tcW w:w="6938" w:type="dxa"/>
          </w:tcPr>
          <w:p w14:paraId="4418D0EC" w14:textId="77777777" w:rsidR="00452AAF" w:rsidRPr="002D4DCC" w:rsidRDefault="002138ED">
            <w:pPr>
              <w:jc w:val="both"/>
              <w:rPr>
                <w:lang w:val="ru-RU"/>
              </w:rPr>
            </w:pPr>
            <w:r w:rsidRPr="002D4DCC">
              <w:rPr>
                <w:lang w:val="ru-RU"/>
              </w:rPr>
              <w:t>Органы опеки и попечительства; ФИС ФРДО; Провайдер электронной образовательной среды</w:t>
            </w:r>
          </w:p>
        </w:tc>
      </w:tr>
      <w:tr w:rsidR="00452AAF" w:rsidRPr="002D4DCC" w14:paraId="69917BD9" w14:textId="77777777">
        <w:trPr>
          <w:jc w:val="center"/>
        </w:trPr>
        <w:tc>
          <w:tcPr>
            <w:tcW w:w="2700" w:type="dxa"/>
          </w:tcPr>
          <w:p w14:paraId="1A55612D" w14:textId="77777777" w:rsidR="00452AAF" w:rsidRDefault="002138ED">
            <w:proofErr w:type="spellStart"/>
            <w:r>
              <w:rPr>
                <w:b/>
              </w:rPr>
              <w:t>Сроки</w:t>
            </w:r>
            <w:proofErr w:type="spellEnd"/>
            <w:r>
              <w:rPr>
                <w:b/>
              </w:rPr>
              <w:t xml:space="preserve"> </w:t>
            </w:r>
            <w:proofErr w:type="spellStart"/>
            <w:r>
              <w:rPr>
                <w:b/>
              </w:rPr>
              <w:t>хранения</w:t>
            </w:r>
            <w:proofErr w:type="spellEnd"/>
            <w:r>
              <w:rPr>
                <w:b/>
              </w:rPr>
              <w:t>:</w:t>
            </w:r>
          </w:p>
        </w:tc>
        <w:tc>
          <w:tcPr>
            <w:tcW w:w="6938" w:type="dxa"/>
          </w:tcPr>
          <w:p w14:paraId="587DB4E4" w14:textId="77777777" w:rsidR="00452AAF" w:rsidRPr="002D4DCC" w:rsidRDefault="002138ED">
            <w:pPr>
              <w:jc w:val="both"/>
              <w:rPr>
                <w:lang w:val="ru-RU"/>
              </w:rPr>
            </w:pPr>
            <w:r w:rsidRPr="002D4DCC">
              <w:rPr>
                <w:lang w:val="ru-RU"/>
              </w:rPr>
              <w:t xml:space="preserve">50 лет (аттестаты/дипломы); 5 лет (доп. образование) (Приказ </w:t>
            </w:r>
            <w:proofErr w:type="spellStart"/>
            <w:r w:rsidRPr="002D4DCC">
              <w:rPr>
                <w:lang w:val="ru-RU"/>
              </w:rPr>
              <w:t>Росархива</w:t>
            </w:r>
            <w:proofErr w:type="spellEnd"/>
            <w:r w:rsidRPr="002D4DCC">
              <w:rPr>
                <w:lang w:val="ru-RU"/>
              </w:rPr>
              <w:t xml:space="preserve"> № 236 (п. 236–237))</w:t>
            </w:r>
          </w:p>
        </w:tc>
      </w:tr>
      <w:tr w:rsidR="00452AAF" w14:paraId="150B12DA" w14:textId="77777777">
        <w:trPr>
          <w:jc w:val="center"/>
        </w:trPr>
        <w:tc>
          <w:tcPr>
            <w:tcW w:w="2700" w:type="dxa"/>
          </w:tcPr>
          <w:p w14:paraId="0D4918B0" w14:textId="77777777" w:rsidR="00452AAF" w:rsidRDefault="002138ED">
            <w:proofErr w:type="spellStart"/>
            <w:r>
              <w:rPr>
                <w:b/>
              </w:rPr>
              <w:t>ИСПДн</w:t>
            </w:r>
            <w:proofErr w:type="spellEnd"/>
            <w:r>
              <w:rPr>
                <w:b/>
              </w:rPr>
              <w:t xml:space="preserve"> и </w:t>
            </w:r>
            <w:proofErr w:type="spellStart"/>
            <w:r>
              <w:rPr>
                <w:b/>
              </w:rPr>
              <w:t>меры</w:t>
            </w:r>
            <w:proofErr w:type="spellEnd"/>
            <w:r>
              <w:rPr>
                <w:b/>
              </w:rPr>
              <w:t xml:space="preserve"> </w:t>
            </w:r>
            <w:proofErr w:type="spellStart"/>
            <w:r>
              <w:rPr>
                <w:b/>
              </w:rPr>
              <w:t>защиты</w:t>
            </w:r>
            <w:proofErr w:type="spellEnd"/>
            <w:r>
              <w:rPr>
                <w:b/>
              </w:rPr>
              <w:t>:</w:t>
            </w:r>
          </w:p>
        </w:tc>
        <w:tc>
          <w:tcPr>
            <w:tcW w:w="6938" w:type="dxa"/>
          </w:tcPr>
          <w:p w14:paraId="4844DE25" w14:textId="77777777" w:rsidR="00452AAF" w:rsidRDefault="002138ED">
            <w:pPr>
              <w:jc w:val="both"/>
            </w:pPr>
            <w:proofErr w:type="spellStart"/>
            <w:r w:rsidRPr="002D4DCC">
              <w:rPr>
                <w:lang w:val="ru-RU"/>
              </w:rPr>
              <w:t>ИСПДн</w:t>
            </w:r>
            <w:proofErr w:type="spellEnd"/>
            <w:r w:rsidRPr="002D4DCC">
              <w:rPr>
                <w:lang w:val="ru-RU"/>
              </w:rPr>
              <w:t xml:space="preserve">: МБУ ДО "ЦЕНТР ДОПОЛНИТЕЛЬНОГО ОБРАЗОВАНИЯ ДЕТЕЙ КАРАБУДАХКЕНТСКОГО РАЙОНА". </w:t>
            </w:r>
            <w:r>
              <w:t xml:space="preserve">УЗ-3. </w:t>
            </w:r>
            <w:proofErr w:type="spellStart"/>
            <w:r>
              <w:t>Класс</w:t>
            </w:r>
            <w:proofErr w:type="spellEnd"/>
            <w:r>
              <w:t xml:space="preserve"> СКЗИ: КС2</w:t>
            </w:r>
          </w:p>
        </w:tc>
      </w:tr>
      <w:tr w:rsidR="00452AAF" w14:paraId="59A8587C" w14:textId="77777777">
        <w:trPr>
          <w:jc w:val="center"/>
        </w:trPr>
        <w:tc>
          <w:tcPr>
            <w:tcW w:w="2700" w:type="dxa"/>
          </w:tcPr>
          <w:p w14:paraId="64DEEDC4" w14:textId="77777777" w:rsidR="00452AAF" w:rsidRDefault="002138ED">
            <w:proofErr w:type="spellStart"/>
            <w:r>
              <w:rPr>
                <w:b/>
              </w:rPr>
              <w:t>Трансграничная</w:t>
            </w:r>
            <w:proofErr w:type="spellEnd"/>
            <w:r>
              <w:rPr>
                <w:b/>
              </w:rPr>
              <w:t xml:space="preserve"> </w:t>
            </w:r>
            <w:proofErr w:type="spellStart"/>
            <w:r>
              <w:rPr>
                <w:b/>
              </w:rPr>
              <w:t>передача</w:t>
            </w:r>
            <w:proofErr w:type="spellEnd"/>
            <w:r>
              <w:rPr>
                <w:b/>
              </w:rPr>
              <w:t>:</w:t>
            </w:r>
          </w:p>
        </w:tc>
        <w:tc>
          <w:tcPr>
            <w:tcW w:w="6938" w:type="dxa"/>
          </w:tcPr>
          <w:p w14:paraId="5754575C" w14:textId="77777777" w:rsidR="00452AAF" w:rsidRDefault="002138ED">
            <w:pPr>
              <w:jc w:val="both"/>
            </w:pPr>
            <w:proofErr w:type="spellStart"/>
            <w:r>
              <w:t>Не</w:t>
            </w:r>
            <w:proofErr w:type="spellEnd"/>
            <w:r>
              <w:t xml:space="preserve"> </w:t>
            </w:r>
            <w:proofErr w:type="spellStart"/>
            <w:r>
              <w:t>осуществляется</w:t>
            </w:r>
            <w:proofErr w:type="spellEnd"/>
          </w:p>
        </w:tc>
      </w:tr>
    </w:tbl>
    <w:p w14:paraId="2A5774C0" w14:textId="77777777" w:rsidR="00452AAF" w:rsidRDefault="00452AAF"/>
    <w:p w14:paraId="090C8AC7" w14:textId="77777777" w:rsidR="00452AAF" w:rsidRDefault="00452AAF"/>
    <w:p w14:paraId="41349E7A" w14:textId="77777777" w:rsidR="00452AAF" w:rsidRPr="00632D01" w:rsidRDefault="002138ED">
      <w:pPr>
        <w:jc w:val="center"/>
        <w:rPr>
          <w:lang w:val="ru-RU"/>
        </w:rPr>
      </w:pPr>
      <w:r w:rsidRPr="00632D01">
        <w:rPr>
          <w:b/>
          <w:lang w:val="ru-RU"/>
        </w:rPr>
        <w:t>5. ПРИНЦИПЫ И УСЛОВИЯ ОБРАБОТКИ ПЕРСОНАЛЬНЫХ ДАННЫХ</w:t>
      </w:r>
    </w:p>
    <w:p w14:paraId="1AB09247" w14:textId="77777777" w:rsidR="00452AAF" w:rsidRPr="00632D01" w:rsidRDefault="00452AAF">
      <w:pPr>
        <w:rPr>
          <w:lang w:val="ru-RU"/>
        </w:rPr>
      </w:pPr>
    </w:p>
    <w:p w14:paraId="02E86D1D" w14:textId="77777777" w:rsidR="00452AAF" w:rsidRPr="00632D01" w:rsidRDefault="002138ED">
      <w:pPr>
        <w:ind w:firstLine="709"/>
        <w:jc w:val="both"/>
        <w:rPr>
          <w:lang w:val="ru-RU"/>
        </w:rPr>
      </w:pPr>
      <w:r w:rsidRPr="00632D01">
        <w:rPr>
          <w:lang w:val="ru-RU"/>
        </w:rPr>
        <w:t>5.1. При обработке персональных данных в МБУ ДО "ЦЕНТР ДОПОЛНИТЕЛЬНОГО ОБРАЗОВАНИЯ ДЕТЕЙ КАРАБУДАХКЕНТСКОГО РАЙОНА" соблюдаются следующие принципы: обработка персональных данных осуществляется на законной и справедливой основе; обработка персональных данных ограничивается достижением конкретных, заранее определённых и законных целей; не допускается обработка персональных данных, несовместимая с целями сбора персональных данных; не допускается объединение баз данных, содержащих персональные данные, обработка которых осуществляется в целях, несовместимых между собой; обработке подлежат только персональные данные, которые отвечают целям их обработки; содержание и объём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обработки; при обработке персональных данных обеспечивается точность персональных данных, их достаточность и при необходимости актуальность по отношению к целям обработки; принимаются необходимые меры по удалению или уточнению неполных или неточных персональных данных; хранение персональных данных осуществляется в форме, позволяющей определить субъекта, не дольше, чем этого требуют цели обработки, если срок хранения не установлен федеральным законом или договором; обрабатываемые персональные данные подлежат уничтожению или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14:paraId="29AE914E" w14:textId="77777777" w:rsidR="00452AAF" w:rsidRPr="00632D01" w:rsidRDefault="002138ED">
      <w:pPr>
        <w:ind w:firstLine="709"/>
        <w:jc w:val="both"/>
        <w:rPr>
          <w:lang w:val="ru-RU"/>
        </w:rPr>
      </w:pPr>
      <w:r w:rsidRPr="00632D01">
        <w:rPr>
          <w:lang w:val="ru-RU"/>
        </w:rPr>
        <w:t xml:space="preserve">5.2. В МБУ ДО "ЦЕНТР ДОПОЛНИТЕЛЬНОГО ОБРАЗОВАНИЯ ДЕТЕЙ КАРАБУДАХКЕНТСКОГО РАЙОНА" осуществляется как автоматизированная обработка персональных данных, так и обработка без использования средств автоматизации. Совокупность операций обработки персональных данных в МБУ ДО "ЦЕНТР ДОПОЛНИТЕЛЬНОГО ОБРАЗОВАНИЯ ДЕТЕЙ КАРАБУДАХКЕНТСКОГО </w:t>
      </w:r>
      <w:r w:rsidRPr="00632D01">
        <w:rPr>
          <w:lang w:val="ru-RU"/>
        </w:rPr>
        <w:lastRenderedPageBreak/>
        <w:t>РАЙОНА" включает: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290937C7" w14:textId="77777777" w:rsidR="00452AAF" w:rsidRPr="00632D01" w:rsidRDefault="002138ED">
      <w:pPr>
        <w:ind w:firstLine="709"/>
        <w:jc w:val="both"/>
        <w:rPr>
          <w:lang w:val="ru-RU"/>
        </w:rPr>
      </w:pPr>
      <w:r w:rsidRPr="00632D01">
        <w:rPr>
          <w:lang w:val="ru-RU"/>
        </w:rPr>
        <w:t>5.3. При сборе персональных данных МБУ ДО "ЦЕНТР ДОПОЛНИТЕЛЬНОГО ОБРАЗОВАНИЯ ДЕТЕЙ КАРАБУДАХКЕНТСКОГО РАЙОНА" обеспечивает запись, систематизацию, накопление, хранение, уточнение (обновление, изменение), извлечение персональных данных с использованием баз данных, находящихся на территории Российской Федерации (в соответствии с требованиями ч. 5 ст. 18 Закона о персональных данных – условие локализации баз данных).</w:t>
      </w:r>
    </w:p>
    <w:p w14:paraId="61ADA0FC" w14:textId="77777777" w:rsidR="00452AAF" w:rsidRPr="00632D01" w:rsidRDefault="002138ED">
      <w:pPr>
        <w:ind w:firstLine="709"/>
        <w:jc w:val="both"/>
        <w:rPr>
          <w:lang w:val="ru-RU"/>
        </w:rPr>
      </w:pPr>
      <w:r w:rsidRPr="00632D01">
        <w:rPr>
          <w:lang w:val="ru-RU"/>
        </w:rPr>
        <w:t>5.4. МБУ ДО "ЦЕНТР ДОПОЛНИТЕЛЬНОГО ОБРАЗОВАНИЯ ДЕТЕЙ КАРАБУДАХКЕНТСКОГО РАЙОНА" осуществляет передачу (предоставление) персональных данных третьим лицам в соответствии с требованиями законодательства РФ в области персональных данных. Оператор вправе поручить обработку персональных данных другому лицу с согласия субъекта (если иное не предусмотрено законом) на основании заключаемого с таким лицом договора. При этом обязательным условием предоставления и/или поручения является обязательство стороны, получающей персональные данные, соблюдать конфиденциальность и обеспечивать безопасность персональных данных при их обработке.</w:t>
      </w:r>
    </w:p>
    <w:p w14:paraId="5D05DFA0" w14:textId="77777777" w:rsidR="00452AAF" w:rsidRPr="00632D01" w:rsidRDefault="002138ED">
      <w:pPr>
        <w:ind w:firstLine="709"/>
        <w:jc w:val="both"/>
        <w:rPr>
          <w:lang w:val="ru-RU"/>
        </w:rPr>
      </w:pPr>
      <w:r w:rsidRPr="00632D01">
        <w:rPr>
          <w:lang w:val="ru-RU"/>
        </w:rPr>
        <w:t>5.5. В случаях, когда МБУ ДО "ЦЕНТР ДОПОЛНИТЕЛЬНОГО ОБРАЗОВАНИЯ ДЕТЕЙ КАРАБУДАХКЕНТСКОГО РАЙОНА" поручает обработку персональных данных другому лицу, ответственность перед субъектом за действия указанного лица несёт МБУ ДО "ЦЕНТР ДОПОЛНИТЕЛЬНОГО ОБРАЗОВАНИЯ ДЕТЕЙ КАРАБУДАХКЕНТСКОГО РАЙОНА".</w:t>
      </w:r>
    </w:p>
    <w:p w14:paraId="4560F589" w14:textId="77777777" w:rsidR="00452AAF" w:rsidRPr="00632D01" w:rsidRDefault="002138ED">
      <w:pPr>
        <w:ind w:firstLine="709"/>
        <w:jc w:val="both"/>
        <w:rPr>
          <w:lang w:val="ru-RU"/>
        </w:rPr>
      </w:pPr>
      <w:r w:rsidRPr="00632D01">
        <w:rPr>
          <w:lang w:val="ru-RU"/>
        </w:rPr>
        <w:t>5.6. Прекращение обработки персональных данных осуществляется при наступлении одного из следующих условий: ликвидация, реорганизация, прекращение деятельности МБУ ДО "ЦЕНТР ДОПОЛНИТЕЛЬНОГО ОБРАЗОВАНИЯ ДЕТЕЙ КАРАБУДАХКЕНТСКОГО РАЙОНА"; достижение целей обработки персональных данных и (или) истечение установленных сроков хранения; утрата необходимости в достижении целей обработки; предоставление субъектом или его представителем сведений о том, что персональные данные являются незаконно полученными или не являются необходимыми для заявленной цели обработки; невозможность обеспечения правомерности обработки персональных данных; отзыв субъектом персональных данных согласия на обработку его персональных данных.</w:t>
      </w:r>
    </w:p>
    <w:p w14:paraId="33B85EA3" w14:textId="77777777" w:rsidR="00452AAF" w:rsidRPr="00632D01" w:rsidRDefault="00452AAF">
      <w:pPr>
        <w:ind w:firstLine="709"/>
        <w:jc w:val="both"/>
        <w:rPr>
          <w:lang w:val="ru-RU"/>
        </w:rPr>
      </w:pPr>
    </w:p>
    <w:p w14:paraId="43137333" w14:textId="77777777" w:rsidR="00452AAF" w:rsidRPr="00632D01" w:rsidRDefault="002138ED">
      <w:pPr>
        <w:ind w:firstLine="709"/>
        <w:jc w:val="both"/>
        <w:rPr>
          <w:lang w:val="ru-RU"/>
        </w:rPr>
      </w:pPr>
      <w:r w:rsidRPr="00632D01">
        <w:rPr>
          <w:lang w:val="ru-RU"/>
        </w:rPr>
        <w:t>5.7. Трансграничная передача персональных данных МБУ ДО "ЦЕНТР ДОПОЛНИТЕЛЬНОГО ОБРАЗОВАНИЯ ДЕТЕЙ КАРАБУДАХКЕНТСКОГО РАЙОНА" не осуществляется. Оператор не передаёт персональные данные в иностранные государства и не осуществляет обработку данных на территории иностранных государств.</w:t>
      </w:r>
    </w:p>
    <w:p w14:paraId="5C373927" w14:textId="77777777" w:rsidR="00452AAF" w:rsidRPr="00632D01" w:rsidRDefault="002138ED">
      <w:pPr>
        <w:ind w:firstLine="709"/>
        <w:jc w:val="both"/>
        <w:rPr>
          <w:lang w:val="ru-RU"/>
        </w:rPr>
      </w:pPr>
      <w:r w:rsidRPr="00632D01">
        <w:rPr>
          <w:lang w:val="ru-RU"/>
        </w:rPr>
        <w:t xml:space="preserve">5.8. В МБУ ДО "ЦЕНТР ДОПОЛНИТЕЛЬНОГО ОБРАЗОВАНИЯ ДЕТЕЙ КАРАБУДАХКЕНТСКОГО РАЙОНА" обеспечивается конфиденциальность персональных данных. Любое лицо, получившее доступ к персональным данным (в том числе работники Оператора), обязано не раскрывать третьим лицам и не распространять </w:t>
      </w:r>
      <w:r w:rsidRPr="00632D01">
        <w:rPr>
          <w:lang w:val="ru-RU"/>
        </w:rPr>
        <w:lastRenderedPageBreak/>
        <w:t>персональные данные без согласия субъекта, если иное не предусмотрено федеральным законом.</w:t>
      </w:r>
    </w:p>
    <w:p w14:paraId="4D986DE6" w14:textId="77777777" w:rsidR="00452AAF" w:rsidRPr="00632D01" w:rsidRDefault="002138ED">
      <w:pPr>
        <w:ind w:firstLine="709"/>
        <w:jc w:val="both"/>
        <w:rPr>
          <w:lang w:val="ru-RU"/>
        </w:rPr>
      </w:pPr>
      <w:r w:rsidRPr="00632D01">
        <w:rPr>
          <w:lang w:val="ru-RU"/>
        </w:rPr>
        <w:t>5.9. В МБУ ДО "ЦЕНТР ДОПОЛНИТЕЛЬНОГО ОБРАЗОВАНИЯ ДЕТЕЙ КАРАБУДАХКЕНТСКОГО РАЙОНА" допускается обработка общедоступных персональных данных (персональных данных, сделанных общедоступными самим субъектом либо подлежащих опубликованию или раскрытию в обязательном порядке согласно закону).</w:t>
      </w:r>
    </w:p>
    <w:p w14:paraId="6BBCFD80" w14:textId="77777777" w:rsidR="00452AAF" w:rsidRPr="00632D01" w:rsidRDefault="00452AAF">
      <w:pPr>
        <w:ind w:firstLine="709"/>
        <w:jc w:val="both"/>
        <w:rPr>
          <w:lang w:val="ru-RU"/>
        </w:rPr>
      </w:pPr>
    </w:p>
    <w:p w14:paraId="4C55F562" w14:textId="77777777" w:rsidR="00452AAF" w:rsidRPr="00632D01" w:rsidRDefault="00452AAF">
      <w:pPr>
        <w:ind w:firstLine="709"/>
        <w:jc w:val="both"/>
        <w:rPr>
          <w:lang w:val="ru-RU"/>
        </w:rPr>
      </w:pPr>
    </w:p>
    <w:p w14:paraId="18B3A15F" w14:textId="77777777" w:rsidR="00452AAF" w:rsidRPr="00632D01" w:rsidRDefault="002138ED">
      <w:pPr>
        <w:ind w:firstLine="709"/>
        <w:jc w:val="both"/>
        <w:rPr>
          <w:lang w:val="ru-RU"/>
        </w:rPr>
      </w:pPr>
      <w:r w:rsidRPr="00632D01">
        <w:rPr>
          <w:lang w:val="ru-RU"/>
        </w:rPr>
        <w:t>5.10. Обработка персональных данных несовершеннолетних субъектов осуществляется МБУ ДО "ЦЕНТР ДОПОЛНИТЕЛЬНОГО ОБРАЗОВАНИЯ ДЕТЕЙ КАРАБУДАХКЕНТСКОГО РАЙОНА" на основании согласия законных представителей (родителей, усыновителей, опекунов, попечителей) в случаях, предусмотренных законодательством Российской Федерации. При обработке персональных данных несовершеннолетних Оператор принимает дополнительные меры по обеспечению их защиты.</w:t>
      </w:r>
    </w:p>
    <w:p w14:paraId="3E427B26" w14:textId="77777777" w:rsidR="00452AAF" w:rsidRPr="00632D01" w:rsidRDefault="002138ED">
      <w:pPr>
        <w:ind w:firstLine="709"/>
        <w:jc w:val="both"/>
        <w:rPr>
          <w:lang w:val="ru-RU"/>
        </w:rPr>
      </w:pPr>
      <w:r w:rsidRPr="00632D01">
        <w:rPr>
          <w:lang w:val="ru-RU"/>
        </w:rPr>
        <w:t>5.11. При необходимости МБУ ДО "ЦЕНТР ДОПОЛНИТЕЛЬНОГО ОБРАЗОВАНИЯ ДЕТЕЙ КАРАБУДАХКЕНТСКОГО РАЙОНА" осуществляет обезличивание персональных данных в порядке, установленном Федеральным законом от 27.07.2006 № 152-ФЗ (в редакции Федерального закона от 08.08.2024 № 233-ФЗ). Обезличенные данные не позволяют определить принадлежность персональных данных конкретному субъекту без использования дополнительной информации.</w:t>
      </w:r>
    </w:p>
    <w:p w14:paraId="177B3F24" w14:textId="77777777" w:rsidR="00452AAF" w:rsidRPr="00632D01" w:rsidRDefault="00452AAF">
      <w:pPr>
        <w:rPr>
          <w:lang w:val="ru-RU"/>
        </w:rPr>
      </w:pPr>
    </w:p>
    <w:p w14:paraId="6E3215DA" w14:textId="77777777" w:rsidR="00452AAF" w:rsidRPr="00632D01" w:rsidRDefault="002138ED">
      <w:pPr>
        <w:jc w:val="center"/>
        <w:rPr>
          <w:lang w:val="ru-RU"/>
        </w:rPr>
      </w:pPr>
      <w:r w:rsidRPr="00632D01">
        <w:rPr>
          <w:b/>
          <w:lang w:val="ru-RU"/>
        </w:rPr>
        <w:t>6. РЕАЛИЗАЦИЯ МЕР ПО ОБЕСПЕЧЕНИЮ БЕЗОПАСНОСТИ ПЕРСОНАЛЬНЫХ ДАННЫХ</w:t>
      </w:r>
    </w:p>
    <w:p w14:paraId="127D3ADE" w14:textId="77777777" w:rsidR="00452AAF" w:rsidRPr="00632D01" w:rsidRDefault="00452AAF">
      <w:pPr>
        <w:rPr>
          <w:lang w:val="ru-RU"/>
        </w:rPr>
      </w:pPr>
    </w:p>
    <w:p w14:paraId="69481510" w14:textId="77777777" w:rsidR="00452AAF" w:rsidRPr="00632D01" w:rsidRDefault="002138ED">
      <w:pPr>
        <w:ind w:firstLine="709"/>
        <w:jc w:val="both"/>
        <w:rPr>
          <w:lang w:val="ru-RU"/>
        </w:rPr>
      </w:pPr>
      <w:r w:rsidRPr="00632D01">
        <w:rPr>
          <w:lang w:val="ru-RU"/>
        </w:rPr>
        <w:t>6.1. МБУ ДО "ЦЕНТР ДОПОЛНИТЕЛЬНОГО ОБРАЗОВАНИЯ ДЕТЕЙ КАРАБУДАХКЕНТСКОГО РАЙОНА" принимает и обеспечивает необходимые и достаточные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К таким мерам, в частности, относятся:</w:t>
      </w:r>
    </w:p>
    <w:p w14:paraId="0D5CEC6B" w14:textId="77777777" w:rsidR="00452AAF" w:rsidRPr="00632D01" w:rsidRDefault="002138ED">
      <w:pPr>
        <w:ind w:firstLine="709"/>
        <w:jc w:val="both"/>
        <w:rPr>
          <w:lang w:val="ru-RU"/>
        </w:rPr>
      </w:pPr>
      <w:r w:rsidRPr="00632D01">
        <w:rPr>
          <w:lang w:val="ru-RU"/>
        </w:rPr>
        <w:t>6.2. Для информационной системы персональных данных МБУ ДО "ЦЕНТР ДОПОЛНИТЕЛЬНОГО ОБРАЗОВАНИЯ ДЕТЕЙ КАРАБУДАХКЕНТСКОГО РАЙОНА" установлен УЗ-3 (третьего типа тип угроз безопасности персональных данных) в соответствии с Постановлением Правительства РФ от 01.11.2012 № 1119. Меры по обеспечению безопасности персональных данных определяются в соответствии с Приказом ФСТЭК России от 18.02.2013 № 21.</w:t>
      </w:r>
    </w:p>
    <w:p w14:paraId="40E68409" w14:textId="77777777" w:rsidR="00452AAF" w:rsidRPr="00632D01" w:rsidRDefault="002138ED">
      <w:pPr>
        <w:ind w:firstLine="709"/>
        <w:jc w:val="both"/>
        <w:rPr>
          <w:lang w:val="ru-RU"/>
        </w:rPr>
      </w:pPr>
      <w:r w:rsidRPr="00632D01">
        <w:rPr>
          <w:lang w:val="ru-RU"/>
        </w:rPr>
        <w:t xml:space="preserve">6.3. Для защиты персональных данных в МБУ ДО "ЦЕНТР ДОПОЛНИТЕЛЬНОГО ОБРАЗОВАНИЯ ДЕТЕЙ КАРАБУДАХКЕНТСКОГО РАЙОНА" применяются средства криптографической защиты информации (СКЗИ) класса КС2 в соответствии с Приказом ФСБ России от 10.07.2014 № 378 «Об утверждении Состава и содержания </w:t>
      </w:r>
      <w:r w:rsidRPr="00632D01">
        <w:rPr>
          <w:lang w:val="ru-RU"/>
        </w:rPr>
        <w:lastRenderedPageBreak/>
        <w:t>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Порядок учёта, хранения и использования СКЗИ определяется отдельным локальным актом Оператора.</w:t>
      </w:r>
    </w:p>
    <w:p w14:paraId="43CDEDE8" w14:textId="77777777" w:rsidR="00452AAF" w:rsidRPr="00632D01" w:rsidRDefault="00452AAF">
      <w:pPr>
        <w:rPr>
          <w:lang w:val="ru-RU"/>
        </w:rPr>
      </w:pPr>
    </w:p>
    <w:p w14:paraId="4E2CC069" w14:textId="77777777" w:rsidR="00452AAF" w:rsidRPr="00632D01" w:rsidRDefault="002138ED">
      <w:pPr>
        <w:jc w:val="center"/>
        <w:rPr>
          <w:lang w:val="ru-RU"/>
        </w:rPr>
      </w:pPr>
      <w:r w:rsidRPr="00632D01">
        <w:rPr>
          <w:b/>
          <w:lang w:val="ru-RU"/>
        </w:rPr>
        <w:t>7. ОСОБЕННОСТИ ОБРАБОТКИ ПЕРСОНАЛЬНЫХ ДАННЫХ</w:t>
      </w:r>
    </w:p>
    <w:p w14:paraId="25DE61E6" w14:textId="77777777" w:rsidR="00452AAF" w:rsidRPr="00632D01" w:rsidRDefault="002138ED">
      <w:pPr>
        <w:jc w:val="center"/>
        <w:rPr>
          <w:lang w:val="ru-RU"/>
        </w:rPr>
      </w:pPr>
      <w:r w:rsidRPr="00632D01">
        <w:rPr>
          <w:b/>
          <w:lang w:val="ru-RU"/>
        </w:rPr>
        <w:t>БЕЗ ИСПОЛЬЗОВАНИЯ СРЕДСТВ АВТОМАТИЗАЦИИ</w:t>
      </w:r>
    </w:p>
    <w:p w14:paraId="5F5E81A8" w14:textId="77777777" w:rsidR="00452AAF" w:rsidRPr="00632D01" w:rsidRDefault="00452AAF">
      <w:pPr>
        <w:rPr>
          <w:lang w:val="ru-RU"/>
        </w:rPr>
      </w:pPr>
    </w:p>
    <w:p w14:paraId="47A0E059" w14:textId="77777777" w:rsidR="00452AAF" w:rsidRPr="00632D01" w:rsidRDefault="002138ED">
      <w:pPr>
        <w:ind w:firstLine="709"/>
        <w:jc w:val="both"/>
        <w:rPr>
          <w:lang w:val="ru-RU"/>
        </w:rPr>
      </w:pPr>
      <w:r w:rsidRPr="00632D01">
        <w:rPr>
          <w:lang w:val="ru-RU"/>
        </w:rPr>
        <w:t>7.1. При обработке персональных данных без использования средств автоматизации персональные данные обособляются от иной информации (путём фиксации на отдельных материальных носителях, в отдельных разделах документов или на отдельных формах). Не допускается фиксация на одном материальном носителе персональных данных, цели обработки которых заведомо не совместимы. Для разных категорий персональных данных используются отдельные материальные носители.</w:t>
      </w:r>
    </w:p>
    <w:p w14:paraId="01CB99C4" w14:textId="77777777" w:rsidR="00452AAF" w:rsidRPr="00632D01" w:rsidRDefault="002138ED">
      <w:pPr>
        <w:ind w:firstLine="709"/>
        <w:jc w:val="both"/>
        <w:rPr>
          <w:lang w:val="ru-RU"/>
        </w:rPr>
      </w:pPr>
      <w:r w:rsidRPr="00632D01">
        <w:rPr>
          <w:lang w:val="ru-RU"/>
        </w:rPr>
        <w:t>7.2. Лица, обрабатывающие персональные данные без использования средств автоматизации (в том числе работники Оператора или лица, привлекаемые по договору с Оператором), должны быть проинформированы о том, к каким категориям персональных данных они получили доступ, и об особенностях их обработки согласно нормативным правовым актам РФ и локальным актам Оператора.</w:t>
      </w:r>
    </w:p>
    <w:p w14:paraId="7AD6A919" w14:textId="77777777" w:rsidR="00452AAF" w:rsidRPr="00632D01" w:rsidRDefault="002138ED">
      <w:pPr>
        <w:ind w:firstLine="709"/>
        <w:jc w:val="both"/>
        <w:rPr>
          <w:lang w:val="ru-RU"/>
        </w:rPr>
      </w:pPr>
      <w:r w:rsidRPr="00632D01">
        <w:rPr>
          <w:lang w:val="ru-RU"/>
        </w:rPr>
        <w:t>7.3. При использовании типовых форм документов, предполагающих внесение персональных данных, Оператор обеспечивает указание в формах цели обработки, наименования и адреса Оператора, Ф.И.О. и адреса субъекта, источника получения данных, сроков обработки, перечня действий с данными и общего описания способов обработки без автоматизации.</w:t>
      </w:r>
    </w:p>
    <w:p w14:paraId="18222D6E" w14:textId="77777777" w:rsidR="00452AAF" w:rsidRPr="00632D01" w:rsidRDefault="002138ED">
      <w:pPr>
        <w:ind w:firstLine="709"/>
        <w:jc w:val="both"/>
        <w:rPr>
          <w:lang w:val="ru-RU"/>
        </w:rPr>
      </w:pPr>
      <w:r w:rsidRPr="00632D01">
        <w:rPr>
          <w:lang w:val="ru-RU"/>
        </w:rPr>
        <w:t>7.4. Если на одном материальном носителе зафиксированы персональные данные с заведомо несовместимыми целями обработки и их разделение невозможно, Оператор принимает меры по обеспечению раздельного доступа к таким данным или иных мер, исключающих нарушение прав субъектов.</w:t>
      </w:r>
    </w:p>
    <w:p w14:paraId="72359D6A" w14:textId="77777777" w:rsidR="00452AAF" w:rsidRPr="00632D01" w:rsidRDefault="00452AAF">
      <w:pPr>
        <w:rPr>
          <w:lang w:val="ru-RU"/>
        </w:rPr>
      </w:pPr>
    </w:p>
    <w:p w14:paraId="0DE4DE27" w14:textId="77777777" w:rsidR="00452AAF" w:rsidRPr="00632D01" w:rsidRDefault="002138ED">
      <w:pPr>
        <w:jc w:val="center"/>
        <w:rPr>
          <w:lang w:val="ru-RU"/>
        </w:rPr>
      </w:pPr>
      <w:r w:rsidRPr="00632D01">
        <w:rPr>
          <w:b/>
          <w:lang w:val="ru-RU"/>
        </w:rPr>
        <w:t>8. АКТУАЛИЗАЦИЯ, ИСПРАВЛЕНИЕ, УДАЛЕНИЕ И УНИЧТОЖЕНИЕ</w:t>
      </w:r>
    </w:p>
    <w:p w14:paraId="202B2E59" w14:textId="77777777" w:rsidR="00452AAF" w:rsidRPr="00632D01" w:rsidRDefault="002138ED">
      <w:pPr>
        <w:jc w:val="center"/>
        <w:rPr>
          <w:lang w:val="ru-RU"/>
        </w:rPr>
      </w:pPr>
      <w:r w:rsidRPr="00632D01">
        <w:rPr>
          <w:b/>
          <w:lang w:val="ru-RU"/>
        </w:rPr>
        <w:t>ПЕРСОНАЛЬНЫХ ДАННЫХ; ОТВЕТЫ НА ЗАПРОСЫ СУБЪЕКТОВ</w:t>
      </w:r>
    </w:p>
    <w:p w14:paraId="339DDE4E" w14:textId="77777777" w:rsidR="00452AAF" w:rsidRPr="00632D01" w:rsidRDefault="00452AAF">
      <w:pPr>
        <w:rPr>
          <w:lang w:val="ru-RU"/>
        </w:rPr>
      </w:pPr>
    </w:p>
    <w:p w14:paraId="4A66253C" w14:textId="77777777" w:rsidR="00452AAF" w:rsidRPr="00632D01" w:rsidRDefault="002138ED">
      <w:pPr>
        <w:ind w:firstLine="709"/>
        <w:jc w:val="both"/>
        <w:rPr>
          <w:lang w:val="ru-RU"/>
        </w:rPr>
      </w:pPr>
      <w:r w:rsidRPr="00632D01">
        <w:rPr>
          <w:lang w:val="ru-RU"/>
        </w:rPr>
        <w:t xml:space="preserve">8.1. Права субъектов персональных данных. Субъект персональных данных имеет право доступа к своим персональным данным. По запросу субъекта ему предоставляется информация, касающаяся обработки его персональных данных, в том числе: подтверждение факта обработки; правовые основания и цели обработки; применяемые Оператором способы обработки; наименование и адрес Оператора; сведения о лицах, которые имеют доступ к персональным данным или которым они могут быть раскрыты на основании договора или закона; обрабатываемые данные, относящиеся к субъекту, и источник их получения; сроки обработки данных, в том числе сроки хранения; порядок осуществления субъектом прав, предусмотренных Законом; информацию о </w:t>
      </w:r>
      <w:r w:rsidRPr="00632D01">
        <w:rPr>
          <w:lang w:val="ru-RU"/>
        </w:rPr>
        <w:lastRenderedPageBreak/>
        <w:t>трансграничной передаче (если осуществляется); иные сведения, предусмотренные законодательством.</w:t>
      </w:r>
    </w:p>
    <w:p w14:paraId="4BAF52E7" w14:textId="77777777" w:rsidR="00452AAF" w:rsidRPr="00632D01" w:rsidRDefault="002138ED">
      <w:pPr>
        <w:ind w:firstLine="709"/>
        <w:jc w:val="both"/>
        <w:rPr>
          <w:lang w:val="ru-RU"/>
        </w:rPr>
      </w:pPr>
      <w:r w:rsidRPr="00632D01">
        <w:rPr>
          <w:lang w:val="ru-RU"/>
        </w:rPr>
        <w:t>8.2. Субъект персональных данных вправе требовать от Оператора уточнения (актуализации) своих персональных данных, их блокирования или уничтожения, если данные являются неполными, устаревшими, неточными, незаконно полученными или не являются необходимыми для заявленной цели обработки. Субъект также вправе принять предусмотренные законом меры по защите своих прав, включая обращение в уполномоченный орган Роскомнадзора или в суд. Субъект персональных данных имеет право в любой момент отозвать своё согласие на обработку персональных данных, уведомив об этом Оператора.</w:t>
      </w:r>
    </w:p>
    <w:p w14:paraId="200C352C" w14:textId="77777777" w:rsidR="00452AAF" w:rsidRPr="00632D01" w:rsidRDefault="002138ED">
      <w:pPr>
        <w:ind w:firstLine="709"/>
        <w:jc w:val="both"/>
        <w:rPr>
          <w:lang w:val="ru-RU"/>
        </w:rPr>
      </w:pPr>
      <w:r w:rsidRPr="00632D01">
        <w:rPr>
          <w:lang w:val="ru-RU"/>
        </w:rPr>
        <w:t>8.3. Запрашиваемая субъектом информация предоставляется Оператором в течение 10 рабочих дней с момента поступления обращения субъекта либо его представителя (ч. 4 ст. 20 Федерального закона № 152-ФЗ в редакции Федерального закона от 24.06.2025 № 156-ФЗ). Указанный срок может быть продлён не более чем на 5 рабочих дней при направлении субъекту мотивированного уведомления с указанием причин продления.</w:t>
      </w:r>
    </w:p>
    <w:p w14:paraId="0F6096E1" w14:textId="77777777" w:rsidR="00452AAF" w:rsidRPr="00632D01" w:rsidRDefault="002138ED">
      <w:pPr>
        <w:ind w:firstLine="709"/>
        <w:jc w:val="both"/>
        <w:rPr>
          <w:lang w:val="ru-RU"/>
        </w:rPr>
      </w:pPr>
      <w:r w:rsidRPr="00632D01">
        <w:rPr>
          <w:lang w:val="ru-RU"/>
        </w:rPr>
        <w:t>8.4. Действия или бездействие Оператора, нарушающие требования законодательства о персональных данных, могут быть обжалованы субъектом в Роскомнадзор или в судебном порядке. Субъект имеет право на защиту своих прав и законных интересов, включая возмещение убытков и компенсацию морального вреда в судебном порядке.</w:t>
      </w:r>
    </w:p>
    <w:p w14:paraId="0788EA91" w14:textId="77777777" w:rsidR="00452AAF" w:rsidRPr="00632D01" w:rsidRDefault="002138ED">
      <w:pPr>
        <w:ind w:firstLine="709"/>
        <w:jc w:val="both"/>
        <w:rPr>
          <w:lang w:val="ru-RU"/>
        </w:rPr>
      </w:pPr>
      <w:r w:rsidRPr="00632D01">
        <w:rPr>
          <w:lang w:val="ru-RU"/>
        </w:rPr>
        <w:t>8.4.1. По запросу уполномоченного органа по защите прав субъектов персональных данных (Роскомнадзора) Оператор предоставляет необходимую информацию в срок не более 30 дней с даты получения запроса (ч. 4 ст. 20 Федерального закона № 152-ФЗ).</w:t>
      </w:r>
    </w:p>
    <w:p w14:paraId="2A9B7253" w14:textId="77777777" w:rsidR="00452AAF" w:rsidRPr="00632D01" w:rsidRDefault="002138ED">
      <w:pPr>
        <w:ind w:firstLine="709"/>
        <w:jc w:val="both"/>
        <w:rPr>
          <w:lang w:val="ru-RU"/>
        </w:rPr>
      </w:pPr>
      <w:r w:rsidRPr="00632D01">
        <w:rPr>
          <w:lang w:val="ru-RU"/>
        </w:rPr>
        <w:t>8.5. Актуализация, исправление, удаление и уничтожение данных. Актуализация (обновление, исправление) персональных данных Оператором или уполномоченными лицами осуществляется по мере поступления от субъекта достоверных сведений, подтверждающих изменение персональных данных либо выявление их неточности. Устаревшие и неточные данные подлежат замене на актуальные.</w:t>
      </w:r>
    </w:p>
    <w:p w14:paraId="287DB617" w14:textId="77777777" w:rsidR="00452AAF" w:rsidRPr="00632D01" w:rsidRDefault="002138ED">
      <w:pPr>
        <w:ind w:firstLine="709"/>
        <w:jc w:val="both"/>
        <w:rPr>
          <w:lang w:val="ru-RU"/>
        </w:rPr>
      </w:pPr>
      <w:r w:rsidRPr="00632D01">
        <w:rPr>
          <w:lang w:val="ru-RU"/>
        </w:rPr>
        <w:t>8.6. Удаление (прекращение использования) и уничтожение персональных данных осуществляется при наступлении условий, указанных в п. 5.6 Политики, а также по истечении сроков хранения, указанных в таблице 2. Если уничтожение данных в указанные сроки невозможно, Оператор осуществляет их блокирование и обеспечивает уничтожение в срок не более 6 месяцев. Уничтожение персональных данных фиксируется актом об уничтожении. Персональные данные на бумажных носителях уничтожаются путём механического уничтожения (</w:t>
      </w:r>
      <w:proofErr w:type="spellStart"/>
      <w:r w:rsidRPr="00632D01">
        <w:rPr>
          <w:lang w:val="ru-RU"/>
        </w:rPr>
        <w:t>шредирования</w:t>
      </w:r>
      <w:proofErr w:type="spellEnd"/>
      <w:r w:rsidRPr="00632D01">
        <w:rPr>
          <w:lang w:val="ru-RU"/>
        </w:rPr>
        <w:t>) или сжигания, в электронном виде – путём удаления файлов и последующего затирания секторов носителя либо уничтожения самого носителя.</w:t>
      </w:r>
    </w:p>
    <w:p w14:paraId="79BF6552" w14:textId="77777777" w:rsidR="00452AAF" w:rsidRPr="00632D01" w:rsidRDefault="002138ED">
      <w:pPr>
        <w:ind w:firstLine="709"/>
        <w:jc w:val="both"/>
        <w:rPr>
          <w:lang w:val="ru-RU"/>
        </w:rPr>
      </w:pPr>
      <w:r w:rsidRPr="00632D01">
        <w:rPr>
          <w:lang w:val="ru-RU"/>
        </w:rPr>
        <w:t>8.7. Правила рассмотрения запросов субъектов или их представителей, а также формы необходимых документов утверждаются отдельным локальным актом Оператора.</w:t>
      </w:r>
    </w:p>
    <w:p w14:paraId="3E9EFA3E" w14:textId="77777777" w:rsidR="00452AAF" w:rsidRPr="00632D01" w:rsidRDefault="002138ED">
      <w:pPr>
        <w:ind w:firstLine="709"/>
        <w:jc w:val="both"/>
        <w:rPr>
          <w:lang w:val="ru-RU"/>
        </w:rPr>
      </w:pPr>
      <w:r w:rsidRPr="00632D01">
        <w:rPr>
          <w:lang w:val="ru-RU"/>
        </w:rPr>
        <w:t>8.8. Обработка персональных данных в целях продвижения товаров, работ, услуг Оператором путём прямых контактов с потенциальным потребителем (</w:t>
      </w:r>
      <w:r>
        <w:t>direct</w:t>
      </w:r>
      <w:r w:rsidRPr="00632D01">
        <w:rPr>
          <w:lang w:val="ru-RU"/>
        </w:rPr>
        <w:t xml:space="preserve"> </w:t>
      </w:r>
      <w:r>
        <w:t>marketing</w:t>
      </w:r>
      <w:r w:rsidRPr="00632D01">
        <w:rPr>
          <w:lang w:val="ru-RU"/>
        </w:rPr>
        <w:t>), а равно в целях политической агитации не осуществляется.</w:t>
      </w:r>
    </w:p>
    <w:p w14:paraId="73F2F550" w14:textId="77777777" w:rsidR="00452AAF" w:rsidRPr="00632D01" w:rsidRDefault="00452AAF">
      <w:pPr>
        <w:rPr>
          <w:lang w:val="ru-RU"/>
        </w:rPr>
      </w:pPr>
    </w:p>
    <w:p w14:paraId="4AB9E144" w14:textId="77777777" w:rsidR="00452AAF" w:rsidRPr="00632D01" w:rsidRDefault="002138ED">
      <w:pPr>
        <w:jc w:val="center"/>
        <w:rPr>
          <w:lang w:val="ru-RU"/>
        </w:rPr>
      </w:pPr>
      <w:r w:rsidRPr="00632D01">
        <w:rPr>
          <w:b/>
          <w:lang w:val="ru-RU"/>
        </w:rPr>
        <w:t>9. ОТВЕТСТВЕННОСТЬ</w:t>
      </w:r>
    </w:p>
    <w:p w14:paraId="5803DA6C" w14:textId="77777777" w:rsidR="00452AAF" w:rsidRPr="00632D01" w:rsidRDefault="00452AAF">
      <w:pPr>
        <w:rPr>
          <w:lang w:val="ru-RU"/>
        </w:rPr>
      </w:pPr>
    </w:p>
    <w:p w14:paraId="26DF5094" w14:textId="77777777" w:rsidR="00452AAF" w:rsidRPr="00632D01" w:rsidRDefault="002138ED">
      <w:pPr>
        <w:ind w:firstLine="709"/>
        <w:jc w:val="both"/>
        <w:rPr>
          <w:lang w:val="ru-RU"/>
        </w:rPr>
      </w:pPr>
      <w:r w:rsidRPr="00632D01">
        <w:rPr>
          <w:lang w:val="ru-RU"/>
        </w:rPr>
        <w:t>9.1. Лица, виновные в нарушении норм, регулирующих обработку и защиту персональных данных, несут дисциплинарную, гражданско-правовую, административную и уголовную ответственность в соответствии с законодательством Российской Федерации.</w:t>
      </w:r>
    </w:p>
    <w:p w14:paraId="60231475" w14:textId="77777777" w:rsidR="00452AAF" w:rsidRPr="00632D01" w:rsidRDefault="002138ED">
      <w:pPr>
        <w:ind w:firstLine="709"/>
        <w:jc w:val="both"/>
        <w:rPr>
          <w:lang w:val="ru-RU"/>
        </w:rPr>
      </w:pPr>
      <w:r w:rsidRPr="00632D01">
        <w:rPr>
          <w:lang w:val="ru-RU"/>
        </w:rPr>
        <w:t>9.2. Моральный вред, причинённый субъекту, подлежит возмещению в соответствии с гражданским законодательством.</w:t>
      </w:r>
    </w:p>
    <w:p w14:paraId="3CD4AC6A" w14:textId="77777777" w:rsidR="00452AAF" w:rsidRPr="00632D01" w:rsidRDefault="002138ED">
      <w:pPr>
        <w:ind w:firstLine="709"/>
        <w:jc w:val="both"/>
        <w:rPr>
          <w:lang w:val="ru-RU"/>
        </w:rPr>
      </w:pPr>
      <w:r w:rsidRPr="00632D01">
        <w:rPr>
          <w:lang w:val="ru-RU"/>
        </w:rPr>
        <w:t>9.3. Административная ответственность за нарушение законодательства о персональных данных предусмотрена статьёй 13.11 Кодекса Российской Федерации об административных правонарушениях (в редакции Федерального закона от 30.11.2024 № 420-ФЗ), включая оборотные штрафы за утечку персональных данных.</w:t>
      </w:r>
    </w:p>
    <w:p w14:paraId="45E7252A" w14:textId="77777777" w:rsidR="00452AAF" w:rsidRPr="00632D01" w:rsidRDefault="002138ED">
      <w:pPr>
        <w:ind w:firstLine="709"/>
        <w:jc w:val="both"/>
        <w:rPr>
          <w:lang w:val="ru-RU"/>
        </w:rPr>
      </w:pPr>
      <w:r w:rsidRPr="00632D01">
        <w:rPr>
          <w:lang w:val="ru-RU"/>
        </w:rPr>
        <w:t>9.4. Уголовная ответственность за незаконное использование персональных данных предусмотрена статьёй 272.1 Уголовного кодекса Российской Федерации (введена Федеральным законом от 30.11.2024 № 421-ФЗ).</w:t>
      </w:r>
    </w:p>
    <w:p w14:paraId="4F89A11C" w14:textId="77777777" w:rsidR="00452AAF" w:rsidRPr="00632D01" w:rsidRDefault="002138ED">
      <w:pPr>
        <w:ind w:firstLine="709"/>
        <w:jc w:val="both"/>
        <w:rPr>
          <w:lang w:val="ru-RU"/>
        </w:rPr>
      </w:pPr>
      <w:r w:rsidRPr="00632D01">
        <w:rPr>
          <w:lang w:val="ru-RU"/>
        </w:rPr>
        <w:t>9.5. Работники МБУ ДО "ЦЕНТР ДОПОЛНИТЕЛЬНОГО ОБРАЗОВАНИЯ ДЕТЕЙ КАРАБУДАХКЕНТСКОГО РАЙОНА", виновные в нарушении требований по обработке и защите персональных данных, несут дисциплинарную ответственность в соответствии с трудовым законодательством Российской Федерации, вплоть до увольнения по соответствующим основаниям.</w:t>
      </w:r>
    </w:p>
    <w:p w14:paraId="6DF69BBE" w14:textId="77777777" w:rsidR="00452AAF" w:rsidRPr="00632D01" w:rsidRDefault="00452AAF">
      <w:pPr>
        <w:rPr>
          <w:lang w:val="ru-RU"/>
        </w:rPr>
      </w:pPr>
    </w:p>
    <w:p w14:paraId="28C1A96F" w14:textId="77777777" w:rsidR="00452AAF" w:rsidRPr="00632D01" w:rsidRDefault="00452AAF">
      <w:pPr>
        <w:rPr>
          <w:lang w:val="ru-RU"/>
        </w:rPr>
      </w:pPr>
    </w:p>
    <w:p w14:paraId="288DBFE6" w14:textId="77777777" w:rsidR="00452AAF" w:rsidRPr="00632D01" w:rsidRDefault="002138ED">
      <w:pPr>
        <w:ind w:firstLine="709"/>
        <w:jc w:val="both"/>
        <w:rPr>
          <w:lang w:val="ru-RU"/>
        </w:rPr>
      </w:pPr>
      <w:r w:rsidRPr="00632D01">
        <w:rPr>
          <w:lang w:val="ru-RU"/>
        </w:rPr>
        <w:t>Примечание: Настоящая Политика утверждена приказом МБУ ДО "ЦЕНТР ДОПОЛНИТЕЛЬНОГО ОБРАЗОВАНИЯ ДЕТЕЙ КАРАБУДАХКЕНТСКОГО РАЙОНА" и действует с момента утверждения.</w:t>
      </w:r>
    </w:p>
    <w:sectPr w:rsidR="00452AAF" w:rsidRPr="00632D01" w:rsidSect="00034616">
      <w:footerReference w:type="default" r:id="rId8"/>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D9984" w14:textId="77777777" w:rsidR="00DE19C4" w:rsidRDefault="00DE19C4">
      <w:pPr>
        <w:spacing w:line="240" w:lineRule="auto"/>
      </w:pPr>
      <w:r>
        <w:separator/>
      </w:r>
    </w:p>
  </w:endnote>
  <w:endnote w:type="continuationSeparator" w:id="0">
    <w:p w14:paraId="4462C9A9" w14:textId="77777777" w:rsidR="00DE19C4" w:rsidRDefault="00DE19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63381" w14:textId="77777777" w:rsidR="00452AAF" w:rsidRDefault="002138ED">
    <w:pPr>
      <w:jc w:val="center"/>
    </w:pPr>
    <w:r>
      <w:rPr>
        <w:sz w:val="20"/>
      </w:rPr>
      <w:fldChar w:fldCharType="begin"/>
    </w:r>
    <w:r>
      <w:rPr>
        <w:sz w:val="20"/>
      </w:rPr>
      <w:instrText>PAGE</w:instrText>
    </w:r>
    <w:r>
      <w:rPr>
        <w:sz w:val="20"/>
      </w:rPr>
      <w:fldChar w:fldCharType="separate"/>
    </w:r>
    <w:r w:rsidR="00632D01">
      <w:rPr>
        <w:noProof/>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39985" w14:textId="77777777" w:rsidR="00DE19C4" w:rsidRDefault="00DE19C4">
      <w:pPr>
        <w:spacing w:line="240" w:lineRule="auto"/>
      </w:pPr>
      <w:r>
        <w:separator/>
      </w:r>
    </w:p>
  </w:footnote>
  <w:footnote w:type="continuationSeparator" w:id="0">
    <w:p w14:paraId="7EBD8EBE" w14:textId="77777777" w:rsidR="00DE19C4" w:rsidRDefault="00DE19C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38ED"/>
    <w:rsid w:val="0029639D"/>
    <w:rsid w:val="002D4DCC"/>
    <w:rsid w:val="00326F90"/>
    <w:rsid w:val="00452AAF"/>
    <w:rsid w:val="00483AA1"/>
    <w:rsid w:val="00632D01"/>
    <w:rsid w:val="00AA1D8D"/>
    <w:rsid w:val="00B47730"/>
    <w:rsid w:val="00CB0664"/>
    <w:rsid w:val="00DE19C4"/>
    <w:rsid w:val="00E25B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F815C"/>
  <w14:defaultImageDpi w14:val="300"/>
  <w15:docId w15:val="{828104F8-887B-4A78-BE8C-64595D31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00" w:lineRule="auto"/>
    </w:pPr>
    <w:rPr>
      <w:rFonts w:ascii="Times New Roman" w:eastAsia="Times New Roman" w:hAnsi="Times New Roman" w:cs="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74A70-0E4F-450F-90B9-CECCBAB0E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12093</Words>
  <Characters>68932</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Админ</cp:lastModifiedBy>
  <cp:revision>5</cp:revision>
  <dcterms:created xsi:type="dcterms:W3CDTF">2013-12-23T23:15:00Z</dcterms:created>
  <dcterms:modified xsi:type="dcterms:W3CDTF">2026-07-31T06:20:00Z</dcterms:modified>
  <cp:category/>
</cp:coreProperties>
</file>